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Corbel" w:hAnsi="Corbel"/>
        </w:rPr>
        <w:id w:val="-1980216495"/>
        <w:docPartObj>
          <w:docPartGallery w:val="Cover Pages"/>
          <w:docPartUnique/>
        </w:docPartObj>
      </w:sdtPr>
      <w:sdtEndPr/>
      <w:sdtContent>
        <w:p w14:paraId="4357284A" w14:textId="23E2A4BC" w:rsidR="00A345A3" w:rsidRPr="009B2DFD" w:rsidRDefault="00A345A3" w:rsidP="00A345A3">
          <w:pPr>
            <w:rPr>
              <w:rFonts w:ascii="Corbel" w:hAnsi="Corbel"/>
            </w:rPr>
          </w:pPr>
          <w:r w:rsidRPr="009B2DFD">
            <w:rPr>
              <w:rFonts w:ascii="Corbel" w:hAnsi="Corbel"/>
              <w:noProof/>
              <w:lang w:val="en-GB" w:eastAsia="en-GB"/>
            </w:rPr>
            <mc:AlternateContent>
              <mc:Choice Requires="wps">
                <w:drawing>
                  <wp:anchor distT="0" distB="0" distL="114300" distR="114300" simplePos="0" relativeHeight="251661312" behindDoc="0" locked="0" layoutInCell="1" allowOverlap="1" wp14:anchorId="67276F1F" wp14:editId="6AEFAD61">
                    <wp:simplePos x="0" y="0"/>
                    <wp:positionH relativeFrom="column">
                      <wp:posOffset>4819726</wp:posOffset>
                    </wp:positionH>
                    <wp:positionV relativeFrom="paragraph">
                      <wp:posOffset>-273624</wp:posOffset>
                    </wp:positionV>
                    <wp:extent cx="1995054" cy="2553194"/>
                    <wp:effectExtent l="6668" t="0" r="0" b="0"/>
                    <wp:wrapNone/>
                    <wp:docPr id="2" name="Diagonal Stripe 2"/>
                    <wp:cNvGraphicFramePr/>
                    <a:graphic xmlns:a="http://schemas.openxmlformats.org/drawingml/2006/main">
                      <a:graphicData uri="http://schemas.microsoft.com/office/word/2010/wordprocessingShape">
                        <wps:wsp>
                          <wps:cNvSpPr/>
                          <wps:spPr>
                            <a:xfrm rot="5400000">
                              <a:off x="0" y="0"/>
                              <a:ext cx="1995054" cy="2553194"/>
                            </a:xfrm>
                            <a:prstGeom prst="diagStripe">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0CEC1D" id="Diagonal Stripe 2" o:spid="_x0000_s1026" style="position:absolute;margin-left:379.5pt;margin-top:-21.55pt;width:157.1pt;height:201.05pt;rotation:90;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995054,2553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" path="m,1276597l997527,r997527,l,2553194,,1276597xe" fillcolor="#d8d8d8 [2732]" stroked="f" strokeweight="2pt">
                    <v:path arrowok="t" o:connecttype="custom" o:connectlocs="0,1276597;997527,0;1995054,0;0,2553194;0,1276597" o:connectangles="0,0,0,0,0"/>
                  </v:shape>
                </w:pict>
              </mc:Fallback>
            </mc:AlternateContent>
          </w:r>
          <w:r w:rsidRPr="009B2DFD">
            <w:rPr>
              <w:rFonts w:ascii="Corbel" w:hAnsi="Corbel"/>
              <w:noProof/>
              <w:lang w:val="en-GB" w:eastAsia="en-GB"/>
            </w:rPr>
            <mc:AlternateContent>
              <mc:Choice Requires="wpg">
                <w:drawing>
                  <wp:anchor distT="0" distB="0" distL="114300" distR="114300" simplePos="0" relativeHeight="251659264" behindDoc="0" locked="0" layoutInCell="1" allowOverlap="1" wp14:anchorId="29953919" wp14:editId="3364A58B">
                    <wp:simplePos x="0" y="0"/>
                    <wp:positionH relativeFrom="page">
                      <wp:posOffset>344383</wp:posOffset>
                    </wp:positionH>
                    <wp:positionV relativeFrom="page">
                      <wp:posOffset>486888</wp:posOffset>
                    </wp:positionV>
                    <wp:extent cx="486889" cy="9144000"/>
                    <wp:effectExtent l="0" t="0" r="8890" b="635"/>
                    <wp:wrapNone/>
                    <wp:docPr id="114" name="Group 114"/>
                    <wp:cNvGraphicFramePr/>
                    <a:graphic xmlns:a="http://schemas.openxmlformats.org/drawingml/2006/main">
                      <a:graphicData uri="http://schemas.microsoft.com/office/word/2010/wordprocessingGroup">
                        <wpg:wgp>
                          <wpg:cNvGrpSpPr/>
                          <wpg:grpSpPr>
                            <a:xfrm>
                              <a:off x="0" y="0"/>
                              <a:ext cx="486889" cy="9144000"/>
                              <a:chOff x="0" y="0"/>
                              <a:chExt cx="228600" cy="9144000"/>
                            </a:xfrm>
                            <a:solidFill>
                              <a:schemeClr val="bg1">
                                <a:lumMod val="85000"/>
                              </a:schemeClr>
                            </a:solidFill>
                          </wpg:grpSpPr>
                          <wps:wsp>
                            <wps:cNvPr id="115" name="Rectangle 115"/>
                            <wps:cNvSpPr/>
                            <wps:spPr>
                              <a:xfrm>
                                <a:off x="0" y="0"/>
                                <a:ext cx="228600" cy="878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90900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AB7162F" id="Group 114" o:spid="_x0000_s1026" style="position:absolute;margin-left:27.1pt;margin-top:38.35pt;width:38.35pt;height:10in;z-index:251659264;mso-height-percent:909;mso-position-horizontal-relative:page;mso-position-vertical-relative:page;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">
                    <v:rect id="Rectangle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" filled="f" stroked="f" strokeweight="2pt"/>
                    <v:rect id="Rectangle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" filled="f" stroked="f" strokeweight="2pt">
                      <o:lock v:ext="edit" aspectratio="t"/>
                    </v:rect>
                    <w10:wrap anchorx="page" anchory="page"/>
                  </v:group>
                </w:pict>
              </mc:Fallback>
            </mc:AlternateContent>
          </w:r>
        </w:p>
        <w:p w14:paraId="01B17521" w14:textId="6C810FC9" w:rsidR="00A345A3" w:rsidRPr="009B2DFD" w:rsidRDefault="001A7979" w:rsidP="00A345A3">
          <w:pPr>
            <w:rPr>
              <w:rFonts w:ascii="Corbel" w:hAnsi="Corbel"/>
            </w:rPr>
          </w:pPr>
        </w:p>
      </w:sdtContent>
    </w:sdt>
    <w:p w14:paraId="0FE72917" w14:textId="68F9BE76" w:rsidR="00A345A3" w:rsidRPr="009B2DFD" w:rsidRDefault="00A345A3" w:rsidP="00A345A3">
      <w:pPr>
        <w:rPr>
          <w:rFonts w:ascii="Corbel" w:hAnsi="Corbel"/>
        </w:rPr>
      </w:pPr>
    </w:p>
    <w:p w14:paraId="32201061" w14:textId="500CADCD" w:rsidR="00A345A3" w:rsidRPr="009B2DFD" w:rsidRDefault="004845B0" w:rsidP="00A345A3">
      <w:pPr>
        <w:rPr>
          <w:rFonts w:ascii="Corbel" w:hAnsi="Corbel"/>
        </w:rPr>
      </w:pPr>
      <w:r w:rsidRPr="00372F65">
        <w:rPr>
          <w:rFonts w:ascii="KG Primary Penmanship 2" w:hAnsi="KG Primary Penmanship 2"/>
          <w:b/>
          <w:bCs/>
          <w:i/>
          <w:iCs/>
          <w:noProof/>
          <w:color w:val="0070C0"/>
          <w:sz w:val="32"/>
          <w:lang w:eastAsia="en-GB"/>
        </w:rPr>
        <w:drawing>
          <wp:anchor distT="0" distB="0" distL="114300" distR="114300" simplePos="0" relativeHeight="251719680" behindDoc="0" locked="0" layoutInCell="1" allowOverlap="1" wp14:anchorId="20224E12" wp14:editId="7987A5EA">
            <wp:simplePos x="0" y="0"/>
            <wp:positionH relativeFrom="margin">
              <wp:posOffset>2945129</wp:posOffset>
            </wp:positionH>
            <wp:positionV relativeFrom="paragraph">
              <wp:posOffset>12065</wp:posOffset>
            </wp:positionV>
            <wp:extent cx="1819275" cy="1216042"/>
            <wp:effectExtent l="0" t="0" r="0"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9667"/>
                    <a:stretch/>
                  </pic:blipFill>
                  <pic:spPr bwMode="auto">
                    <a:xfrm>
                      <a:off x="0" y="0"/>
                      <a:ext cx="1836966" cy="12278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212C7D" w14:textId="35D73EDE" w:rsidR="00A345A3" w:rsidRPr="009B2DFD" w:rsidRDefault="0004570E" w:rsidP="00A345A3">
      <w:pPr>
        <w:rPr>
          <w:rFonts w:ascii="Corbel" w:hAnsi="Corbel"/>
        </w:rPr>
      </w:pPr>
      <w:r w:rsidRPr="009B2DFD">
        <w:rPr>
          <w:rFonts w:ascii="Corbel" w:hAnsi="Corbel"/>
          <w:noProof/>
          <w:lang w:val="en-GB" w:eastAsia="en-GB"/>
        </w:rPr>
        <mc:AlternateContent>
          <mc:Choice Requires="wps">
            <w:drawing>
              <wp:anchor distT="0" distB="0" distL="114300" distR="114300" simplePos="0" relativeHeight="251660288" behindDoc="0" locked="0" layoutInCell="1" allowOverlap="1" wp14:anchorId="755A1F2D" wp14:editId="41ECEBD5">
                <wp:simplePos x="0" y="0"/>
                <wp:positionH relativeFrom="margin">
                  <wp:posOffset>806450</wp:posOffset>
                </wp:positionH>
                <wp:positionV relativeFrom="page">
                  <wp:posOffset>1586230</wp:posOffset>
                </wp:positionV>
                <wp:extent cx="3660775" cy="3651250"/>
                <wp:effectExtent l="0" t="0" r="13335" b="10795"/>
                <wp:wrapSquare wrapText="bothSides"/>
                <wp:docPr id="111" name="Text Box 11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4E4D0D" w14:textId="77777777" w:rsidR="009E403D" w:rsidRDefault="009E403D" w:rsidP="00A345A3">
                            <w:pPr>
                              <w:pStyle w:val="NoSpacing"/>
                              <w:rPr>
                                <w:rFonts w:ascii="Corbel" w:hAnsi="Corbel"/>
                                <w:color w:val="17365D" w:themeColor="text2" w:themeShade="BF"/>
                                <w:sz w:val="56"/>
                                <w:szCs w:val="40"/>
                              </w:rPr>
                            </w:pPr>
                          </w:p>
                          <w:p w14:paraId="4EEED020" w14:textId="77777777" w:rsidR="009E403D" w:rsidRDefault="009E403D" w:rsidP="00A345A3">
                            <w:pPr>
                              <w:pStyle w:val="NoSpacing"/>
                              <w:rPr>
                                <w:rFonts w:ascii="Corbel" w:hAnsi="Corbel"/>
                                <w:color w:val="17365D" w:themeColor="text2" w:themeShade="BF"/>
                                <w:sz w:val="56"/>
                                <w:szCs w:val="40"/>
                              </w:rPr>
                            </w:pPr>
                          </w:p>
                          <w:p w14:paraId="3AB344C0" w14:textId="731A12B9" w:rsidR="009E403D" w:rsidRPr="00A345A3" w:rsidRDefault="009E403D" w:rsidP="00A345A3">
                            <w:pPr>
                              <w:pStyle w:val="NoSpacing"/>
                              <w:rPr>
                                <w:rFonts w:ascii="Corbel" w:hAnsi="Corbel"/>
                                <w:caps/>
                                <w:sz w:val="52"/>
                                <w:szCs w:val="40"/>
                              </w:rPr>
                            </w:pPr>
                            <w:r w:rsidRPr="00A345A3">
                              <w:rPr>
                                <w:rFonts w:ascii="Corbel" w:hAnsi="Corbel"/>
                                <w:sz w:val="52"/>
                                <w:szCs w:val="40"/>
                              </w:rPr>
                              <w:t>First Aid Policy</w:t>
                            </w:r>
                          </w:p>
                          <w:p w14:paraId="0A614D86" w14:textId="77777777" w:rsidR="009E403D" w:rsidRPr="00FB5B16" w:rsidRDefault="009E403D" w:rsidP="00A345A3">
                            <w:pPr>
                              <w:pStyle w:val="NoSpacing"/>
                              <w:rPr>
                                <w:rFonts w:ascii="Corbel" w:hAnsi="Corbel"/>
                                <w:caps/>
                                <w:color w:val="17365D" w:themeColor="text2" w:themeShade="BF"/>
                                <w:sz w:val="52"/>
                                <w:szCs w:val="4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type w14:anchorId="755A1F2D" id="_x0000_t202" coordsize="21600,21600" o:spt="202" path="m,l,21600r21600,l21600,xe">
                <v:stroke joinstyle="miter"/>
                <v:path gradientshapeok="t" o:connecttype="rect"/>
              </v:shapetype>
              <v:shape id="Text Box 111" o:spid="_x0000_s1026" type="#_x0000_t202" style="position:absolute;margin-left:63.5pt;margin-top:124.9pt;width:288.25pt;height:287.5pt;z-index:251660288;visibility:visible;mso-wrap-style:square;mso-width-percent:734;mso-height-percent:363;mso-wrap-distance-left:9pt;mso-wrap-distance-top:0;mso-wrap-distance-right:9pt;mso-wrap-distance-bottom:0;mso-position-horizontal:absolute;mso-position-horizontal-relative:margin;mso-position-vertical:absolute;mso-position-vertical-relative:page;mso-width-percent:734;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" filled="f" stroked="f" strokeweight=".5pt">
                <v:textbox style="mso-fit-shape-to-text:t" inset="0,0,0,0">
                  <w:txbxContent>
                    <w:p w14:paraId="584E4D0D" w14:textId="77777777" w:rsidR="009E403D" w:rsidRDefault="009E403D" w:rsidP="00A345A3">
                      <w:pPr>
                        <w:pStyle w:val="NoSpacing"/>
                        <w:rPr>
                          <w:rFonts w:ascii="Corbel" w:hAnsi="Corbel"/>
                          <w:color w:val="17365D" w:themeColor="text2" w:themeShade="BF"/>
                          <w:sz w:val="56"/>
                          <w:szCs w:val="40"/>
                        </w:rPr>
                      </w:pPr>
                    </w:p>
                    <w:p w14:paraId="4EEED020" w14:textId="77777777" w:rsidR="009E403D" w:rsidRDefault="009E403D" w:rsidP="00A345A3">
                      <w:pPr>
                        <w:pStyle w:val="NoSpacing"/>
                        <w:rPr>
                          <w:rFonts w:ascii="Corbel" w:hAnsi="Corbel"/>
                          <w:color w:val="17365D" w:themeColor="text2" w:themeShade="BF"/>
                          <w:sz w:val="56"/>
                          <w:szCs w:val="40"/>
                        </w:rPr>
                      </w:pPr>
                    </w:p>
                    <w:p w14:paraId="3AB344C0" w14:textId="731A12B9" w:rsidR="009E403D" w:rsidRPr="00A345A3" w:rsidRDefault="009E403D" w:rsidP="00A345A3">
                      <w:pPr>
                        <w:pStyle w:val="NoSpacing"/>
                        <w:rPr>
                          <w:rFonts w:ascii="Corbel" w:hAnsi="Corbel"/>
                          <w:caps/>
                          <w:sz w:val="52"/>
                          <w:szCs w:val="40"/>
                        </w:rPr>
                      </w:pPr>
                      <w:r w:rsidRPr="00A345A3">
                        <w:rPr>
                          <w:rFonts w:ascii="Corbel" w:hAnsi="Corbel"/>
                          <w:sz w:val="52"/>
                          <w:szCs w:val="40"/>
                        </w:rPr>
                        <w:t>First Aid Policy</w:t>
                      </w:r>
                    </w:p>
                    <w:p w14:paraId="0A614D86" w14:textId="77777777" w:rsidR="009E403D" w:rsidRPr="00FB5B16" w:rsidRDefault="009E403D" w:rsidP="00A345A3">
                      <w:pPr>
                        <w:pStyle w:val="NoSpacing"/>
                        <w:rPr>
                          <w:rFonts w:ascii="Corbel" w:hAnsi="Corbel"/>
                          <w:caps/>
                          <w:color w:val="17365D" w:themeColor="text2" w:themeShade="BF"/>
                          <w:sz w:val="52"/>
                          <w:szCs w:val="40"/>
                        </w:rPr>
                      </w:pPr>
                    </w:p>
                  </w:txbxContent>
                </v:textbox>
                <w10:wrap type="square" anchorx="margin" anchory="page"/>
              </v:shape>
            </w:pict>
          </mc:Fallback>
        </mc:AlternateContent>
      </w:r>
    </w:p>
    <w:p w14:paraId="7AB46351" w14:textId="4615EA1D" w:rsidR="00A345A3" w:rsidRPr="009B2DFD" w:rsidRDefault="00A345A3" w:rsidP="00A345A3">
      <w:pPr>
        <w:rPr>
          <w:rFonts w:ascii="Corbel" w:hAnsi="Corbel"/>
        </w:rPr>
      </w:pPr>
    </w:p>
    <w:p w14:paraId="75530532" w14:textId="38515337" w:rsidR="00A345A3" w:rsidRPr="009B2DFD" w:rsidRDefault="00A345A3" w:rsidP="00A345A3">
      <w:pPr>
        <w:rPr>
          <w:rFonts w:ascii="Corbel" w:hAnsi="Corbel"/>
        </w:rPr>
      </w:pPr>
    </w:p>
    <w:p w14:paraId="0CFB493A" w14:textId="7B346178" w:rsidR="00A345A3" w:rsidRPr="009B2DFD" w:rsidRDefault="00A345A3" w:rsidP="00A345A3">
      <w:pPr>
        <w:rPr>
          <w:rFonts w:ascii="Corbel" w:hAnsi="Corbel"/>
        </w:rPr>
      </w:pPr>
    </w:p>
    <w:p w14:paraId="1F34E581" w14:textId="36058CDF" w:rsidR="00A345A3" w:rsidRPr="009B2DFD" w:rsidRDefault="00A345A3" w:rsidP="00A345A3">
      <w:pPr>
        <w:rPr>
          <w:rFonts w:ascii="Corbel" w:hAnsi="Corbel"/>
        </w:rPr>
      </w:pPr>
    </w:p>
    <w:p w14:paraId="4B553884" w14:textId="24C5E55B" w:rsidR="00A345A3" w:rsidRPr="009B2DFD" w:rsidRDefault="00A345A3" w:rsidP="00A345A3">
      <w:pPr>
        <w:rPr>
          <w:rFonts w:ascii="Corbel" w:hAnsi="Corbel"/>
        </w:rPr>
      </w:pPr>
      <w:r w:rsidRPr="009B2DFD">
        <w:rPr>
          <w:rFonts w:ascii="Corbel" w:hAnsi="Corbel"/>
          <w:noProof/>
          <w:lang w:val="en-GB" w:eastAsia="en-GB"/>
        </w:rPr>
        <w:drawing>
          <wp:anchor distT="0" distB="0" distL="114300" distR="114300" simplePos="0" relativeHeight="251663360" behindDoc="0" locked="0" layoutInCell="1" allowOverlap="1" wp14:anchorId="3B2C34C4" wp14:editId="2C4FB344">
            <wp:simplePos x="0" y="0"/>
            <wp:positionH relativeFrom="margin">
              <wp:posOffset>2139315</wp:posOffset>
            </wp:positionH>
            <wp:positionV relativeFrom="margin">
              <wp:posOffset>3006090</wp:posOffset>
            </wp:positionV>
            <wp:extent cx="3019425" cy="1539240"/>
            <wp:effectExtent l="0" t="0" r="9525"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ghthouse MTA logo JPG.jpg"/>
                    <pic:cNvPicPr/>
                  </pic:nvPicPr>
                  <pic:blipFill>
                    <a:blip r:embed="rId12" cstate="print">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019425" cy="1539240"/>
                    </a:xfrm>
                    <a:prstGeom prst="rect">
                      <a:avLst/>
                    </a:prstGeom>
                  </pic:spPr>
                </pic:pic>
              </a:graphicData>
            </a:graphic>
            <wp14:sizeRelH relativeFrom="margin">
              <wp14:pctWidth>0</wp14:pctWidth>
            </wp14:sizeRelH>
            <wp14:sizeRelV relativeFrom="margin">
              <wp14:pctHeight>0</wp14:pctHeight>
            </wp14:sizeRelV>
          </wp:anchor>
        </w:drawing>
      </w:r>
    </w:p>
    <w:p w14:paraId="1F65F1B4" w14:textId="77777777" w:rsidR="00A345A3" w:rsidRPr="009B2DFD" w:rsidRDefault="00A345A3" w:rsidP="00A345A3">
      <w:pPr>
        <w:rPr>
          <w:rFonts w:ascii="Corbel" w:hAnsi="Corbel"/>
        </w:rPr>
      </w:pPr>
    </w:p>
    <w:p w14:paraId="24F64063" w14:textId="77777777" w:rsidR="00A345A3" w:rsidRPr="009B2DFD" w:rsidRDefault="00A345A3" w:rsidP="00A345A3">
      <w:pPr>
        <w:rPr>
          <w:rFonts w:ascii="Corbel" w:hAnsi="Corbel"/>
        </w:rPr>
      </w:pPr>
    </w:p>
    <w:p w14:paraId="1610E012" w14:textId="2C4D1907" w:rsidR="00A345A3" w:rsidRPr="009B2DFD" w:rsidRDefault="00A345A3" w:rsidP="00A345A3">
      <w:pPr>
        <w:rPr>
          <w:rFonts w:ascii="Corbel" w:hAnsi="Corbel"/>
        </w:rPr>
      </w:pPr>
    </w:p>
    <w:p w14:paraId="2070DEAB" w14:textId="77777777" w:rsidR="00A345A3" w:rsidRPr="009B2DFD" w:rsidRDefault="00A345A3" w:rsidP="00A345A3">
      <w:pPr>
        <w:rPr>
          <w:rFonts w:ascii="Corbel" w:hAnsi="Corbel"/>
        </w:rPr>
      </w:pPr>
    </w:p>
    <w:p w14:paraId="251B0E94" w14:textId="77777777" w:rsidR="00A345A3" w:rsidRPr="009B2DFD" w:rsidRDefault="00A345A3" w:rsidP="00A345A3">
      <w:pPr>
        <w:rPr>
          <w:rFonts w:ascii="Corbel" w:hAnsi="Corbel"/>
        </w:rPr>
      </w:pPr>
    </w:p>
    <w:p w14:paraId="1ED2006E" w14:textId="742CFA0E" w:rsidR="00A345A3" w:rsidRPr="009B2DFD" w:rsidRDefault="00A345A3" w:rsidP="00A345A3">
      <w:pPr>
        <w:rPr>
          <w:rFonts w:ascii="Corbel" w:hAnsi="Corbel"/>
        </w:rPr>
      </w:pPr>
    </w:p>
    <w:p w14:paraId="79672D09" w14:textId="77777777" w:rsidR="00A345A3" w:rsidRPr="009B2DFD" w:rsidRDefault="00A345A3" w:rsidP="00A345A3">
      <w:pPr>
        <w:rPr>
          <w:rFonts w:ascii="Corbel" w:hAnsi="Corbel"/>
        </w:rPr>
      </w:pPr>
    </w:p>
    <w:tbl>
      <w:tblPr>
        <w:tblStyle w:val="TableGrid"/>
        <w:tblpPr w:leftFromText="180" w:rightFromText="180" w:vertAnchor="text" w:horzAnchor="margin" w:tblpXSpec="right" w:tblpY="106"/>
        <w:tblW w:w="0" w:type="auto"/>
        <w:tblLook w:val="04A0" w:firstRow="1" w:lastRow="0" w:firstColumn="1" w:lastColumn="0" w:noHBand="0" w:noVBand="1"/>
      </w:tblPr>
      <w:tblGrid>
        <w:gridCol w:w="4508"/>
        <w:gridCol w:w="4986"/>
      </w:tblGrid>
      <w:tr w:rsidR="00A345A3" w:rsidRPr="009B2DFD" w14:paraId="701A011B" w14:textId="77777777" w:rsidTr="006F5B01">
        <w:tc>
          <w:tcPr>
            <w:tcW w:w="4508" w:type="dxa"/>
          </w:tcPr>
          <w:p w14:paraId="0637B180" w14:textId="77777777" w:rsidR="00A345A3" w:rsidRPr="009B2DFD" w:rsidRDefault="00A345A3" w:rsidP="006F5B01">
            <w:pPr>
              <w:rPr>
                <w:rFonts w:ascii="Corbel" w:hAnsi="Corbel"/>
              </w:rPr>
            </w:pPr>
            <w:r w:rsidRPr="009B2DFD">
              <w:rPr>
                <w:rFonts w:ascii="Corbel" w:hAnsi="Corbel"/>
              </w:rPr>
              <w:t>Policy Owner:</w:t>
            </w:r>
          </w:p>
          <w:p w14:paraId="21A13F76" w14:textId="77777777" w:rsidR="00A345A3" w:rsidRPr="009B2DFD" w:rsidRDefault="00A345A3" w:rsidP="006F5B01">
            <w:pPr>
              <w:rPr>
                <w:rFonts w:ascii="Corbel" w:hAnsi="Corbel"/>
              </w:rPr>
            </w:pPr>
            <w:r w:rsidRPr="009B2DFD">
              <w:rPr>
                <w:rFonts w:ascii="Corbel" w:hAnsi="Corbel"/>
              </w:rPr>
              <w:t xml:space="preserve"> </w:t>
            </w:r>
          </w:p>
        </w:tc>
        <w:tc>
          <w:tcPr>
            <w:tcW w:w="4986" w:type="dxa"/>
          </w:tcPr>
          <w:p w14:paraId="420C620A" w14:textId="77777777" w:rsidR="00A345A3" w:rsidRPr="009B2DFD" w:rsidRDefault="00A345A3" w:rsidP="006F5B01">
            <w:pPr>
              <w:rPr>
                <w:rFonts w:ascii="Corbel" w:hAnsi="Corbel"/>
              </w:rPr>
            </w:pPr>
            <w:r w:rsidRPr="009B2DFD">
              <w:rPr>
                <w:rFonts w:ascii="Corbel" w:hAnsi="Corbel"/>
              </w:rPr>
              <w:t xml:space="preserve">Lighthouse Multi Academy trust </w:t>
            </w:r>
          </w:p>
        </w:tc>
      </w:tr>
      <w:tr w:rsidR="0004570E" w:rsidRPr="009B2DFD" w14:paraId="5072E0CA" w14:textId="77777777" w:rsidTr="006F5B01">
        <w:tc>
          <w:tcPr>
            <w:tcW w:w="4508" w:type="dxa"/>
          </w:tcPr>
          <w:p w14:paraId="351BB621" w14:textId="77777777" w:rsidR="0004570E" w:rsidRDefault="0004570E" w:rsidP="0004570E">
            <w:pPr>
              <w:shd w:val="clear" w:color="auto" w:fill="FFFFFF" w:themeFill="background1"/>
              <w:rPr>
                <w:rFonts w:ascii="Corbel" w:hAnsi="Corbel"/>
              </w:rPr>
            </w:pPr>
            <w:r>
              <w:rPr>
                <w:rFonts w:ascii="Corbel" w:hAnsi="Corbel"/>
              </w:rPr>
              <w:t>Academy:</w:t>
            </w:r>
          </w:p>
          <w:p w14:paraId="6D4B53FA" w14:textId="77777777" w:rsidR="0004570E" w:rsidRPr="009B2DFD" w:rsidRDefault="0004570E" w:rsidP="0004570E">
            <w:pPr>
              <w:rPr>
                <w:rFonts w:ascii="Corbel" w:hAnsi="Corbel"/>
              </w:rPr>
            </w:pPr>
          </w:p>
        </w:tc>
        <w:tc>
          <w:tcPr>
            <w:tcW w:w="4986" w:type="dxa"/>
          </w:tcPr>
          <w:p w14:paraId="7DE189DD" w14:textId="19ABA331" w:rsidR="0004570E" w:rsidRPr="009B2DFD" w:rsidRDefault="003933E5" w:rsidP="0004570E">
            <w:pPr>
              <w:rPr>
                <w:rFonts w:ascii="Corbel" w:hAnsi="Corbel"/>
              </w:rPr>
            </w:pPr>
            <w:r w:rsidRPr="003933E5">
              <w:rPr>
                <w:rFonts w:ascii="Corbel" w:hAnsi="Corbel"/>
              </w:rPr>
              <w:t>St James Academy</w:t>
            </w:r>
          </w:p>
        </w:tc>
      </w:tr>
      <w:tr w:rsidR="0004570E" w:rsidRPr="009B2DFD" w14:paraId="573197DF" w14:textId="77777777" w:rsidTr="006F5B01">
        <w:tc>
          <w:tcPr>
            <w:tcW w:w="4508" w:type="dxa"/>
          </w:tcPr>
          <w:p w14:paraId="05906F55" w14:textId="77777777" w:rsidR="0004570E" w:rsidRPr="009B2DFD" w:rsidRDefault="0004570E" w:rsidP="0004570E">
            <w:pPr>
              <w:rPr>
                <w:rFonts w:ascii="Corbel" w:hAnsi="Corbel"/>
              </w:rPr>
            </w:pPr>
            <w:r w:rsidRPr="009B2DFD">
              <w:rPr>
                <w:rFonts w:ascii="Corbel" w:hAnsi="Corbel"/>
              </w:rPr>
              <w:t>Approved/ Ratified:</w:t>
            </w:r>
          </w:p>
          <w:p w14:paraId="7D596FA6" w14:textId="77777777" w:rsidR="0004570E" w:rsidRPr="009B2DFD" w:rsidRDefault="0004570E" w:rsidP="0004570E">
            <w:pPr>
              <w:rPr>
                <w:rFonts w:ascii="Corbel" w:hAnsi="Corbel"/>
              </w:rPr>
            </w:pPr>
          </w:p>
        </w:tc>
        <w:tc>
          <w:tcPr>
            <w:tcW w:w="4986" w:type="dxa"/>
          </w:tcPr>
          <w:p w14:paraId="6B1D1EC0" w14:textId="567FAAC5" w:rsidR="0004570E" w:rsidRPr="009B2DFD" w:rsidRDefault="00E214B5" w:rsidP="0004570E">
            <w:pPr>
              <w:rPr>
                <w:rFonts w:ascii="Corbel" w:hAnsi="Corbel"/>
              </w:rPr>
            </w:pPr>
            <w:r>
              <w:rPr>
                <w:rFonts w:ascii="Corbel" w:hAnsi="Corbel"/>
              </w:rPr>
              <w:t>Pat Hunt</w:t>
            </w:r>
          </w:p>
        </w:tc>
      </w:tr>
      <w:tr w:rsidR="0004570E" w:rsidRPr="009B2DFD" w14:paraId="027559BF" w14:textId="77777777" w:rsidTr="006F5B01">
        <w:tc>
          <w:tcPr>
            <w:tcW w:w="4508" w:type="dxa"/>
          </w:tcPr>
          <w:p w14:paraId="622688D0" w14:textId="77777777" w:rsidR="0004570E" w:rsidRPr="009B2DFD" w:rsidRDefault="0004570E" w:rsidP="0004570E">
            <w:pPr>
              <w:rPr>
                <w:rFonts w:ascii="Corbel" w:hAnsi="Corbel"/>
              </w:rPr>
            </w:pPr>
            <w:r w:rsidRPr="009B2DFD">
              <w:rPr>
                <w:rFonts w:ascii="Corbel" w:hAnsi="Corbel"/>
              </w:rPr>
              <w:t>Review Dates:</w:t>
            </w:r>
          </w:p>
          <w:p w14:paraId="7B5B6ED2" w14:textId="77777777" w:rsidR="0004570E" w:rsidRPr="009B2DFD" w:rsidRDefault="0004570E" w:rsidP="0004570E">
            <w:pPr>
              <w:rPr>
                <w:rFonts w:ascii="Corbel" w:hAnsi="Corbel"/>
              </w:rPr>
            </w:pPr>
          </w:p>
        </w:tc>
        <w:tc>
          <w:tcPr>
            <w:tcW w:w="4986" w:type="dxa"/>
          </w:tcPr>
          <w:p w14:paraId="7DB777A1" w14:textId="5369BBFC" w:rsidR="0004570E" w:rsidRPr="009B2DFD" w:rsidRDefault="0004570E" w:rsidP="0004570E">
            <w:pPr>
              <w:rPr>
                <w:rFonts w:ascii="Corbel" w:hAnsi="Corbel"/>
              </w:rPr>
            </w:pPr>
            <w:r>
              <w:rPr>
                <w:rFonts w:ascii="Corbel" w:hAnsi="Corbel"/>
              </w:rPr>
              <w:t>September 2027</w:t>
            </w:r>
          </w:p>
        </w:tc>
      </w:tr>
    </w:tbl>
    <w:p w14:paraId="6B00AA68" w14:textId="77777777" w:rsidR="00A345A3" w:rsidRPr="009B2DFD" w:rsidRDefault="00A345A3" w:rsidP="00A345A3">
      <w:pPr>
        <w:rPr>
          <w:rFonts w:ascii="Corbel" w:hAnsi="Corbel"/>
        </w:rPr>
      </w:pPr>
    </w:p>
    <w:p w14:paraId="13965691" w14:textId="77777777" w:rsidR="00A345A3" w:rsidRPr="009B2DFD" w:rsidRDefault="00A345A3" w:rsidP="00A345A3">
      <w:pPr>
        <w:rPr>
          <w:rFonts w:ascii="Corbel" w:hAnsi="Corbel"/>
        </w:rPr>
      </w:pPr>
    </w:p>
    <w:p w14:paraId="0983A9C2" w14:textId="77777777" w:rsidR="00A345A3" w:rsidRPr="009B2DFD" w:rsidRDefault="00A345A3" w:rsidP="00A345A3">
      <w:pPr>
        <w:rPr>
          <w:rFonts w:ascii="Corbel" w:hAnsi="Corbel"/>
        </w:rPr>
      </w:pPr>
    </w:p>
    <w:p w14:paraId="1B1429FB" w14:textId="77777777" w:rsidR="00A345A3" w:rsidRPr="009B2DFD" w:rsidRDefault="00A345A3" w:rsidP="00A345A3">
      <w:pPr>
        <w:rPr>
          <w:rFonts w:ascii="Corbel" w:hAnsi="Corbel"/>
        </w:rPr>
      </w:pPr>
    </w:p>
    <w:p w14:paraId="6F9B45FE" w14:textId="3BEB7930" w:rsidR="00A345A3" w:rsidRPr="009B2DFD" w:rsidRDefault="00A345A3" w:rsidP="00A345A3">
      <w:pPr>
        <w:rPr>
          <w:rFonts w:ascii="Corbel" w:hAnsi="Corbel"/>
        </w:rPr>
      </w:pPr>
    </w:p>
    <w:p w14:paraId="32D909E0" w14:textId="5394F4BD" w:rsidR="00A345A3" w:rsidRPr="009B2DFD" w:rsidRDefault="0004570E" w:rsidP="00A345A3">
      <w:pPr>
        <w:rPr>
          <w:rFonts w:ascii="Corbel" w:hAnsi="Corbel"/>
        </w:rPr>
      </w:pPr>
      <w:r w:rsidRPr="009B2DFD">
        <w:rPr>
          <w:rFonts w:ascii="Corbel" w:hAnsi="Corbel"/>
          <w:noProof/>
          <w:lang w:val="en-GB" w:eastAsia="en-GB"/>
        </w:rPr>
        <w:drawing>
          <wp:anchor distT="0" distB="0" distL="114300" distR="114300" simplePos="0" relativeHeight="251662336" behindDoc="1" locked="0" layoutInCell="1" allowOverlap="1" wp14:anchorId="20FFABAA" wp14:editId="416E2E05">
            <wp:simplePos x="0" y="0"/>
            <wp:positionH relativeFrom="margin">
              <wp:posOffset>4821872</wp:posOffset>
            </wp:positionH>
            <wp:positionV relativeFrom="margin">
              <wp:posOffset>7234239</wp:posOffset>
            </wp:positionV>
            <wp:extent cx="2554605" cy="2307590"/>
            <wp:effectExtent l="9208" t="0" r="7302" b="7303"/>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2554605" cy="2307590"/>
                    </a:xfrm>
                    <a:prstGeom prst="rect">
                      <a:avLst/>
                    </a:prstGeom>
                    <a:noFill/>
                  </pic:spPr>
                </pic:pic>
              </a:graphicData>
            </a:graphic>
            <wp14:sizeRelV relativeFrom="margin">
              <wp14:pctHeight>0</wp14:pctHeight>
            </wp14:sizeRelV>
          </wp:anchor>
        </w:drawing>
      </w:r>
    </w:p>
    <w:p w14:paraId="4B5C9FBB" w14:textId="77777777" w:rsidR="00A345A3" w:rsidRPr="009B2DFD" w:rsidRDefault="00A345A3" w:rsidP="00A345A3">
      <w:pPr>
        <w:rPr>
          <w:rFonts w:ascii="Corbel" w:hAnsi="Corbel"/>
        </w:rPr>
      </w:pPr>
    </w:p>
    <w:p w14:paraId="3B689C1B" w14:textId="77777777" w:rsidR="00A345A3" w:rsidRPr="009B2DFD" w:rsidRDefault="00A345A3" w:rsidP="00A345A3">
      <w:pPr>
        <w:rPr>
          <w:rFonts w:ascii="Corbel" w:hAnsi="Corbel"/>
        </w:rPr>
      </w:pPr>
    </w:p>
    <w:p w14:paraId="3739831D" w14:textId="77777777" w:rsidR="00A345A3" w:rsidRPr="009B2DFD" w:rsidRDefault="00A345A3" w:rsidP="00A345A3">
      <w:pPr>
        <w:rPr>
          <w:rFonts w:ascii="Corbel" w:hAnsi="Corbel"/>
        </w:rPr>
      </w:pPr>
    </w:p>
    <w:p w14:paraId="3467B811" w14:textId="77777777" w:rsidR="00A345A3" w:rsidRPr="009B2DFD" w:rsidRDefault="00A345A3" w:rsidP="00A345A3">
      <w:pPr>
        <w:rPr>
          <w:rFonts w:ascii="Corbel" w:hAnsi="Corbel"/>
        </w:rPr>
      </w:pPr>
    </w:p>
    <w:p w14:paraId="0A74F0DD" w14:textId="0CC942AF" w:rsidR="00A345A3" w:rsidRDefault="00A345A3" w:rsidP="00A345A3">
      <w:pPr>
        <w:rPr>
          <w:rFonts w:ascii="Corbel" w:hAnsi="Corbel"/>
        </w:rPr>
      </w:pPr>
    </w:p>
    <w:p w14:paraId="200FE10F" w14:textId="77777777" w:rsidR="00A345A3" w:rsidRPr="009B2DFD" w:rsidRDefault="00A345A3" w:rsidP="00A345A3">
      <w:pPr>
        <w:rPr>
          <w:rFonts w:ascii="Corbel" w:hAnsi="Corbel"/>
        </w:rPr>
      </w:pPr>
    </w:p>
    <w:p w14:paraId="43490881" w14:textId="77777777" w:rsidR="00A345A3" w:rsidRPr="009B2DFD" w:rsidRDefault="00A345A3" w:rsidP="00A345A3">
      <w:pPr>
        <w:rPr>
          <w:rFonts w:ascii="Corbel" w:hAnsi="Corbel"/>
          <w:b/>
        </w:rPr>
      </w:pPr>
      <w:r w:rsidRPr="009B2DFD">
        <w:rPr>
          <w:rFonts w:ascii="Corbel" w:hAnsi="Corbel"/>
          <w:b/>
        </w:rPr>
        <w:lastRenderedPageBreak/>
        <w:t xml:space="preserve">Document Version Control Log </w:t>
      </w:r>
    </w:p>
    <w:tbl>
      <w:tblPr>
        <w:tblStyle w:val="TableGrid"/>
        <w:tblpPr w:leftFromText="180" w:rightFromText="180" w:vertAnchor="text" w:horzAnchor="margin" w:tblpY="62"/>
        <w:tblW w:w="10726" w:type="dxa"/>
        <w:tblLook w:val="04A0" w:firstRow="1" w:lastRow="0" w:firstColumn="1" w:lastColumn="0" w:noHBand="0" w:noVBand="1"/>
      </w:tblPr>
      <w:tblGrid>
        <w:gridCol w:w="1271"/>
        <w:gridCol w:w="1985"/>
        <w:gridCol w:w="7470"/>
      </w:tblGrid>
      <w:tr w:rsidR="00A345A3" w:rsidRPr="009B2DFD" w14:paraId="6EC10FED" w14:textId="77777777" w:rsidTr="006F5B01">
        <w:tc>
          <w:tcPr>
            <w:tcW w:w="1271" w:type="dxa"/>
            <w:shd w:val="clear" w:color="auto" w:fill="D9D9D9" w:themeFill="background1" w:themeFillShade="D9"/>
          </w:tcPr>
          <w:p w14:paraId="63D81BDF" w14:textId="77777777" w:rsidR="00A345A3" w:rsidRPr="009B2DFD" w:rsidRDefault="00A345A3" w:rsidP="006F5B01">
            <w:pPr>
              <w:rPr>
                <w:rFonts w:ascii="Corbel" w:hAnsi="Corbel"/>
                <w:b/>
              </w:rPr>
            </w:pPr>
            <w:r w:rsidRPr="009B2DFD">
              <w:rPr>
                <w:rFonts w:ascii="Corbel" w:hAnsi="Corbel"/>
                <w:b/>
              </w:rPr>
              <w:t xml:space="preserve">Version </w:t>
            </w:r>
          </w:p>
        </w:tc>
        <w:tc>
          <w:tcPr>
            <w:tcW w:w="1985" w:type="dxa"/>
            <w:shd w:val="clear" w:color="auto" w:fill="D9D9D9" w:themeFill="background1" w:themeFillShade="D9"/>
          </w:tcPr>
          <w:p w14:paraId="74B22023" w14:textId="77777777" w:rsidR="00A345A3" w:rsidRPr="009B2DFD" w:rsidRDefault="00A345A3" w:rsidP="006F5B01">
            <w:pPr>
              <w:rPr>
                <w:rFonts w:ascii="Corbel" w:hAnsi="Corbel"/>
                <w:b/>
              </w:rPr>
            </w:pPr>
            <w:r w:rsidRPr="009B2DFD">
              <w:rPr>
                <w:rFonts w:ascii="Corbel" w:hAnsi="Corbel"/>
                <w:b/>
              </w:rPr>
              <w:t xml:space="preserve">Modification Date </w:t>
            </w:r>
          </w:p>
        </w:tc>
        <w:tc>
          <w:tcPr>
            <w:tcW w:w="7470" w:type="dxa"/>
            <w:shd w:val="clear" w:color="auto" w:fill="D9D9D9" w:themeFill="background1" w:themeFillShade="D9"/>
          </w:tcPr>
          <w:p w14:paraId="7087CEA8" w14:textId="77777777" w:rsidR="00A345A3" w:rsidRPr="009B2DFD" w:rsidRDefault="00A345A3" w:rsidP="006F5B01">
            <w:pPr>
              <w:rPr>
                <w:rFonts w:ascii="Corbel" w:hAnsi="Corbel"/>
                <w:b/>
              </w:rPr>
            </w:pPr>
            <w:r w:rsidRPr="009B2DFD">
              <w:rPr>
                <w:rFonts w:ascii="Corbel" w:hAnsi="Corbel"/>
                <w:b/>
              </w:rPr>
              <w:t xml:space="preserve">Synopsis of Changes </w:t>
            </w:r>
          </w:p>
          <w:p w14:paraId="250FEB42" w14:textId="77777777" w:rsidR="00A345A3" w:rsidRPr="009B2DFD" w:rsidRDefault="00A345A3" w:rsidP="006F5B01">
            <w:pPr>
              <w:rPr>
                <w:rFonts w:ascii="Corbel" w:hAnsi="Corbel"/>
                <w:b/>
              </w:rPr>
            </w:pPr>
          </w:p>
        </w:tc>
      </w:tr>
      <w:tr w:rsidR="00A345A3" w:rsidRPr="009B2DFD" w14:paraId="2E8534E2" w14:textId="77777777" w:rsidTr="006F5B01">
        <w:tc>
          <w:tcPr>
            <w:tcW w:w="1271" w:type="dxa"/>
          </w:tcPr>
          <w:p w14:paraId="7F8CE5D7" w14:textId="77777777" w:rsidR="00A345A3" w:rsidRPr="009B2DFD" w:rsidRDefault="00A345A3" w:rsidP="006F5B01">
            <w:pPr>
              <w:rPr>
                <w:rFonts w:ascii="Corbel" w:hAnsi="Corbel"/>
              </w:rPr>
            </w:pPr>
            <w:r w:rsidRPr="009B2DFD">
              <w:rPr>
                <w:rFonts w:ascii="Corbel" w:hAnsi="Corbel"/>
              </w:rPr>
              <w:t>1.0</w:t>
            </w:r>
          </w:p>
          <w:p w14:paraId="5B5A54ED" w14:textId="77777777" w:rsidR="00A345A3" w:rsidRPr="009B2DFD" w:rsidRDefault="00A345A3" w:rsidP="006F5B01">
            <w:pPr>
              <w:rPr>
                <w:rFonts w:ascii="Corbel" w:hAnsi="Corbel"/>
              </w:rPr>
            </w:pPr>
          </w:p>
        </w:tc>
        <w:tc>
          <w:tcPr>
            <w:tcW w:w="1985" w:type="dxa"/>
          </w:tcPr>
          <w:p w14:paraId="0B66DEC8" w14:textId="77777777" w:rsidR="00A345A3" w:rsidRDefault="00A345A3" w:rsidP="006F5B01">
            <w:pPr>
              <w:rPr>
                <w:rFonts w:ascii="Corbel" w:hAnsi="Corbel"/>
              </w:rPr>
            </w:pPr>
            <w:r>
              <w:rPr>
                <w:rFonts w:ascii="Corbel" w:hAnsi="Corbel"/>
              </w:rPr>
              <w:t>July 2026</w:t>
            </w:r>
          </w:p>
          <w:p w14:paraId="3378F0A0" w14:textId="379933D9" w:rsidR="00A345A3" w:rsidRPr="009B2DFD" w:rsidRDefault="00A345A3" w:rsidP="006F5B01">
            <w:pPr>
              <w:rPr>
                <w:rFonts w:ascii="Corbel" w:hAnsi="Corbel"/>
              </w:rPr>
            </w:pPr>
          </w:p>
        </w:tc>
        <w:tc>
          <w:tcPr>
            <w:tcW w:w="7470" w:type="dxa"/>
          </w:tcPr>
          <w:p w14:paraId="41B3EC83" w14:textId="260503B7" w:rsidR="00A345A3" w:rsidRPr="009B2DFD" w:rsidRDefault="00A345A3" w:rsidP="006F5B01">
            <w:pPr>
              <w:rPr>
                <w:rFonts w:ascii="Corbel" w:hAnsi="Corbel"/>
              </w:rPr>
            </w:pPr>
          </w:p>
        </w:tc>
      </w:tr>
      <w:tr w:rsidR="00A345A3" w:rsidRPr="009B2DFD" w14:paraId="40942B06" w14:textId="77777777" w:rsidTr="006F5B01">
        <w:tc>
          <w:tcPr>
            <w:tcW w:w="1271" w:type="dxa"/>
          </w:tcPr>
          <w:p w14:paraId="474A8D08" w14:textId="246146B1" w:rsidR="00A345A3" w:rsidRPr="009B2DFD" w:rsidRDefault="00A345A3" w:rsidP="006F5B01">
            <w:pPr>
              <w:rPr>
                <w:rFonts w:ascii="Corbel" w:hAnsi="Corbel"/>
                <w:b/>
                <w:bCs/>
              </w:rPr>
            </w:pPr>
          </w:p>
        </w:tc>
        <w:tc>
          <w:tcPr>
            <w:tcW w:w="1985" w:type="dxa"/>
          </w:tcPr>
          <w:p w14:paraId="5B528BE1" w14:textId="77777777" w:rsidR="00A345A3" w:rsidRDefault="00A345A3" w:rsidP="006F5B01">
            <w:pPr>
              <w:rPr>
                <w:rFonts w:ascii="Corbel" w:hAnsi="Corbel"/>
              </w:rPr>
            </w:pPr>
          </w:p>
          <w:p w14:paraId="121137F6" w14:textId="19B54CDD" w:rsidR="00A345A3" w:rsidRPr="009B2DFD" w:rsidRDefault="00A345A3" w:rsidP="006F5B01">
            <w:pPr>
              <w:rPr>
                <w:rFonts w:ascii="Corbel" w:hAnsi="Corbel"/>
              </w:rPr>
            </w:pPr>
          </w:p>
        </w:tc>
        <w:tc>
          <w:tcPr>
            <w:tcW w:w="7470" w:type="dxa"/>
          </w:tcPr>
          <w:p w14:paraId="47C736F5" w14:textId="77777777" w:rsidR="00A345A3" w:rsidRPr="009B2DFD" w:rsidRDefault="00A345A3" w:rsidP="006F5B01">
            <w:pPr>
              <w:rPr>
                <w:rFonts w:ascii="Corbel" w:hAnsi="Corbel"/>
              </w:rPr>
            </w:pPr>
          </w:p>
        </w:tc>
      </w:tr>
      <w:tr w:rsidR="00A345A3" w14:paraId="3B629EBF" w14:textId="77777777" w:rsidTr="006F5B01">
        <w:trPr>
          <w:trHeight w:val="300"/>
        </w:trPr>
        <w:tc>
          <w:tcPr>
            <w:tcW w:w="1271" w:type="dxa"/>
          </w:tcPr>
          <w:p w14:paraId="0F434CBD" w14:textId="77777777" w:rsidR="00A345A3" w:rsidRDefault="00A345A3" w:rsidP="006F5B01">
            <w:pPr>
              <w:rPr>
                <w:rFonts w:ascii="Corbel" w:hAnsi="Corbel"/>
                <w:b/>
                <w:bCs/>
              </w:rPr>
            </w:pPr>
          </w:p>
          <w:p w14:paraId="23E3B40C" w14:textId="77777777" w:rsidR="00A345A3" w:rsidRDefault="00A345A3" w:rsidP="006F5B01">
            <w:pPr>
              <w:rPr>
                <w:rFonts w:ascii="Corbel" w:hAnsi="Corbel"/>
                <w:b/>
                <w:bCs/>
              </w:rPr>
            </w:pPr>
          </w:p>
        </w:tc>
        <w:tc>
          <w:tcPr>
            <w:tcW w:w="1985" w:type="dxa"/>
          </w:tcPr>
          <w:p w14:paraId="717EEB7A" w14:textId="77777777" w:rsidR="00A345A3" w:rsidRDefault="00A345A3" w:rsidP="006F5B01">
            <w:pPr>
              <w:rPr>
                <w:rFonts w:ascii="Corbel" w:hAnsi="Corbel"/>
              </w:rPr>
            </w:pPr>
          </w:p>
        </w:tc>
        <w:tc>
          <w:tcPr>
            <w:tcW w:w="7470" w:type="dxa"/>
          </w:tcPr>
          <w:p w14:paraId="2D1C8D39" w14:textId="77777777" w:rsidR="00A345A3" w:rsidRDefault="00A345A3" w:rsidP="006F5B01">
            <w:pPr>
              <w:rPr>
                <w:rFonts w:ascii="Corbel" w:hAnsi="Corbel"/>
              </w:rPr>
            </w:pPr>
          </w:p>
        </w:tc>
      </w:tr>
      <w:tr w:rsidR="00A345A3" w14:paraId="6AE6CE1D" w14:textId="77777777" w:rsidTr="006F5B01">
        <w:trPr>
          <w:trHeight w:val="300"/>
        </w:trPr>
        <w:tc>
          <w:tcPr>
            <w:tcW w:w="1271" w:type="dxa"/>
          </w:tcPr>
          <w:p w14:paraId="5170D376" w14:textId="77777777" w:rsidR="00A345A3" w:rsidRDefault="00A345A3" w:rsidP="006F5B01">
            <w:pPr>
              <w:rPr>
                <w:rFonts w:ascii="Corbel" w:hAnsi="Corbel"/>
                <w:b/>
                <w:bCs/>
              </w:rPr>
            </w:pPr>
          </w:p>
          <w:p w14:paraId="706D3A0B" w14:textId="77777777" w:rsidR="00A345A3" w:rsidRDefault="00A345A3" w:rsidP="006F5B01">
            <w:pPr>
              <w:rPr>
                <w:rFonts w:ascii="Corbel" w:hAnsi="Corbel"/>
                <w:b/>
                <w:bCs/>
              </w:rPr>
            </w:pPr>
          </w:p>
        </w:tc>
        <w:tc>
          <w:tcPr>
            <w:tcW w:w="1985" w:type="dxa"/>
          </w:tcPr>
          <w:p w14:paraId="2958B295" w14:textId="77777777" w:rsidR="00A345A3" w:rsidRDefault="00A345A3" w:rsidP="006F5B01">
            <w:pPr>
              <w:rPr>
                <w:rFonts w:ascii="Corbel" w:hAnsi="Corbel"/>
              </w:rPr>
            </w:pPr>
          </w:p>
        </w:tc>
        <w:tc>
          <w:tcPr>
            <w:tcW w:w="7470" w:type="dxa"/>
          </w:tcPr>
          <w:p w14:paraId="4AC7B7E6" w14:textId="77777777" w:rsidR="00A345A3" w:rsidRDefault="00A345A3" w:rsidP="006F5B01">
            <w:pPr>
              <w:rPr>
                <w:rFonts w:ascii="Corbel" w:hAnsi="Corbel"/>
              </w:rPr>
            </w:pPr>
          </w:p>
        </w:tc>
      </w:tr>
    </w:tbl>
    <w:p w14:paraId="337E2D64" w14:textId="77777777" w:rsidR="00A345A3" w:rsidRPr="009B2DFD" w:rsidRDefault="00A345A3" w:rsidP="00A345A3">
      <w:pPr>
        <w:rPr>
          <w:rFonts w:ascii="Corbel" w:hAnsi="Corbel"/>
          <w:b/>
        </w:rPr>
      </w:pPr>
    </w:p>
    <w:p w14:paraId="0AA01CBD" w14:textId="77777777" w:rsidR="00A345A3" w:rsidRPr="009B2DFD" w:rsidRDefault="00A345A3" w:rsidP="00A345A3">
      <w:pPr>
        <w:rPr>
          <w:rFonts w:ascii="Corbel" w:hAnsi="Corbel"/>
          <w:b/>
        </w:rPr>
      </w:pPr>
    </w:p>
    <w:p w14:paraId="3B7B361C" w14:textId="77777777" w:rsidR="00A345A3" w:rsidRPr="009B2DFD" w:rsidRDefault="00A345A3" w:rsidP="00A345A3">
      <w:pPr>
        <w:rPr>
          <w:rFonts w:ascii="Corbel" w:hAnsi="Corbel"/>
          <w:b/>
        </w:rPr>
      </w:pPr>
    </w:p>
    <w:p w14:paraId="00D79389" w14:textId="77777777" w:rsidR="00A345A3" w:rsidRPr="009B2DFD" w:rsidRDefault="00A345A3" w:rsidP="00A345A3">
      <w:pPr>
        <w:rPr>
          <w:rFonts w:ascii="Corbel" w:hAnsi="Corbel"/>
          <w:b/>
        </w:rPr>
      </w:pPr>
    </w:p>
    <w:p w14:paraId="6943AD8F" w14:textId="77777777" w:rsidR="00A345A3" w:rsidRPr="009B2DFD" w:rsidRDefault="00A345A3" w:rsidP="00A345A3">
      <w:pPr>
        <w:rPr>
          <w:rFonts w:ascii="Corbel" w:hAnsi="Corbel"/>
          <w:b/>
        </w:rPr>
      </w:pPr>
    </w:p>
    <w:p w14:paraId="64662908" w14:textId="77777777" w:rsidR="00A345A3" w:rsidRPr="009B2DFD" w:rsidRDefault="00A345A3" w:rsidP="00A345A3">
      <w:pPr>
        <w:rPr>
          <w:rFonts w:ascii="Corbel" w:hAnsi="Corbel"/>
          <w:b/>
        </w:rPr>
      </w:pPr>
    </w:p>
    <w:p w14:paraId="3E40F44B" w14:textId="77777777" w:rsidR="00A345A3" w:rsidRPr="009B2DFD" w:rsidRDefault="00A345A3" w:rsidP="00A345A3">
      <w:pPr>
        <w:rPr>
          <w:rFonts w:ascii="Corbel" w:hAnsi="Corbel"/>
          <w:b/>
        </w:rPr>
      </w:pPr>
    </w:p>
    <w:p w14:paraId="5CE8B9A9" w14:textId="63179479" w:rsidR="00A345A3" w:rsidRDefault="00A345A3" w:rsidP="00A345A3">
      <w:pPr>
        <w:spacing w:after="160" w:line="300" w:lineRule="auto"/>
        <w:rPr>
          <w:rFonts w:ascii="Corbel" w:eastAsia="Century Gothic" w:hAnsi="Corbel" w:cs="Century Gothic"/>
        </w:rPr>
      </w:pPr>
    </w:p>
    <w:p w14:paraId="1AA7D468" w14:textId="7363F650" w:rsidR="00A345A3" w:rsidRDefault="00A345A3" w:rsidP="00A345A3">
      <w:pPr>
        <w:spacing w:after="160" w:line="300" w:lineRule="auto"/>
        <w:rPr>
          <w:rFonts w:ascii="Corbel" w:eastAsia="Century Gothic" w:hAnsi="Corbel" w:cs="Century Gothic"/>
        </w:rPr>
      </w:pPr>
    </w:p>
    <w:p w14:paraId="5CED4AA1" w14:textId="53668186" w:rsidR="00A345A3" w:rsidRDefault="00A345A3" w:rsidP="00A345A3">
      <w:pPr>
        <w:spacing w:after="160" w:line="300" w:lineRule="auto"/>
        <w:rPr>
          <w:rFonts w:ascii="Corbel" w:eastAsia="Century Gothic" w:hAnsi="Corbel" w:cs="Century Gothic"/>
        </w:rPr>
      </w:pPr>
    </w:p>
    <w:p w14:paraId="1E83D962" w14:textId="3E8154D8" w:rsidR="00A345A3" w:rsidRDefault="00A345A3" w:rsidP="00A345A3">
      <w:pPr>
        <w:spacing w:after="160" w:line="300" w:lineRule="auto"/>
        <w:rPr>
          <w:rFonts w:ascii="Corbel" w:eastAsia="Century Gothic" w:hAnsi="Corbel" w:cs="Century Gothic"/>
        </w:rPr>
      </w:pPr>
    </w:p>
    <w:p w14:paraId="02A0ACF4" w14:textId="0E238BDE" w:rsidR="00A345A3" w:rsidRDefault="00A345A3" w:rsidP="00A345A3">
      <w:pPr>
        <w:spacing w:after="160" w:line="300" w:lineRule="auto"/>
        <w:rPr>
          <w:rFonts w:ascii="Corbel" w:eastAsia="Century Gothic" w:hAnsi="Corbel" w:cs="Century Gothic"/>
        </w:rPr>
      </w:pPr>
    </w:p>
    <w:p w14:paraId="04B9745B" w14:textId="79BB6F77" w:rsidR="00A345A3" w:rsidRDefault="00A345A3" w:rsidP="00A345A3">
      <w:pPr>
        <w:spacing w:after="160" w:line="300" w:lineRule="auto"/>
        <w:rPr>
          <w:rFonts w:ascii="Corbel" w:eastAsia="Century Gothic" w:hAnsi="Corbel" w:cs="Century Gothic"/>
        </w:rPr>
      </w:pPr>
    </w:p>
    <w:p w14:paraId="26B01836" w14:textId="1CFA9071" w:rsidR="00A345A3" w:rsidRDefault="00A345A3" w:rsidP="00A345A3">
      <w:pPr>
        <w:spacing w:after="160" w:line="300" w:lineRule="auto"/>
        <w:rPr>
          <w:rFonts w:ascii="Corbel" w:eastAsia="Century Gothic" w:hAnsi="Corbel" w:cs="Century Gothic"/>
        </w:rPr>
      </w:pPr>
    </w:p>
    <w:p w14:paraId="53840B67" w14:textId="5B392D27" w:rsidR="00A345A3" w:rsidRDefault="00A345A3" w:rsidP="00A345A3">
      <w:pPr>
        <w:spacing w:after="160" w:line="300" w:lineRule="auto"/>
        <w:rPr>
          <w:rFonts w:ascii="Corbel" w:eastAsia="Century Gothic" w:hAnsi="Corbel" w:cs="Century Gothic"/>
        </w:rPr>
      </w:pPr>
    </w:p>
    <w:p w14:paraId="3B861247" w14:textId="418D2F54" w:rsidR="00A345A3" w:rsidRDefault="00A345A3" w:rsidP="00A345A3">
      <w:pPr>
        <w:spacing w:after="160" w:line="300" w:lineRule="auto"/>
        <w:rPr>
          <w:rFonts w:ascii="Corbel" w:eastAsia="Century Gothic" w:hAnsi="Corbel" w:cs="Century Gothic"/>
        </w:rPr>
      </w:pPr>
    </w:p>
    <w:p w14:paraId="605D7BEF" w14:textId="76453D93" w:rsidR="00A345A3" w:rsidRDefault="00A345A3" w:rsidP="00A345A3">
      <w:pPr>
        <w:spacing w:after="160" w:line="300" w:lineRule="auto"/>
        <w:rPr>
          <w:rFonts w:ascii="Corbel" w:eastAsia="Century Gothic" w:hAnsi="Corbel" w:cs="Century Gothic"/>
        </w:rPr>
      </w:pPr>
    </w:p>
    <w:p w14:paraId="59581B40" w14:textId="1EE8D1A4" w:rsidR="00A345A3" w:rsidRDefault="00A345A3" w:rsidP="00A345A3">
      <w:pPr>
        <w:spacing w:after="160" w:line="300" w:lineRule="auto"/>
        <w:rPr>
          <w:rFonts w:ascii="Corbel" w:eastAsia="Century Gothic" w:hAnsi="Corbel" w:cs="Century Gothic"/>
        </w:rPr>
      </w:pPr>
    </w:p>
    <w:p w14:paraId="64BF3361" w14:textId="2CFA8BA3" w:rsidR="00A345A3" w:rsidRDefault="00A345A3" w:rsidP="00A345A3">
      <w:pPr>
        <w:spacing w:after="160" w:line="300" w:lineRule="auto"/>
        <w:rPr>
          <w:rFonts w:ascii="Corbel" w:eastAsia="Century Gothic" w:hAnsi="Corbel" w:cs="Century Gothic"/>
        </w:rPr>
      </w:pPr>
    </w:p>
    <w:p w14:paraId="22CBB340" w14:textId="1F342954" w:rsidR="00A345A3" w:rsidRDefault="00A345A3" w:rsidP="00A345A3">
      <w:pPr>
        <w:spacing w:after="160" w:line="300" w:lineRule="auto"/>
        <w:rPr>
          <w:rFonts w:ascii="Corbel" w:eastAsia="Century Gothic" w:hAnsi="Corbel" w:cs="Century Gothic"/>
        </w:rPr>
      </w:pPr>
    </w:p>
    <w:p w14:paraId="2F22319D" w14:textId="0BCFAE68" w:rsidR="00A345A3" w:rsidRDefault="00A345A3" w:rsidP="00A345A3">
      <w:pPr>
        <w:spacing w:after="160" w:line="300" w:lineRule="auto"/>
        <w:rPr>
          <w:rFonts w:ascii="Corbel" w:eastAsia="Century Gothic" w:hAnsi="Corbel" w:cs="Century Gothic"/>
        </w:rPr>
      </w:pPr>
    </w:p>
    <w:p w14:paraId="39628627" w14:textId="1C058539" w:rsidR="00BA248E" w:rsidRDefault="00BA248E" w:rsidP="00A345A3">
      <w:pPr>
        <w:spacing w:after="160" w:line="300" w:lineRule="auto"/>
        <w:rPr>
          <w:rFonts w:ascii="Corbel" w:eastAsia="Century Gothic" w:hAnsi="Corbel" w:cs="Century Gothic"/>
        </w:rPr>
      </w:pPr>
    </w:p>
    <w:p w14:paraId="504EEDFF" w14:textId="4059739D" w:rsidR="0001375A" w:rsidRPr="001A4A3C" w:rsidRDefault="0001375A" w:rsidP="00BA248E">
      <w:pPr>
        <w:jc w:val="center"/>
        <w:rPr>
          <w:rFonts w:ascii="Corbel" w:hAnsi="Corbel"/>
        </w:rPr>
      </w:pPr>
    </w:p>
    <w:p w14:paraId="335F5B75" w14:textId="77777777" w:rsidR="00E45328" w:rsidRPr="00E214B5" w:rsidRDefault="00AE04FE">
      <w:pPr>
        <w:rPr>
          <w:rFonts w:ascii="Corbel" w:hAnsi="Corbel"/>
          <w:b/>
          <w:bCs/>
        </w:rPr>
      </w:pPr>
      <w:r w:rsidRPr="00E214B5">
        <w:rPr>
          <w:rFonts w:ascii="Corbel" w:hAnsi="Corbel"/>
          <w:b/>
          <w:bCs/>
        </w:rPr>
        <w:lastRenderedPageBreak/>
        <w:t>1. Purpose and Principles</w:t>
      </w:r>
    </w:p>
    <w:p w14:paraId="28B111A5" w14:textId="3A615DFA" w:rsidR="0004570E" w:rsidRPr="00E214B5" w:rsidRDefault="0004570E" w:rsidP="0004570E">
      <w:pPr>
        <w:rPr>
          <w:rFonts w:ascii="Corbel" w:hAnsi="Corbel"/>
          <w:lang w:val="en-GB"/>
        </w:rPr>
      </w:pPr>
      <w:r w:rsidRPr="00E214B5">
        <w:rPr>
          <w:rFonts w:ascii="Corbel" w:hAnsi="Corbel"/>
          <w:lang w:val="en-GB"/>
        </w:rPr>
        <w:t xml:space="preserve">First aid can save lives and prevent minor injuries from becoming major ones. </w:t>
      </w:r>
      <w:r w:rsidRPr="00E214B5">
        <w:rPr>
          <w:rFonts w:ascii="Corbel" w:hAnsi="Corbel"/>
          <w:b/>
          <w:bCs/>
          <w:lang w:val="en-GB"/>
        </w:rPr>
        <w:t>The</w:t>
      </w:r>
      <w:r w:rsidRPr="00E214B5">
        <w:rPr>
          <w:rFonts w:ascii="Corbel" w:hAnsi="Corbel"/>
          <w:lang w:val="en-GB"/>
        </w:rPr>
        <w:t xml:space="preserve"> </w:t>
      </w:r>
      <w:r w:rsidRPr="00E214B5">
        <w:rPr>
          <w:rFonts w:ascii="Corbel" w:hAnsi="Corbel"/>
          <w:b/>
          <w:bCs/>
          <w:lang w:val="en-GB"/>
        </w:rPr>
        <w:t xml:space="preserve">Lighthouse Multi Academy Trust </w:t>
      </w:r>
      <w:r w:rsidRPr="00E214B5">
        <w:rPr>
          <w:rFonts w:ascii="Corbel" w:hAnsi="Corbel"/>
          <w:lang w:val="en-GB"/>
        </w:rPr>
        <w:t>is committed to ensuring that appropriate first aid arrangements are in place across all of its academies. All staff responsible for pupils are expected to use their best endeavours, particularly in emergencies, to safeguard welfare as a cautious parent would. In general, the consequences of taking no action are likely to be more serious than those of attempting to assist.</w:t>
      </w:r>
    </w:p>
    <w:p w14:paraId="6E86CFBA" w14:textId="445F1636" w:rsidR="0001375A" w:rsidRPr="00E214B5" w:rsidRDefault="0004570E">
      <w:pPr>
        <w:rPr>
          <w:rFonts w:ascii="Corbel" w:hAnsi="Corbel"/>
          <w:lang w:val="en-GB"/>
        </w:rPr>
      </w:pPr>
      <w:r w:rsidRPr="00E214B5">
        <w:rPr>
          <w:rFonts w:ascii="Corbel" w:hAnsi="Corbel"/>
          <w:lang w:val="en-GB"/>
        </w:rPr>
        <w:t>The Trust recognises that first aid forms part of its wider safeguarding, health, inclusion and well-being responsibilities. Prompt and effective first aid supports children to remain safe, healthy, included and ready to learn, while ensuring that all pupils, including those with SEND, medical conditions and disabilities, receive equitable and appropriate care.</w:t>
      </w:r>
    </w:p>
    <w:p w14:paraId="6BE48419" w14:textId="77777777" w:rsidR="0004570E" w:rsidRPr="00E214B5" w:rsidRDefault="0004570E">
      <w:pPr>
        <w:rPr>
          <w:rFonts w:ascii="Corbel" w:hAnsi="Corbel"/>
          <w:lang w:val="en-GB"/>
        </w:rPr>
      </w:pPr>
    </w:p>
    <w:p w14:paraId="7AF1E26D" w14:textId="77777777" w:rsidR="00E45328" w:rsidRPr="00E214B5" w:rsidRDefault="00AE04FE">
      <w:pPr>
        <w:rPr>
          <w:rFonts w:ascii="Corbel" w:hAnsi="Corbel"/>
          <w:b/>
          <w:bCs/>
        </w:rPr>
      </w:pPr>
      <w:r w:rsidRPr="00E214B5">
        <w:rPr>
          <w:rFonts w:ascii="Corbel" w:hAnsi="Corbel"/>
          <w:b/>
          <w:bCs/>
        </w:rPr>
        <w:t>2. Aims</w:t>
      </w:r>
    </w:p>
    <w:p w14:paraId="5F8B565D" w14:textId="77777777" w:rsidR="0004570E" w:rsidRPr="00E214B5" w:rsidRDefault="0004570E" w:rsidP="00A345A3">
      <w:pPr>
        <w:pStyle w:val="ListParagraph"/>
        <w:numPr>
          <w:ilvl w:val="0"/>
          <w:numId w:val="19"/>
        </w:numPr>
        <w:spacing w:after="0" w:line="240" w:lineRule="auto"/>
        <w:ind w:left="709" w:hanging="283"/>
        <w:jc w:val="both"/>
        <w:rPr>
          <w:rFonts w:ascii="Corbel" w:hAnsi="Corbel"/>
        </w:rPr>
      </w:pPr>
      <w:r w:rsidRPr="00E214B5">
        <w:rPr>
          <w:rFonts w:ascii="Corbel" w:hAnsi="Corbel"/>
        </w:rPr>
        <w:t>Provide a consistent Trust-wide framework for first aid provision, emergency response, incident management, recording and reporting across all Lighthouse Multi Academy Trust academies, while allowing for academy-specific arrangements where appropriate.</w:t>
      </w:r>
    </w:p>
    <w:p w14:paraId="70E27CC8" w14:textId="77777777" w:rsidR="0004570E" w:rsidRPr="00E214B5" w:rsidRDefault="0004570E" w:rsidP="0004570E">
      <w:pPr>
        <w:pStyle w:val="NormalWeb"/>
        <w:numPr>
          <w:ilvl w:val="0"/>
          <w:numId w:val="19"/>
        </w:numPr>
        <w:rPr>
          <w:rFonts w:ascii="Corbel" w:hAnsi="Corbel"/>
          <w:sz w:val="22"/>
          <w:szCs w:val="22"/>
        </w:rPr>
      </w:pPr>
      <w:r w:rsidRPr="00E214B5">
        <w:rPr>
          <w:rFonts w:ascii="Corbel" w:eastAsiaTheme="minorEastAsia" w:hAnsi="Corbel" w:cstheme="minorBidi"/>
          <w:sz w:val="22"/>
          <w:szCs w:val="22"/>
          <w:lang w:val="en-US" w:eastAsia="en-US"/>
        </w:rPr>
        <w:t>Ensure the health and safety of all pupils, staff, contractors and visitors across Lighthouse Multi Academy Trust and its academies.</w:t>
      </w:r>
    </w:p>
    <w:p w14:paraId="71732187" w14:textId="0D6182C5" w:rsidR="0004570E" w:rsidRPr="00E214B5" w:rsidRDefault="0004570E" w:rsidP="0004570E">
      <w:pPr>
        <w:pStyle w:val="NormalWeb"/>
        <w:numPr>
          <w:ilvl w:val="0"/>
          <w:numId w:val="19"/>
        </w:numPr>
        <w:rPr>
          <w:rFonts w:ascii="Corbel" w:hAnsi="Corbel"/>
          <w:sz w:val="22"/>
          <w:szCs w:val="22"/>
        </w:rPr>
      </w:pPr>
      <w:r w:rsidRPr="00E214B5">
        <w:rPr>
          <w:rStyle w:val="Strong"/>
          <w:rFonts w:ascii="Corbel" w:hAnsi="Corbel"/>
          <w:b w:val="0"/>
          <w:bCs w:val="0"/>
          <w:sz w:val="22"/>
          <w:szCs w:val="22"/>
        </w:rPr>
        <w:t>Clarify the responsibilities of the Lighthouse Multi Academy Trust Board (Trustees), Local Governing Bodies (LGBs), Executive Head Teachers, Head Teachers, Heads of Academy and all staff in relation to first aid provision and arrangements.</w:t>
      </w:r>
    </w:p>
    <w:p w14:paraId="6C3CD60C" w14:textId="77777777" w:rsidR="0001375A" w:rsidRPr="001A4A3C" w:rsidRDefault="0001375A" w:rsidP="0001375A">
      <w:pPr>
        <w:pStyle w:val="ListParagraph"/>
        <w:spacing w:after="0" w:line="240" w:lineRule="auto"/>
        <w:ind w:left="709"/>
        <w:jc w:val="both"/>
        <w:rPr>
          <w:rFonts w:ascii="Corbel" w:hAnsi="Corbel"/>
        </w:rPr>
      </w:pPr>
    </w:p>
    <w:p w14:paraId="488D176D" w14:textId="77777777" w:rsidR="001A4A3C" w:rsidRPr="001A4A3C" w:rsidRDefault="001A4A3C" w:rsidP="001A4A3C">
      <w:pPr>
        <w:spacing w:after="0" w:line="240" w:lineRule="auto"/>
        <w:rPr>
          <w:rFonts w:ascii="Corbel" w:hAnsi="Corbel"/>
        </w:rPr>
      </w:pPr>
    </w:p>
    <w:p w14:paraId="2570D221" w14:textId="77777777" w:rsidR="00E45328" w:rsidRPr="001A4A3C" w:rsidRDefault="00AE04FE">
      <w:pPr>
        <w:rPr>
          <w:rFonts w:ascii="Corbel" w:hAnsi="Corbel"/>
          <w:b/>
          <w:bCs/>
        </w:rPr>
      </w:pPr>
      <w:r w:rsidRPr="001A4A3C">
        <w:rPr>
          <w:rFonts w:ascii="Corbel" w:hAnsi="Corbel"/>
          <w:b/>
          <w:bCs/>
        </w:rPr>
        <w:t>3. Scope</w:t>
      </w:r>
    </w:p>
    <w:p w14:paraId="1066CC0B" w14:textId="3BD9EDDB" w:rsidR="0001375A" w:rsidRDefault="00AE04FE">
      <w:pPr>
        <w:rPr>
          <w:rFonts w:ascii="Corbel" w:hAnsi="Corbel"/>
        </w:rPr>
      </w:pPr>
      <w:r w:rsidRPr="09951AD2">
        <w:rPr>
          <w:rFonts w:ascii="Corbel" w:hAnsi="Corbel"/>
        </w:rPr>
        <w:t xml:space="preserve">This policy applies to all academies within </w:t>
      </w:r>
      <w:r w:rsidR="001A4A3C" w:rsidRPr="09951AD2">
        <w:rPr>
          <w:rFonts w:ascii="Corbel" w:hAnsi="Corbel"/>
        </w:rPr>
        <w:t xml:space="preserve">The Lighthouse </w:t>
      </w:r>
      <w:r w:rsidR="00A345A3" w:rsidRPr="09951AD2">
        <w:rPr>
          <w:rFonts w:ascii="Corbel" w:hAnsi="Corbel"/>
        </w:rPr>
        <w:t xml:space="preserve">Multi Academy </w:t>
      </w:r>
      <w:r w:rsidRPr="09951AD2">
        <w:rPr>
          <w:rFonts w:ascii="Corbel" w:hAnsi="Corbel"/>
        </w:rPr>
        <w:t>T</w:t>
      </w:r>
      <w:r w:rsidR="00A345A3" w:rsidRPr="09951AD2">
        <w:rPr>
          <w:rFonts w:ascii="Corbel" w:hAnsi="Corbel"/>
        </w:rPr>
        <w:t>rust,</w:t>
      </w:r>
      <w:r w:rsidRPr="09951AD2">
        <w:rPr>
          <w:rFonts w:ascii="Corbel" w:hAnsi="Corbel"/>
        </w:rPr>
        <w:t xml:space="preserve"> Trust </w:t>
      </w:r>
      <w:r w:rsidR="00A345A3" w:rsidRPr="09951AD2">
        <w:rPr>
          <w:rFonts w:ascii="Corbel" w:hAnsi="Corbel"/>
        </w:rPr>
        <w:t>Central Team</w:t>
      </w:r>
      <w:r w:rsidRPr="09951AD2">
        <w:rPr>
          <w:rFonts w:ascii="Corbel" w:hAnsi="Corbel"/>
        </w:rPr>
        <w:t>, and all Trust-operated activities on and off site, including trips,</w:t>
      </w:r>
      <w:r w:rsidR="00A345A3" w:rsidRPr="09951AD2">
        <w:rPr>
          <w:rFonts w:ascii="Corbel" w:hAnsi="Corbel"/>
        </w:rPr>
        <w:t xml:space="preserve"> </w:t>
      </w:r>
      <w:r w:rsidR="00BA248E" w:rsidRPr="09951AD2">
        <w:rPr>
          <w:rFonts w:ascii="Corbel" w:hAnsi="Corbel"/>
        </w:rPr>
        <w:t xml:space="preserve">residential </w:t>
      </w:r>
      <w:r w:rsidR="00A345A3" w:rsidRPr="09951AD2">
        <w:rPr>
          <w:rFonts w:ascii="Corbel" w:hAnsi="Corbel"/>
        </w:rPr>
        <w:t>visits,</w:t>
      </w:r>
      <w:r w:rsidRPr="09951AD2">
        <w:rPr>
          <w:rFonts w:ascii="Corbel" w:hAnsi="Corbel"/>
        </w:rPr>
        <w:t xml:space="preserve"> events, and sports fixtures.</w:t>
      </w:r>
    </w:p>
    <w:p w14:paraId="774BCD2C" w14:textId="77777777" w:rsidR="0004570E" w:rsidRPr="001A4A3C" w:rsidRDefault="0004570E">
      <w:pPr>
        <w:rPr>
          <w:rFonts w:ascii="Corbel" w:hAnsi="Corbel"/>
        </w:rPr>
      </w:pPr>
    </w:p>
    <w:p w14:paraId="70FA337D" w14:textId="77777777" w:rsidR="00E45328" w:rsidRPr="001A4A3C" w:rsidRDefault="00AE04FE">
      <w:pPr>
        <w:rPr>
          <w:rFonts w:ascii="Corbel" w:hAnsi="Corbel"/>
          <w:b/>
          <w:bCs/>
        </w:rPr>
      </w:pPr>
      <w:r w:rsidRPr="001A4A3C">
        <w:rPr>
          <w:rFonts w:ascii="Corbel" w:hAnsi="Corbel"/>
          <w:b/>
          <w:bCs/>
        </w:rPr>
        <w:t>4. Legislation and Guidance</w:t>
      </w:r>
    </w:p>
    <w:p w14:paraId="499645E9" w14:textId="77777777" w:rsidR="00E45328" w:rsidRPr="001A4A3C" w:rsidRDefault="00AE04FE" w:rsidP="00A345A3">
      <w:pPr>
        <w:spacing w:after="0" w:line="240" w:lineRule="auto"/>
        <w:rPr>
          <w:rFonts w:ascii="Corbel" w:hAnsi="Corbel"/>
        </w:rPr>
      </w:pPr>
      <w:r w:rsidRPr="001A4A3C">
        <w:rPr>
          <w:rFonts w:ascii="Corbel" w:hAnsi="Corbel"/>
        </w:rPr>
        <w:t>This policy aligns with current Department for Education guidance on first aid and health and safety in schools, and with:</w:t>
      </w:r>
    </w:p>
    <w:p w14:paraId="2504CD18" w14:textId="0D5CD471" w:rsidR="00E45328" w:rsidRPr="001A4A3C" w:rsidRDefault="00AE04FE" w:rsidP="00A345A3">
      <w:pPr>
        <w:spacing w:after="0" w:line="240" w:lineRule="auto"/>
        <w:ind w:firstLine="567"/>
        <w:jc w:val="both"/>
        <w:rPr>
          <w:rFonts w:ascii="Corbel" w:hAnsi="Corbel"/>
        </w:rPr>
      </w:pPr>
      <w:r w:rsidRPr="001A4A3C">
        <w:rPr>
          <w:rFonts w:ascii="Corbel" w:hAnsi="Corbel"/>
        </w:rPr>
        <w:t>•</w:t>
      </w:r>
      <w:r w:rsidR="001A4A3C">
        <w:rPr>
          <w:rFonts w:ascii="Corbel" w:hAnsi="Corbel"/>
        </w:rPr>
        <w:t xml:space="preserve">   </w:t>
      </w:r>
      <w:r w:rsidRPr="001A4A3C">
        <w:rPr>
          <w:rFonts w:ascii="Corbel" w:hAnsi="Corbel"/>
        </w:rPr>
        <w:t>Health and Safety (First-Aid) Regulations 1981</w:t>
      </w:r>
    </w:p>
    <w:p w14:paraId="443CD634" w14:textId="5B4FF0FE" w:rsidR="00E45328" w:rsidRPr="001A4A3C" w:rsidRDefault="00AE04FE" w:rsidP="00A345A3">
      <w:pPr>
        <w:spacing w:after="0" w:line="240" w:lineRule="auto"/>
        <w:ind w:firstLine="567"/>
        <w:jc w:val="both"/>
        <w:rPr>
          <w:rFonts w:ascii="Corbel" w:hAnsi="Corbel"/>
        </w:rPr>
      </w:pPr>
      <w:r w:rsidRPr="001A4A3C">
        <w:rPr>
          <w:rFonts w:ascii="Corbel" w:hAnsi="Corbel"/>
        </w:rPr>
        <w:t>•</w:t>
      </w:r>
      <w:r w:rsidR="001A4A3C">
        <w:rPr>
          <w:rFonts w:ascii="Corbel" w:hAnsi="Corbel"/>
        </w:rPr>
        <w:t xml:space="preserve">   </w:t>
      </w:r>
      <w:r w:rsidRPr="001A4A3C">
        <w:rPr>
          <w:rFonts w:ascii="Corbel" w:hAnsi="Corbel"/>
        </w:rPr>
        <w:t>Management of Health and Safety at Work Regulations 1992 and 1999</w:t>
      </w:r>
    </w:p>
    <w:p w14:paraId="6CF2637A" w14:textId="2EB604FD" w:rsidR="00E45328" w:rsidRPr="001A4A3C" w:rsidRDefault="00AE04FE" w:rsidP="00A345A3">
      <w:pPr>
        <w:spacing w:after="0" w:line="240" w:lineRule="auto"/>
        <w:ind w:firstLine="567"/>
        <w:jc w:val="both"/>
        <w:rPr>
          <w:rFonts w:ascii="Corbel" w:hAnsi="Corbel"/>
        </w:rPr>
      </w:pPr>
      <w:r w:rsidRPr="001A4A3C">
        <w:rPr>
          <w:rFonts w:ascii="Corbel" w:hAnsi="Corbel"/>
        </w:rPr>
        <w:t>•</w:t>
      </w:r>
      <w:r w:rsidR="001A4A3C">
        <w:rPr>
          <w:rFonts w:ascii="Corbel" w:hAnsi="Corbel"/>
        </w:rPr>
        <w:t xml:space="preserve">   </w:t>
      </w:r>
      <w:r w:rsidRPr="001A4A3C">
        <w:rPr>
          <w:rFonts w:ascii="Corbel" w:hAnsi="Corbel"/>
        </w:rPr>
        <w:t>Reporting of Injuries, Diseases and Dangerous Occurrences Regulations (RIDDOR) 2013</w:t>
      </w:r>
    </w:p>
    <w:p w14:paraId="29DF3050" w14:textId="6839D58E" w:rsidR="00E45328" w:rsidRPr="001A4A3C" w:rsidRDefault="00AE04FE" w:rsidP="00A345A3">
      <w:pPr>
        <w:spacing w:after="0" w:line="240" w:lineRule="auto"/>
        <w:ind w:firstLine="567"/>
        <w:jc w:val="both"/>
        <w:rPr>
          <w:rFonts w:ascii="Corbel" w:hAnsi="Corbel"/>
        </w:rPr>
      </w:pPr>
      <w:r w:rsidRPr="001A4A3C">
        <w:rPr>
          <w:rFonts w:ascii="Corbel" w:hAnsi="Corbel"/>
        </w:rPr>
        <w:t>•</w:t>
      </w:r>
      <w:r w:rsidR="001A4A3C">
        <w:rPr>
          <w:rFonts w:ascii="Corbel" w:hAnsi="Corbel"/>
        </w:rPr>
        <w:t xml:space="preserve">   </w:t>
      </w:r>
      <w:r w:rsidRPr="001A4A3C">
        <w:rPr>
          <w:rFonts w:ascii="Corbel" w:hAnsi="Corbel"/>
        </w:rPr>
        <w:t>Social Security (Claims and Payments) Regulations 1979 (accident record retention)</w:t>
      </w:r>
    </w:p>
    <w:p w14:paraId="724D439A" w14:textId="5BC3F1F0" w:rsidR="00E45328" w:rsidRPr="001A4A3C" w:rsidRDefault="00AE04FE" w:rsidP="00A345A3">
      <w:pPr>
        <w:spacing w:after="0" w:line="240" w:lineRule="auto"/>
        <w:ind w:firstLine="567"/>
        <w:jc w:val="both"/>
        <w:rPr>
          <w:rFonts w:ascii="Corbel" w:hAnsi="Corbel"/>
        </w:rPr>
      </w:pPr>
      <w:r w:rsidRPr="09951AD2">
        <w:rPr>
          <w:rFonts w:ascii="Corbel" w:hAnsi="Corbel"/>
        </w:rPr>
        <w:t>•</w:t>
      </w:r>
      <w:r w:rsidR="001A4A3C" w:rsidRPr="09951AD2">
        <w:rPr>
          <w:rFonts w:ascii="Corbel" w:hAnsi="Corbel"/>
        </w:rPr>
        <w:t xml:space="preserve">  </w:t>
      </w:r>
      <w:r w:rsidRPr="09951AD2">
        <w:rPr>
          <w:rFonts w:ascii="Corbel" w:hAnsi="Corbel"/>
        </w:rPr>
        <w:t>Education (Independent School Standards) Regulations 2014 (suitable medical</w:t>
      </w:r>
      <w:r w:rsidR="5650301C" w:rsidRPr="09951AD2">
        <w:rPr>
          <w:rFonts w:ascii="Corbel" w:hAnsi="Corbel"/>
        </w:rPr>
        <w:t xml:space="preserve"> room)</w:t>
      </w:r>
    </w:p>
    <w:p w14:paraId="19276348" w14:textId="799C4870" w:rsidR="00E45328" w:rsidRPr="001A4A3C" w:rsidRDefault="00AE04FE" w:rsidP="00A345A3">
      <w:pPr>
        <w:spacing w:after="0" w:line="240" w:lineRule="auto"/>
        <w:ind w:firstLine="567"/>
        <w:jc w:val="both"/>
        <w:rPr>
          <w:rFonts w:ascii="Corbel" w:hAnsi="Corbel"/>
        </w:rPr>
      </w:pPr>
      <w:r w:rsidRPr="001A4A3C">
        <w:rPr>
          <w:rFonts w:ascii="Corbel" w:hAnsi="Corbel"/>
        </w:rPr>
        <w:t>•</w:t>
      </w:r>
      <w:r w:rsidR="001A4A3C">
        <w:rPr>
          <w:rFonts w:ascii="Corbel" w:hAnsi="Corbel"/>
        </w:rPr>
        <w:t xml:space="preserve">    </w:t>
      </w:r>
      <w:r w:rsidRPr="001A4A3C">
        <w:rPr>
          <w:rFonts w:ascii="Corbel" w:hAnsi="Corbel"/>
        </w:rPr>
        <w:t>Keeping Children Safe In Education (KCSIE) 2026</w:t>
      </w:r>
    </w:p>
    <w:p w14:paraId="17189035" w14:textId="5CC58A12" w:rsidR="00E45328" w:rsidRPr="001A4A3C" w:rsidRDefault="00AE04FE" w:rsidP="00A345A3">
      <w:pPr>
        <w:spacing w:after="0" w:line="240" w:lineRule="auto"/>
        <w:ind w:firstLine="567"/>
        <w:jc w:val="both"/>
        <w:rPr>
          <w:rFonts w:ascii="Corbel" w:hAnsi="Corbel"/>
        </w:rPr>
      </w:pPr>
      <w:r w:rsidRPr="001A4A3C">
        <w:rPr>
          <w:rFonts w:ascii="Corbel" w:hAnsi="Corbel"/>
        </w:rPr>
        <w:t>•</w:t>
      </w:r>
      <w:r w:rsidR="001A4A3C">
        <w:rPr>
          <w:rFonts w:ascii="Corbel" w:hAnsi="Corbel"/>
        </w:rPr>
        <w:t xml:space="preserve">    </w:t>
      </w:r>
      <w:r w:rsidRPr="001A4A3C">
        <w:rPr>
          <w:rFonts w:ascii="Corbel" w:hAnsi="Corbel"/>
        </w:rPr>
        <w:t>Supporting Children at School with Medical Conditions (DfE)</w:t>
      </w:r>
    </w:p>
    <w:p w14:paraId="24610CEF" w14:textId="28B9EEA6" w:rsidR="00E45328" w:rsidRPr="001A4A3C" w:rsidRDefault="00AE04FE" w:rsidP="00A345A3">
      <w:pPr>
        <w:spacing w:after="0" w:line="240" w:lineRule="auto"/>
        <w:ind w:firstLine="567"/>
        <w:jc w:val="both"/>
        <w:rPr>
          <w:rFonts w:ascii="Corbel" w:hAnsi="Corbel"/>
        </w:rPr>
      </w:pPr>
      <w:r w:rsidRPr="001A4A3C">
        <w:rPr>
          <w:rFonts w:ascii="Corbel" w:hAnsi="Corbel"/>
        </w:rPr>
        <w:t>•</w:t>
      </w:r>
      <w:r w:rsidR="001A4A3C">
        <w:rPr>
          <w:rFonts w:ascii="Corbel" w:hAnsi="Corbel"/>
        </w:rPr>
        <w:t xml:space="preserve">    </w:t>
      </w:r>
      <w:r w:rsidRPr="001A4A3C">
        <w:rPr>
          <w:rFonts w:ascii="Corbel" w:hAnsi="Corbel"/>
        </w:rPr>
        <w:t>Early Years Foundation Stage (EYFS) Statutory Framework (delete if not applicable)</w:t>
      </w:r>
    </w:p>
    <w:p w14:paraId="3A39F1D5" w14:textId="4DC28091" w:rsidR="00E45328" w:rsidRPr="001A4A3C" w:rsidRDefault="00AE04FE" w:rsidP="00A345A3">
      <w:pPr>
        <w:spacing w:after="0" w:line="240" w:lineRule="auto"/>
        <w:ind w:firstLine="567"/>
        <w:jc w:val="both"/>
        <w:rPr>
          <w:rFonts w:ascii="Corbel" w:hAnsi="Corbel"/>
        </w:rPr>
      </w:pPr>
      <w:r w:rsidRPr="001A4A3C">
        <w:rPr>
          <w:rFonts w:ascii="Corbel" w:hAnsi="Corbel"/>
        </w:rPr>
        <w:t>•</w:t>
      </w:r>
      <w:r w:rsidR="001A4A3C">
        <w:rPr>
          <w:rFonts w:ascii="Corbel" w:hAnsi="Corbel"/>
        </w:rPr>
        <w:t xml:space="preserve">    </w:t>
      </w:r>
      <w:r w:rsidRPr="001A4A3C">
        <w:rPr>
          <w:rFonts w:ascii="Corbel" w:hAnsi="Corbel"/>
        </w:rPr>
        <w:t>Children and Families Act 2014</w:t>
      </w:r>
    </w:p>
    <w:p w14:paraId="5BFF5D62" w14:textId="58762AB6" w:rsidR="00E45328" w:rsidRPr="001A4A3C" w:rsidRDefault="00AE04FE" w:rsidP="00A345A3">
      <w:pPr>
        <w:spacing w:after="0" w:line="240" w:lineRule="auto"/>
        <w:ind w:firstLine="567"/>
        <w:jc w:val="both"/>
        <w:rPr>
          <w:rFonts w:ascii="Corbel" w:hAnsi="Corbel"/>
        </w:rPr>
      </w:pPr>
      <w:r w:rsidRPr="001A4A3C">
        <w:rPr>
          <w:rFonts w:ascii="Corbel" w:hAnsi="Corbel"/>
        </w:rPr>
        <w:t>•</w:t>
      </w:r>
      <w:r w:rsidR="001A4A3C">
        <w:rPr>
          <w:rFonts w:ascii="Corbel" w:hAnsi="Corbel"/>
        </w:rPr>
        <w:t xml:space="preserve">    </w:t>
      </w:r>
      <w:r w:rsidRPr="001A4A3C">
        <w:rPr>
          <w:rFonts w:ascii="Corbel" w:hAnsi="Corbel"/>
        </w:rPr>
        <w:t>Equality Act 2010</w:t>
      </w:r>
    </w:p>
    <w:p w14:paraId="6EAE4CBE" w14:textId="288007FC" w:rsidR="00E45328" w:rsidRDefault="00AE04FE" w:rsidP="00A345A3">
      <w:pPr>
        <w:spacing w:after="0" w:line="240" w:lineRule="auto"/>
        <w:ind w:firstLine="567"/>
        <w:jc w:val="both"/>
        <w:rPr>
          <w:rFonts w:ascii="Corbel" w:hAnsi="Corbel"/>
        </w:rPr>
      </w:pPr>
      <w:r w:rsidRPr="001A4A3C">
        <w:rPr>
          <w:rFonts w:ascii="Corbel" w:hAnsi="Corbel"/>
        </w:rPr>
        <w:t>•</w:t>
      </w:r>
      <w:r w:rsidR="001A4A3C">
        <w:rPr>
          <w:rFonts w:ascii="Corbel" w:hAnsi="Corbel"/>
        </w:rPr>
        <w:t xml:space="preserve">    </w:t>
      </w:r>
      <w:r w:rsidRPr="001A4A3C">
        <w:rPr>
          <w:rFonts w:ascii="Corbel" w:hAnsi="Corbel"/>
        </w:rPr>
        <w:t>Achieving, Thriving Belonging: The National SEND and Alternative Provision White Paper</w:t>
      </w:r>
    </w:p>
    <w:p w14:paraId="52BF2A09" w14:textId="77777777" w:rsidR="00A345A3" w:rsidRPr="001A4A3C" w:rsidRDefault="00A345A3" w:rsidP="001A4A3C">
      <w:pPr>
        <w:spacing w:after="0" w:line="240" w:lineRule="auto"/>
        <w:jc w:val="both"/>
        <w:rPr>
          <w:rFonts w:ascii="Corbel" w:hAnsi="Corbel"/>
        </w:rPr>
      </w:pPr>
    </w:p>
    <w:p w14:paraId="670D785D" w14:textId="64D34597" w:rsidR="00A345A3" w:rsidRDefault="00AE04FE">
      <w:pPr>
        <w:rPr>
          <w:rFonts w:ascii="Corbel" w:hAnsi="Corbel"/>
        </w:rPr>
      </w:pPr>
      <w:r w:rsidRPr="001A4A3C">
        <w:rPr>
          <w:rFonts w:ascii="Corbel" w:hAnsi="Corbel"/>
        </w:rPr>
        <w:t>Each academy must ensure any additional local requirements (e.g., site-specific risks, local arrangements) are implemented via a local appendix to this policy</w:t>
      </w:r>
      <w:r w:rsidR="00A345A3">
        <w:rPr>
          <w:rFonts w:ascii="Corbel" w:hAnsi="Corbel"/>
        </w:rPr>
        <w:t>.</w:t>
      </w:r>
    </w:p>
    <w:p w14:paraId="068DBABA" w14:textId="3D55A124" w:rsidR="0001375A" w:rsidRDefault="0001375A">
      <w:pPr>
        <w:rPr>
          <w:rFonts w:ascii="Corbel" w:hAnsi="Corbel"/>
        </w:rPr>
      </w:pPr>
    </w:p>
    <w:p w14:paraId="115869B8" w14:textId="77777777" w:rsidR="0004570E" w:rsidRPr="001A4A3C" w:rsidRDefault="0004570E">
      <w:pPr>
        <w:rPr>
          <w:rFonts w:ascii="Corbel" w:hAnsi="Corbel"/>
        </w:rPr>
      </w:pPr>
    </w:p>
    <w:p w14:paraId="747E1023" w14:textId="77777777" w:rsidR="00E45328" w:rsidRPr="001A4A3C" w:rsidRDefault="00AE04FE">
      <w:pPr>
        <w:rPr>
          <w:rFonts w:ascii="Corbel" w:hAnsi="Corbel"/>
        </w:rPr>
      </w:pPr>
      <w:r w:rsidRPr="001A4A3C">
        <w:rPr>
          <w:rFonts w:ascii="Corbel" w:hAnsi="Corbel"/>
        </w:rPr>
        <w:lastRenderedPageBreak/>
        <w:t xml:space="preserve">5. </w:t>
      </w:r>
      <w:r w:rsidRPr="001A4A3C">
        <w:rPr>
          <w:rFonts w:ascii="Corbel" w:hAnsi="Corbel"/>
          <w:b/>
          <w:bCs/>
        </w:rPr>
        <w:t>Governance and Responsibilities</w:t>
      </w:r>
    </w:p>
    <w:p w14:paraId="233DF7B1" w14:textId="77777777" w:rsidR="00E45328" w:rsidRPr="001A4A3C" w:rsidRDefault="00AE04FE">
      <w:pPr>
        <w:rPr>
          <w:rFonts w:ascii="Corbel" w:hAnsi="Corbel"/>
        </w:rPr>
      </w:pPr>
      <w:r w:rsidRPr="001A4A3C">
        <w:rPr>
          <w:rFonts w:ascii="Corbel" w:hAnsi="Corbel"/>
        </w:rPr>
        <w:t xml:space="preserve">5.1 </w:t>
      </w:r>
      <w:r w:rsidRPr="001A4A3C">
        <w:rPr>
          <w:rFonts w:ascii="Corbel" w:hAnsi="Corbel"/>
          <w:b/>
          <w:bCs/>
        </w:rPr>
        <w:t>Trust Board (Trustees)</w:t>
      </w:r>
    </w:p>
    <w:p w14:paraId="1B540736" w14:textId="77777777" w:rsidR="00E45328" w:rsidRP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Set the strategic framework and approve this Trust-wide policy.</w:t>
      </w:r>
    </w:p>
    <w:p w14:paraId="01A56828" w14:textId="77777777" w:rsidR="00E45328" w:rsidRP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Ensure adequate resourcing across academies for first aid provision, including trained personnel, equipment, and suitable medical spaces.</w:t>
      </w:r>
    </w:p>
    <w:p w14:paraId="41996939" w14:textId="088E1308" w:rsidR="00E45328" w:rsidRPr="001A4A3C" w:rsidRDefault="6CEFBD3C" w:rsidP="00A345A3">
      <w:pPr>
        <w:spacing w:after="0" w:line="240" w:lineRule="auto"/>
        <w:ind w:left="709" w:hanging="283"/>
        <w:rPr>
          <w:rFonts w:ascii="Corbel" w:hAnsi="Corbel"/>
        </w:rPr>
      </w:pPr>
      <w:r w:rsidRPr="186BA6BD">
        <w:rPr>
          <w:rFonts w:ascii="Corbel" w:hAnsi="Corbel"/>
        </w:rPr>
        <w:t>•</w:t>
      </w:r>
      <w:r w:rsidR="00AE04FE">
        <w:tab/>
      </w:r>
      <w:r w:rsidRPr="186BA6BD">
        <w:rPr>
          <w:rFonts w:ascii="Corbel" w:hAnsi="Corbel"/>
        </w:rPr>
        <w:t>Monitor compliance and risk via termly reports from the CEO/Trust Health &amp; Safety (H&amp;S) Lead including RIDDOR incidents, training coverage, and significant trends.</w:t>
      </w:r>
    </w:p>
    <w:p w14:paraId="35668D5F" w14:textId="77777777" w:rsidR="00E45328" w:rsidRP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Assure that robust systems exist for incident investigation, learning, and policy improvement.</w:t>
      </w:r>
    </w:p>
    <w:p w14:paraId="3A4A3666" w14:textId="77777777" w:rsidR="00E45328" w:rsidRP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Ensure that legal duties under health and safety legislation are met across the Trust.</w:t>
      </w:r>
    </w:p>
    <w:p w14:paraId="4C15CC6F" w14:textId="77777777" w:rsidR="00E45328"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Delegate operational implementation to the CEO, retaining oversight and accountability.</w:t>
      </w:r>
    </w:p>
    <w:p w14:paraId="17CF2465" w14:textId="4E8DDA33" w:rsidR="00A345A3" w:rsidRPr="001A4A3C" w:rsidRDefault="00A345A3" w:rsidP="001A4A3C">
      <w:pPr>
        <w:spacing w:after="0" w:line="240" w:lineRule="auto"/>
        <w:rPr>
          <w:rFonts w:ascii="Corbel" w:hAnsi="Corbel"/>
        </w:rPr>
      </w:pPr>
    </w:p>
    <w:p w14:paraId="7B508EF2" w14:textId="323D8179" w:rsidR="00E45328" w:rsidRPr="001A4A3C" w:rsidRDefault="00AE04FE">
      <w:pPr>
        <w:rPr>
          <w:rFonts w:ascii="Corbel" w:hAnsi="Corbel"/>
          <w:b/>
          <w:bCs/>
        </w:rPr>
      </w:pPr>
      <w:r w:rsidRPr="001A4A3C">
        <w:rPr>
          <w:rFonts w:ascii="Corbel" w:hAnsi="Corbel"/>
          <w:b/>
          <w:bCs/>
        </w:rPr>
        <w:t xml:space="preserve">5.2 Chief Executive Officer (CEO) and </w:t>
      </w:r>
      <w:r w:rsidR="00BA248E">
        <w:rPr>
          <w:rFonts w:ascii="Corbel" w:hAnsi="Corbel"/>
          <w:b/>
          <w:bCs/>
        </w:rPr>
        <w:t xml:space="preserve">Trust </w:t>
      </w:r>
      <w:r w:rsidRPr="001A4A3C">
        <w:rPr>
          <w:rFonts w:ascii="Corbel" w:hAnsi="Corbel"/>
          <w:b/>
          <w:bCs/>
        </w:rPr>
        <w:t>Central Team</w:t>
      </w:r>
    </w:p>
    <w:p w14:paraId="5C88C4D6" w14:textId="77777777" w:rsidR="00E45328" w:rsidRPr="001A4A3C" w:rsidRDefault="00AE04FE" w:rsidP="00A345A3">
      <w:pPr>
        <w:spacing w:after="0" w:line="240" w:lineRule="auto"/>
        <w:ind w:left="709" w:hanging="283"/>
        <w:jc w:val="both"/>
        <w:rPr>
          <w:rFonts w:ascii="Corbel" w:hAnsi="Corbel"/>
        </w:rPr>
      </w:pPr>
      <w:r w:rsidRPr="001A4A3C">
        <w:rPr>
          <w:rFonts w:ascii="Corbel" w:hAnsi="Corbel"/>
        </w:rPr>
        <w:t>•</w:t>
      </w:r>
      <w:r w:rsidRPr="001A4A3C">
        <w:rPr>
          <w:rFonts w:ascii="Corbel" w:hAnsi="Corbel"/>
        </w:rPr>
        <w:tab/>
        <w:t>Ensure consistent implementation of this policy across all academies.</w:t>
      </w:r>
    </w:p>
    <w:p w14:paraId="05F42761" w14:textId="4EFF98E1" w:rsidR="00E45328" w:rsidRPr="001A4A3C" w:rsidRDefault="6CEFBD3C" w:rsidP="29CDF304">
      <w:pPr>
        <w:spacing w:after="0" w:line="240" w:lineRule="auto"/>
        <w:ind w:left="709" w:hanging="283"/>
        <w:jc w:val="both"/>
        <w:rPr>
          <w:rFonts w:ascii="Corbel" w:hAnsi="Corbel"/>
        </w:rPr>
      </w:pPr>
      <w:r w:rsidRPr="29CDF304">
        <w:rPr>
          <w:rFonts w:ascii="Corbel" w:hAnsi="Corbel"/>
        </w:rPr>
        <w:t>•</w:t>
      </w:r>
      <w:r w:rsidR="00AE04FE">
        <w:tab/>
      </w:r>
      <w:r w:rsidR="76553801" w:rsidRPr="29CDF304">
        <w:rPr>
          <w:rFonts w:ascii="Corbel" w:hAnsi="Corbel"/>
        </w:rPr>
        <w:t>Liaisie with</w:t>
      </w:r>
      <w:r w:rsidRPr="29CDF304">
        <w:rPr>
          <w:rFonts w:ascii="Corbel" w:hAnsi="Corbel"/>
        </w:rPr>
        <w:t xml:space="preserve"> </w:t>
      </w:r>
      <w:r w:rsidR="69312FB6" w:rsidRPr="29CDF304">
        <w:rPr>
          <w:rFonts w:ascii="Corbel" w:hAnsi="Corbel"/>
        </w:rPr>
        <w:t xml:space="preserve">a </w:t>
      </w:r>
      <w:r w:rsidRPr="29CDF304">
        <w:rPr>
          <w:rFonts w:ascii="Corbel" w:hAnsi="Corbel"/>
        </w:rPr>
        <w:t>competent Trust H&amp;S Lead</w:t>
      </w:r>
      <w:r w:rsidRPr="29CDF304">
        <w:rPr>
          <w:rFonts w:ascii="Corbel" w:hAnsi="Corbel"/>
          <w:color w:val="EE0000"/>
        </w:rPr>
        <w:t xml:space="preserve"> </w:t>
      </w:r>
      <w:r w:rsidRPr="29CDF304">
        <w:rPr>
          <w:rFonts w:ascii="Corbel" w:hAnsi="Corbel"/>
        </w:rPr>
        <w:t xml:space="preserve">to </w:t>
      </w:r>
      <w:r w:rsidR="7B329B08" w:rsidRPr="29CDF304">
        <w:rPr>
          <w:rFonts w:ascii="Corbel" w:hAnsi="Corbel"/>
        </w:rPr>
        <w:t xml:space="preserve">ensure </w:t>
      </w:r>
      <w:r w:rsidRPr="29CDF304">
        <w:rPr>
          <w:rFonts w:ascii="Corbel" w:hAnsi="Corbel"/>
        </w:rPr>
        <w:t>academies</w:t>
      </w:r>
      <w:r w:rsidR="74A4FD8C" w:rsidRPr="29CDF304">
        <w:rPr>
          <w:rFonts w:ascii="Corbel" w:hAnsi="Corbel"/>
        </w:rPr>
        <w:t xml:space="preserve"> are supported</w:t>
      </w:r>
      <w:r w:rsidRPr="29CDF304">
        <w:rPr>
          <w:rFonts w:ascii="Corbel" w:hAnsi="Corbel"/>
        </w:rPr>
        <w:t>, maintain Trust-wide risk profiles, and coordinate training standards.</w:t>
      </w:r>
    </w:p>
    <w:p w14:paraId="02975B5B" w14:textId="77777777" w:rsidR="00E45328" w:rsidRDefault="00AE04FE" w:rsidP="00A345A3">
      <w:pPr>
        <w:spacing w:after="0" w:line="240" w:lineRule="auto"/>
        <w:ind w:left="709" w:hanging="283"/>
        <w:jc w:val="both"/>
        <w:rPr>
          <w:rFonts w:ascii="Corbel" w:hAnsi="Corbel"/>
        </w:rPr>
      </w:pPr>
      <w:r w:rsidRPr="001A4A3C">
        <w:rPr>
          <w:rFonts w:ascii="Corbel" w:hAnsi="Corbel"/>
        </w:rPr>
        <w:t>•</w:t>
      </w:r>
      <w:r w:rsidRPr="001A4A3C">
        <w:rPr>
          <w:rFonts w:ascii="Corbel" w:hAnsi="Corbel"/>
        </w:rPr>
        <w:tab/>
        <w:t>Collate and review academy incident data, escalate significant issues to Trustees, and drive continuous improvement.</w:t>
      </w:r>
    </w:p>
    <w:p w14:paraId="15773EAF" w14:textId="5CAB414F" w:rsidR="001A4A3C" w:rsidRPr="001A4A3C" w:rsidRDefault="001A4A3C" w:rsidP="001A4A3C">
      <w:pPr>
        <w:spacing w:after="0" w:line="240" w:lineRule="auto"/>
        <w:jc w:val="both"/>
        <w:rPr>
          <w:rFonts w:ascii="Corbel" w:hAnsi="Corbel"/>
        </w:rPr>
      </w:pPr>
    </w:p>
    <w:p w14:paraId="03985E7F" w14:textId="77777777" w:rsidR="00E45328" w:rsidRPr="001A4A3C" w:rsidRDefault="00AE04FE">
      <w:pPr>
        <w:rPr>
          <w:rFonts w:ascii="Corbel" w:hAnsi="Corbel"/>
          <w:b/>
          <w:bCs/>
        </w:rPr>
      </w:pPr>
      <w:r w:rsidRPr="001A4A3C">
        <w:rPr>
          <w:rFonts w:ascii="Corbel" w:hAnsi="Corbel"/>
          <w:b/>
          <w:bCs/>
        </w:rPr>
        <w:t>5.3 Local Governing Bodies (LGBs) / Academy Committees</w:t>
      </w:r>
    </w:p>
    <w:p w14:paraId="076DD69B" w14:textId="77777777" w:rsidR="00E45328" w:rsidRP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Oversee local compliance with this policy and monitor first aid arrangements, training coverage, and incident reporting at academy level.</w:t>
      </w:r>
    </w:p>
    <w:p w14:paraId="1BCE9FB7" w14:textId="77777777" w:rsidR="00E45328" w:rsidRP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Receive and scrutinise head teacher reports, ensuring local risks are assessed and addressed.</w:t>
      </w:r>
    </w:p>
    <w:p w14:paraId="1476A2B6" w14:textId="611D87B8" w:rsidR="001A4A3C" w:rsidRDefault="6CEFBD3C" w:rsidP="0001375A">
      <w:pPr>
        <w:spacing w:after="0" w:line="240" w:lineRule="auto"/>
        <w:ind w:left="709" w:hanging="283"/>
        <w:rPr>
          <w:rFonts w:ascii="Corbel" w:hAnsi="Corbel"/>
        </w:rPr>
      </w:pPr>
      <w:r w:rsidRPr="29CDF304">
        <w:rPr>
          <w:rFonts w:ascii="Corbel" w:hAnsi="Corbel"/>
        </w:rPr>
        <w:t>•</w:t>
      </w:r>
      <w:r w:rsidR="00AE04FE">
        <w:tab/>
      </w:r>
      <w:r w:rsidRPr="29CDF304">
        <w:rPr>
          <w:rFonts w:ascii="Corbel" w:hAnsi="Corbel"/>
        </w:rPr>
        <w:t>Escalate significant concerns to the CEO/Trust H&amp;S Lead</w:t>
      </w:r>
      <w:r w:rsidRPr="29CDF304">
        <w:rPr>
          <w:rFonts w:ascii="Corbel" w:hAnsi="Corbel"/>
          <w:color w:val="EE0000"/>
        </w:rPr>
        <w:t xml:space="preserve"> </w:t>
      </w:r>
      <w:r w:rsidRPr="29CDF304">
        <w:rPr>
          <w:rFonts w:ascii="Corbel" w:hAnsi="Corbel"/>
        </w:rPr>
        <w:t>under the scheme of delegation.</w:t>
      </w:r>
    </w:p>
    <w:p w14:paraId="44EC92F5" w14:textId="77777777" w:rsidR="0001375A" w:rsidRPr="001A4A3C" w:rsidRDefault="0001375A" w:rsidP="0001375A">
      <w:pPr>
        <w:spacing w:after="0" w:line="240" w:lineRule="auto"/>
        <w:ind w:left="709" w:hanging="283"/>
        <w:rPr>
          <w:rFonts w:ascii="Corbel" w:hAnsi="Corbel"/>
        </w:rPr>
      </w:pPr>
    </w:p>
    <w:p w14:paraId="6FD26D10" w14:textId="1AB59D57" w:rsidR="00E45328" w:rsidRPr="001A4A3C" w:rsidRDefault="00AE04FE">
      <w:pPr>
        <w:rPr>
          <w:rFonts w:ascii="Corbel" w:hAnsi="Corbel"/>
          <w:b/>
          <w:bCs/>
        </w:rPr>
      </w:pPr>
      <w:r w:rsidRPr="001A4A3C">
        <w:rPr>
          <w:rFonts w:ascii="Corbel" w:hAnsi="Corbel"/>
          <w:b/>
          <w:bCs/>
        </w:rPr>
        <w:t xml:space="preserve">5.4 Executive Head Teacher/Head Teacher/Head of Academy </w:t>
      </w:r>
    </w:p>
    <w:p w14:paraId="76AEFFD6" w14:textId="77777777" w:rsidR="00E45328" w:rsidRP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Implement this policy locally and maintain an up-to-date First Aid Local Appendix (locations of kits/defibrillators, named first aiders, local procedures).</w:t>
      </w:r>
    </w:p>
    <w:p w14:paraId="3299ACDA" w14:textId="77777777" w:rsidR="00E45328" w:rsidRP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Ensure sufficient numbers of trained first aiders, including paediatric first aiders as required, and that training remains in date.</w:t>
      </w:r>
    </w:p>
    <w:p w14:paraId="4C8907A1" w14:textId="77777777" w:rsidR="00E45328" w:rsidRP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Ensure staff awareness of procedures and emergency arrangements.</w:t>
      </w:r>
    </w:p>
    <w:p w14:paraId="3FF67C90" w14:textId="365BB78D" w:rsidR="00E45328" w:rsidRPr="001A4A3C" w:rsidRDefault="6CEFBD3C" w:rsidP="00A345A3">
      <w:pPr>
        <w:spacing w:after="0" w:line="240" w:lineRule="auto"/>
        <w:ind w:left="709" w:hanging="283"/>
        <w:rPr>
          <w:rFonts w:ascii="Corbel" w:hAnsi="Corbel"/>
        </w:rPr>
      </w:pPr>
      <w:r w:rsidRPr="29CDF304">
        <w:rPr>
          <w:rFonts w:ascii="Corbel" w:hAnsi="Corbel"/>
        </w:rPr>
        <w:t>•</w:t>
      </w:r>
      <w:r w:rsidR="00AE04FE">
        <w:tab/>
      </w:r>
      <w:r w:rsidRPr="29CDF304">
        <w:rPr>
          <w:rFonts w:ascii="Corbel" w:hAnsi="Corbel"/>
        </w:rPr>
        <w:t>Ensure suitable medical</w:t>
      </w:r>
      <w:r w:rsidR="431B3546" w:rsidRPr="29CDF304">
        <w:rPr>
          <w:rFonts w:ascii="Corbel" w:hAnsi="Corbel"/>
        </w:rPr>
        <w:t xml:space="preserve"> room</w:t>
      </w:r>
      <w:r w:rsidRPr="29CDF304">
        <w:rPr>
          <w:rFonts w:ascii="Corbel" w:hAnsi="Corbel"/>
          <w:color w:val="EE0000"/>
        </w:rPr>
        <w:t xml:space="preserve"> </w:t>
      </w:r>
      <w:r w:rsidRPr="29CDF304">
        <w:rPr>
          <w:rFonts w:ascii="Corbel" w:hAnsi="Corbel"/>
        </w:rPr>
        <w:t>is available and fit for purpose.</w:t>
      </w:r>
    </w:p>
    <w:p w14:paraId="6E156851" w14:textId="77777777" w:rsidR="00E45328" w:rsidRP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Ensure completion of risk assessments and put in place appropriate control measures.</w:t>
      </w:r>
    </w:p>
    <w:p w14:paraId="7571CB60" w14:textId="0A4FEC1E" w:rsid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Ensure statutory reporting to HSE under RIDDOR (as set out in section 10) and timely internal reporting to the Trust.</w:t>
      </w:r>
    </w:p>
    <w:p w14:paraId="3721E0F6" w14:textId="77777777" w:rsidR="00A345A3" w:rsidRPr="0001375A" w:rsidRDefault="00A345A3" w:rsidP="00A345A3">
      <w:pPr>
        <w:spacing w:after="0" w:line="240" w:lineRule="auto"/>
        <w:ind w:hanging="142"/>
        <w:rPr>
          <w:rFonts w:ascii="Corbel" w:hAnsi="Corbel"/>
          <w:sz w:val="14"/>
        </w:rPr>
      </w:pPr>
    </w:p>
    <w:p w14:paraId="0082CE85" w14:textId="77777777" w:rsidR="00E45328" w:rsidRPr="002D0DC4" w:rsidRDefault="00AE04FE">
      <w:pPr>
        <w:rPr>
          <w:rFonts w:ascii="Corbel" w:hAnsi="Corbel"/>
          <w:b/>
          <w:bCs/>
        </w:rPr>
      </w:pPr>
      <w:r w:rsidRPr="002D0DC4">
        <w:rPr>
          <w:rFonts w:ascii="Corbel" w:hAnsi="Corbel"/>
          <w:b/>
          <w:bCs/>
        </w:rPr>
        <w:t>5.5 Staff</w:t>
      </w:r>
    </w:p>
    <w:p w14:paraId="3539861B" w14:textId="77777777" w:rsidR="00E45328" w:rsidRPr="001A4A3C" w:rsidRDefault="00AE04FE" w:rsidP="00A345A3">
      <w:pPr>
        <w:spacing w:after="0" w:line="240" w:lineRule="auto"/>
        <w:ind w:left="-142" w:firstLine="568"/>
        <w:rPr>
          <w:rFonts w:ascii="Corbel" w:hAnsi="Corbel"/>
        </w:rPr>
      </w:pPr>
      <w:r w:rsidRPr="001A4A3C">
        <w:rPr>
          <w:rFonts w:ascii="Corbel" w:hAnsi="Corbel"/>
        </w:rPr>
        <w:t>•</w:t>
      </w:r>
      <w:r w:rsidRPr="001A4A3C">
        <w:rPr>
          <w:rFonts w:ascii="Corbel" w:hAnsi="Corbel"/>
        </w:rPr>
        <w:tab/>
        <w:t>Follow first aid procedures and local emergency arrangements.</w:t>
      </w:r>
    </w:p>
    <w:p w14:paraId="7ADA7FB7" w14:textId="77777777" w:rsidR="00E45328" w:rsidRPr="001A4A3C" w:rsidRDefault="00AE04FE" w:rsidP="00A345A3">
      <w:pPr>
        <w:spacing w:after="0" w:line="240" w:lineRule="auto"/>
        <w:ind w:left="-142" w:firstLine="568"/>
        <w:rPr>
          <w:rFonts w:ascii="Corbel" w:hAnsi="Corbel"/>
        </w:rPr>
      </w:pPr>
      <w:r w:rsidRPr="001A4A3C">
        <w:rPr>
          <w:rFonts w:ascii="Corbel" w:hAnsi="Corbel"/>
        </w:rPr>
        <w:t>•</w:t>
      </w:r>
      <w:r w:rsidRPr="001A4A3C">
        <w:rPr>
          <w:rFonts w:ascii="Corbel" w:hAnsi="Corbel"/>
        </w:rPr>
        <w:tab/>
        <w:t>Know how to contact first aiders and where first aid equipment is located.</w:t>
      </w:r>
    </w:p>
    <w:p w14:paraId="2B6286E1" w14:textId="4A4B3037" w:rsidR="00E45328" w:rsidRDefault="6CEFBD3C" w:rsidP="00A345A3">
      <w:pPr>
        <w:spacing w:after="0" w:line="240" w:lineRule="auto"/>
        <w:ind w:left="-142" w:firstLine="568"/>
        <w:rPr>
          <w:rFonts w:ascii="Corbel" w:hAnsi="Corbel"/>
        </w:rPr>
      </w:pPr>
      <w:r w:rsidRPr="29CDF304">
        <w:rPr>
          <w:rFonts w:ascii="Corbel" w:hAnsi="Corbel"/>
        </w:rPr>
        <w:t>•</w:t>
      </w:r>
      <w:r w:rsidR="00AE04FE">
        <w:tab/>
      </w:r>
      <w:r w:rsidRPr="29CDF304">
        <w:rPr>
          <w:rFonts w:ascii="Corbel" w:hAnsi="Corbel"/>
        </w:rPr>
        <w:t xml:space="preserve">Report incidents </w:t>
      </w:r>
      <w:r w:rsidR="01F0842A" w:rsidRPr="29CDF304">
        <w:rPr>
          <w:rFonts w:ascii="Corbel" w:hAnsi="Corbel"/>
        </w:rPr>
        <w:t xml:space="preserve">on the same day </w:t>
      </w:r>
      <w:r w:rsidRPr="29CDF304">
        <w:rPr>
          <w:rFonts w:ascii="Corbel" w:hAnsi="Corbel"/>
        </w:rPr>
        <w:t>and accurately.</w:t>
      </w:r>
    </w:p>
    <w:p w14:paraId="063A7175" w14:textId="77777777" w:rsidR="002D0DC4" w:rsidRPr="0001375A" w:rsidRDefault="002D0DC4">
      <w:pPr>
        <w:rPr>
          <w:rFonts w:ascii="Corbel" w:hAnsi="Corbel"/>
          <w:sz w:val="4"/>
        </w:rPr>
      </w:pPr>
    </w:p>
    <w:p w14:paraId="7DDD3D7A" w14:textId="77777777" w:rsidR="00E45328" w:rsidRPr="002D0DC4" w:rsidRDefault="00AE04FE">
      <w:pPr>
        <w:rPr>
          <w:rFonts w:ascii="Corbel" w:hAnsi="Corbel"/>
          <w:b/>
          <w:bCs/>
        </w:rPr>
      </w:pPr>
      <w:r w:rsidRPr="002D0DC4">
        <w:rPr>
          <w:rFonts w:ascii="Corbel" w:hAnsi="Corbel"/>
          <w:b/>
          <w:bCs/>
        </w:rPr>
        <w:t>5.6 First Aiders</w:t>
      </w:r>
    </w:p>
    <w:p w14:paraId="2B8C660F" w14:textId="77777777" w:rsidR="00E45328" w:rsidRP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Maintain a current, appropriate first aid qualification and confidence in applying it.</w:t>
      </w:r>
    </w:p>
    <w:p w14:paraId="4434274A" w14:textId="77777777" w:rsidR="00E45328" w:rsidRP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Respond promptly, administer immediate first aid, determine need for emergency services, and remain on scene until help arrives.</w:t>
      </w:r>
    </w:p>
    <w:p w14:paraId="1FD4138F" w14:textId="77777777" w:rsidR="00E45328" w:rsidRPr="001A4A3C" w:rsidRDefault="00AE04FE" w:rsidP="00A345A3">
      <w:pPr>
        <w:spacing w:after="0" w:line="240" w:lineRule="auto"/>
        <w:ind w:left="709" w:hanging="283"/>
        <w:rPr>
          <w:rFonts w:ascii="Corbel" w:hAnsi="Corbel"/>
        </w:rPr>
      </w:pPr>
      <w:r w:rsidRPr="001A4A3C">
        <w:rPr>
          <w:rFonts w:ascii="Corbel" w:hAnsi="Corbel"/>
        </w:rPr>
        <w:t>•</w:t>
      </w:r>
      <w:r w:rsidRPr="001A4A3C">
        <w:rPr>
          <w:rFonts w:ascii="Corbel" w:hAnsi="Corbel"/>
        </w:rPr>
        <w:tab/>
        <w:t>Decide on moving/positioning the injured person, including recovery position where appropriate and with consent where possible.</w:t>
      </w:r>
    </w:p>
    <w:p w14:paraId="25FF07FA" w14:textId="200DD840" w:rsidR="00E45328" w:rsidRPr="001A4A3C" w:rsidRDefault="6CEFBD3C" w:rsidP="00A345A3">
      <w:pPr>
        <w:spacing w:after="0" w:line="240" w:lineRule="auto"/>
        <w:ind w:left="709" w:hanging="283"/>
      </w:pPr>
      <w:r w:rsidRPr="29CDF304">
        <w:rPr>
          <w:rFonts w:ascii="Corbel" w:hAnsi="Corbel"/>
        </w:rPr>
        <w:t>•</w:t>
      </w:r>
      <w:r w:rsidR="00AE04FE">
        <w:tab/>
      </w:r>
      <w:r w:rsidRPr="29CDF304">
        <w:rPr>
          <w:rFonts w:ascii="Corbel" w:hAnsi="Corbel"/>
        </w:rPr>
        <w:t>Keep personal/area first aid kits stocked and within expiry.</w:t>
      </w:r>
    </w:p>
    <w:p w14:paraId="04858895" w14:textId="05B7A524" w:rsidR="3992213F" w:rsidRDefault="3992213F" w:rsidP="29CDF304">
      <w:pPr>
        <w:spacing w:after="0" w:line="240" w:lineRule="auto"/>
        <w:ind w:left="-142" w:firstLine="862"/>
        <w:rPr>
          <w:rFonts w:ascii="Corbel" w:hAnsi="Corbel"/>
          <w:color w:val="7030A0"/>
        </w:rPr>
      </w:pPr>
      <w:r w:rsidRPr="29CDF304">
        <w:rPr>
          <w:rFonts w:ascii="Corbel" w:hAnsi="Corbel"/>
          <w:b/>
          <w:bCs/>
        </w:rPr>
        <w:t>Member of staff responsible for checking First Aid Kits:</w:t>
      </w:r>
      <w:r w:rsidRPr="29CDF304">
        <w:rPr>
          <w:rFonts w:ascii="Corbel" w:hAnsi="Corbel"/>
        </w:rPr>
        <w:t xml:space="preserve"> </w:t>
      </w:r>
      <w:r w:rsidR="003933E5" w:rsidRPr="003933E5">
        <w:rPr>
          <w:rFonts w:ascii="Corbel" w:hAnsi="Corbel"/>
        </w:rPr>
        <w:t>Christine Ismay</w:t>
      </w:r>
    </w:p>
    <w:p w14:paraId="43E1D00C" w14:textId="6AE268EF" w:rsidR="00E45328" w:rsidRPr="001A4A3C" w:rsidRDefault="6CEFBD3C" w:rsidP="29CDF304">
      <w:pPr>
        <w:spacing w:after="0" w:line="240" w:lineRule="auto"/>
        <w:ind w:left="709" w:hanging="283"/>
        <w:rPr>
          <w:rFonts w:ascii="Corbel" w:hAnsi="Corbel"/>
        </w:rPr>
      </w:pPr>
      <w:r w:rsidRPr="29CDF304">
        <w:rPr>
          <w:rFonts w:ascii="Corbel" w:hAnsi="Corbel"/>
        </w:rPr>
        <w:t>•</w:t>
      </w:r>
      <w:r w:rsidR="00AE04FE">
        <w:tab/>
      </w:r>
      <w:r w:rsidRPr="29CDF304">
        <w:rPr>
          <w:rFonts w:ascii="Corbel" w:hAnsi="Corbel"/>
        </w:rPr>
        <w:t>Complete accident records promptly</w:t>
      </w:r>
      <w:r w:rsidR="2E029DD6" w:rsidRPr="29CDF304">
        <w:rPr>
          <w:rFonts w:ascii="Corbel" w:hAnsi="Corbel"/>
        </w:rPr>
        <w:t xml:space="preserve">, </w:t>
      </w:r>
      <w:r w:rsidRPr="29CDF304">
        <w:rPr>
          <w:rFonts w:ascii="Corbel" w:hAnsi="Corbel"/>
        </w:rPr>
        <w:t>accurately</w:t>
      </w:r>
      <w:r w:rsidR="44EC8F05" w:rsidRPr="29CDF304">
        <w:rPr>
          <w:rFonts w:ascii="Corbel" w:hAnsi="Corbel"/>
        </w:rPr>
        <w:t xml:space="preserve"> and </w:t>
      </w:r>
      <w:r w:rsidR="7D4732ED" w:rsidRPr="29CDF304">
        <w:rPr>
          <w:rFonts w:ascii="Corbel" w:hAnsi="Corbel"/>
        </w:rPr>
        <w:t>within 24 hours</w:t>
      </w:r>
      <w:r w:rsidR="2C875F83" w:rsidRPr="29CDF304">
        <w:rPr>
          <w:rFonts w:ascii="Corbel" w:hAnsi="Corbel"/>
        </w:rPr>
        <w:t>.</w:t>
      </w:r>
    </w:p>
    <w:p w14:paraId="48F7281D" w14:textId="77777777" w:rsidR="00E45328" w:rsidRPr="001A4A3C" w:rsidRDefault="00AE04FE" w:rsidP="00A345A3">
      <w:pPr>
        <w:spacing w:after="0" w:line="240" w:lineRule="auto"/>
        <w:ind w:left="709" w:hanging="283"/>
        <w:rPr>
          <w:rFonts w:ascii="Corbel" w:hAnsi="Corbel"/>
        </w:rPr>
      </w:pPr>
      <w:r w:rsidRPr="001A4A3C">
        <w:rPr>
          <w:rFonts w:ascii="Corbel" w:hAnsi="Corbel"/>
        </w:rPr>
        <w:lastRenderedPageBreak/>
        <w:t>•</w:t>
      </w:r>
      <w:r w:rsidRPr="001A4A3C">
        <w:rPr>
          <w:rFonts w:ascii="Corbel" w:hAnsi="Corbel"/>
        </w:rPr>
        <w:tab/>
        <w:t>Inform senior leaders of any specific health conditions affecting their ability to perform the role and any notable first aid risks/issues observed.</w:t>
      </w:r>
    </w:p>
    <w:p w14:paraId="1648FE7A" w14:textId="77777777" w:rsidR="00E45328" w:rsidRPr="0001375A" w:rsidRDefault="00E45328">
      <w:pPr>
        <w:rPr>
          <w:rFonts w:ascii="Corbel" w:hAnsi="Corbel"/>
          <w:sz w:val="8"/>
        </w:rPr>
      </w:pPr>
    </w:p>
    <w:p w14:paraId="09573C7B" w14:textId="6A6FDE4E" w:rsidR="00E45328" w:rsidRPr="002D0DC4" w:rsidRDefault="6CEFBD3C" w:rsidP="29CDF304">
      <w:pPr>
        <w:rPr>
          <w:rFonts w:ascii="Corbel" w:hAnsi="Corbel"/>
          <w:b/>
          <w:bCs/>
          <w:color w:val="EE0000"/>
        </w:rPr>
      </w:pPr>
      <w:r w:rsidRPr="29CDF304">
        <w:rPr>
          <w:rFonts w:ascii="Corbel" w:hAnsi="Corbel"/>
          <w:b/>
          <w:bCs/>
        </w:rPr>
        <w:t>5.7 Site</w:t>
      </w:r>
      <w:r w:rsidR="6D7F8DE2" w:rsidRPr="29CDF304">
        <w:rPr>
          <w:rFonts w:ascii="Corbel" w:hAnsi="Corbel"/>
          <w:b/>
          <w:bCs/>
        </w:rPr>
        <w:t xml:space="preserve"> Managers </w:t>
      </w:r>
    </w:p>
    <w:p w14:paraId="25517F90" w14:textId="3E4693CB" w:rsidR="002D0DC4" w:rsidRPr="001A4A3C" w:rsidRDefault="6CEFBD3C" w:rsidP="00A345A3">
      <w:pPr>
        <w:spacing w:after="0" w:line="240" w:lineRule="auto"/>
        <w:ind w:left="709" w:hanging="283"/>
        <w:rPr>
          <w:rFonts w:ascii="Corbel" w:hAnsi="Corbel"/>
        </w:rPr>
      </w:pPr>
      <w:r w:rsidRPr="29CDF304">
        <w:rPr>
          <w:rFonts w:ascii="Corbel" w:hAnsi="Corbel"/>
        </w:rPr>
        <w:t>•</w:t>
      </w:r>
      <w:r w:rsidR="00AE04FE">
        <w:tab/>
      </w:r>
      <w:r w:rsidR="4B5FD073" w:rsidRPr="29CDF304">
        <w:rPr>
          <w:rFonts w:ascii="Corbel" w:hAnsi="Corbel"/>
        </w:rPr>
        <w:t>E</w:t>
      </w:r>
      <w:r w:rsidRPr="29CDF304">
        <w:rPr>
          <w:rFonts w:ascii="Corbel" w:hAnsi="Corbel"/>
        </w:rPr>
        <w:t>nsure defective environments identified through incidents are made safe.</w:t>
      </w:r>
    </w:p>
    <w:p w14:paraId="1142A657" w14:textId="10A3A874" w:rsidR="00E45328" w:rsidRPr="001A4A3C" w:rsidRDefault="6CEFBD3C" w:rsidP="00A345A3">
      <w:pPr>
        <w:spacing w:after="0" w:line="240" w:lineRule="auto"/>
        <w:ind w:left="709" w:hanging="283"/>
      </w:pPr>
      <w:r w:rsidRPr="29CDF304">
        <w:rPr>
          <w:rFonts w:ascii="Corbel" w:hAnsi="Corbel"/>
        </w:rPr>
        <w:t>•</w:t>
      </w:r>
      <w:r w:rsidR="00AE04FE">
        <w:tab/>
      </w:r>
      <w:r w:rsidRPr="29CDF304">
        <w:rPr>
          <w:rFonts w:ascii="Corbel" w:hAnsi="Corbel"/>
        </w:rPr>
        <w:t>Support record-keeping and statutory notifications as required</w:t>
      </w:r>
      <w:r w:rsidR="65A24727" w:rsidRPr="29CDF304">
        <w:rPr>
          <w:rFonts w:ascii="Corbel" w:hAnsi="Corbel"/>
        </w:rPr>
        <w:t xml:space="preserve"> including the check on the defibrillator.</w:t>
      </w:r>
    </w:p>
    <w:p w14:paraId="44F41ECA" w14:textId="77777777" w:rsidR="00E45328" w:rsidRPr="0001375A" w:rsidRDefault="00AE04FE">
      <w:pPr>
        <w:rPr>
          <w:rFonts w:ascii="Corbel" w:hAnsi="Corbel"/>
          <w:b/>
          <w:bCs/>
          <w:sz w:val="20"/>
        </w:rPr>
      </w:pPr>
      <w:r w:rsidRPr="002D0DC4">
        <w:rPr>
          <w:rFonts w:ascii="Corbel" w:hAnsi="Corbel"/>
          <w:b/>
          <w:bCs/>
        </w:rPr>
        <w:t xml:space="preserve"> </w:t>
      </w:r>
    </w:p>
    <w:p w14:paraId="644DF449" w14:textId="77777777" w:rsidR="00E45328" w:rsidRPr="002D0DC4" w:rsidRDefault="00AE04FE">
      <w:pPr>
        <w:rPr>
          <w:rFonts w:ascii="Corbel" w:hAnsi="Corbel"/>
          <w:b/>
          <w:bCs/>
        </w:rPr>
      </w:pPr>
      <w:r w:rsidRPr="002D0DC4">
        <w:rPr>
          <w:rFonts w:ascii="Corbel" w:hAnsi="Corbel"/>
          <w:b/>
          <w:bCs/>
        </w:rPr>
        <w:t>6. Selection and Training of First Aiders</w:t>
      </w:r>
    </w:p>
    <w:p w14:paraId="1DA18A9C" w14:textId="77777777" w:rsidR="00E45328" w:rsidRPr="001A4A3C" w:rsidRDefault="00AE04FE" w:rsidP="00A345A3">
      <w:pPr>
        <w:spacing w:after="0" w:line="240" w:lineRule="auto"/>
        <w:ind w:left="709" w:hanging="283"/>
        <w:contextualSpacing/>
        <w:rPr>
          <w:rFonts w:ascii="Corbel" w:hAnsi="Corbel"/>
        </w:rPr>
      </w:pPr>
      <w:r w:rsidRPr="001A4A3C">
        <w:rPr>
          <w:rFonts w:ascii="Corbel" w:hAnsi="Corbel"/>
        </w:rPr>
        <w:t>•</w:t>
      </w:r>
      <w:r w:rsidRPr="001A4A3C">
        <w:rPr>
          <w:rFonts w:ascii="Corbel" w:hAnsi="Corbel"/>
        </w:rPr>
        <w:tab/>
        <w:t>Selection considers reliability, communication, aptitude for learning, ability to cope with stressful/physical emergencies, and normal duties’ capacity to respond immediately.</w:t>
      </w:r>
    </w:p>
    <w:p w14:paraId="594F4056" w14:textId="77777777" w:rsidR="00E45328" w:rsidRPr="001A4A3C" w:rsidRDefault="00AE04FE" w:rsidP="00A345A3">
      <w:pPr>
        <w:spacing w:after="0" w:line="240" w:lineRule="auto"/>
        <w:ind w:left="709" w:hanging="283"/>
        <w:contextualSpacing/>
        <w:rPr>
          <w:rFonts w:ascii="Corbel" w:hAnsi="Corbel"/>
        </w:rPr>
      </w:pPr>
      <w:r w:rsidRPr="001A4A3C">
        <w:rPr>
          <w:rFonts w:ascii="Corbel" w:hAnsi="Corbel"/>
        </w:rPr>
        <w:t>•</w:t>
      </w:r>
      <w:r w:rsidRPr="001A4A3C">
        <w:rPr>
          <w:rFonts w:ascii="Corbel" w:hAnsi="Corbel"/>
        </w:rPr>
        <w:tab/>
        <w:t>Training must be through accredited providers and refreshed within validity periods.</w:t>
      </w:r>
    </w:p>
    <w:p w14:paraId="50640FE3" w14:textId="77777777" w:rsidR="00E45328" w:rsidRPr="001A4A3C" w:rsidRDefault="00AE04FE" w:rsidP="00A345A3">
      <w:pPr>
        <w:spacing w:after="0" w:line="240" w:lineRule="auto"/>
        <w:ind w:left="709" w:hanging="283"/>
        <w:contextualSpacing/>
        <w:rPr>
          <w:rFonts w:ascii="Corbel" w:hAnsi="Corbel"/>
        </w:rPr>
      </w:pPr>
      <w:r w:rsidRPr="001A4A3C">
        <w:rPr>
          <w:rFonts w:ascii="Corbel" w:hAnsi="Corbel"/>
        </w:rPr>
        <w:t>•</w:t>
      </w:r>
      <w:r w:rsidRPr="001A4A3C">
        <w:rPr>
          <w:rFonts w:ascii="Corbel" w:hAnsi="Corbel"/>
        </w:rPr>
        <w:tab/>
        <w:t>Each academy maintains a register of trained first aiders, training dates, validity, and specialisms (e.g., Emergency First Aid at Work, First Aid at Work, Paediatric First Aid).</w:t>
      </w:r>
    </w:p>
    <w:p w14:paraId="5241FECC" w14:textId="0A1E7DC0" w:rsidR="00E45328" w:rsidRDefault="6CEFBD3C" w:rsidP="29CDF304">
      <w:pPr>
        <w:spacing w:after="0" w:line="240" w:lineRule="auto"/>
        <w:ind w:left="709" w:hanging="283"/>
        <w:contextualSpacing/>
      </w:pPr>
      <w:r w:rsidRPr="29CDF304">
        <w:rPr>
          <w:rFonts w:ascii="Corbel" w:hAnsi="Corbel"/>
        </w:rPr>
        <w:t>•</w:t>
      </w:r>
      <w:r w:rsidR="1BCD5D1E" w:rsidRPr="29CDF304">
        <w:rPr>
          <w:rFonts w:ascii="Corbel" w:hAnsi="Corbel"/>
        </w:rPr>
        <w:t xml:space="preserve">   </w:t>
      </w:r>
      <w:r w:rsidR="674ED2D1" w:rsidRPr="29CDF304">
        <w:rPr>
          <w:rFonts w:ascii="Corbel" w:hAnsi="Corbel"/>
        </w:rPr>
        <w:t xml:space="preserve"> A range of staff members (including Teaching Assistants (TA’s), Learning Support Assistants (LSA</w:t>
      </w:r>
      <w:r w:rsidR="13FCEB55" w:rsidRPr="29CDF304">
        <w:rPr>
          <w:rFonts w:ascii="Corbel" w:hAnsi="Corbel"/>
        </w:rPr>
        <w:t>’s),</w:t>
      </w:r>
      <w:r w:rsidR="674ED2D1" w:rsidRPr="29CDF304">
        <w:rPr>
          <w:rFonts w:ascii="Corbel" w:hAnsi="Corbel"/>
        </w:rPr>
        <w:t xml:space="preserve"> Lunchtime Supervisors, Office Staff</w:t>
      </w:r>
      <w:r w:rsidR="0CCD37E5" w:rsidRPr="29CDF304">
        <w:rPr>
          <w:rFonts w:ascii="Corbel" w:hAnsi="Corbel"/>
        </w:rPr>
        <w:t xml:space="preserve"> etc...</w:t>
      </w:r>
      <w:r w:rsidR="674ED2D1" w:rsidRPr="29CDF304">
        <w:rPr>
          <w:rFonts w:ascii="Corbel" w:hAnsi="Corbel"/>
        </w:rPr>
        <w:t>)</w:t>
      </w:r>
      <w:r w:rsidR="42005D1E" w:rsidRPr="29CDF304">
        <w:rPr>
          <w:rFonts w:ascii="Corbel" w:hAnsi="Corbel"/>
        </w:rPr>
        <w:t xml:space="preserve"> must hold a current certificate in First Aid which is reviewed every 3 years. </w:t>
      </w:r>
    </w:p>
    <w:p w14:paraId="7E1CFDBB" w14:textId="22402E92" w:rsidR="00E45328" w:rsidRDefault="77172C35" w:rsidP="29CDF304">
      <w:pPr>
        <w:pStyle w:val="ListParagraph"/>
        <w:numPr>
          <w:ilvl w:val="0"/>
          <w:numId w:val="6"/>
        </w:numPr>
        <w:spacing w:after="0" w:line="240" w:lineRule="auto"/>
        <w:rPr>
          <w:rFonts w:ascii="Corbel" w:hAnsi="Corbel"/>
        </w:rPr>
      </w:pPr>
      <w:r w:rsidRPr="29CDF304">
        <w:rPr>
          <w:rFonts w:ascii="Corbel" w:hAnsi="Corbel"/>
        </w:rPr>
        <w:t>All Early Years Level 2 and 3 Early Years staff must hold a current paediatric first aid (PFA) certificate meeting EYFS requirements where EYFS provision exists, with renewal at least every three years.</w:t>
      </w:r>
    </w:p>
    <w:p w14:paraId="55FB37E7" w14:textId="4DF191FA" w:rsidR="00E45328" w:rsidRDefault="6CEFBD3C" w:rsidP="29CDF304">
      <w:pPr>
        <w:spacing w:after="0" w:line="240" w:lineRule="auto"/>
        <w:ind w:left="709" w:hanging="283"/>
        <w:contextualSpacing/>
        <w:rPr>
          <w:rFonts w:ascii="Corbel" w:hAnsi="Corbel"/>
        </w:rPr>
      </w:pPr>
      <w:r w:rsidRPr="29CDF304">
        <w:rPr>
          <w:rFonts w:ascii="Corbel" w:hAnsi="Corbel"/>
        </w:rPr>
        <w:t>•</w:t>
      </w:r>
      <w:r w:rsidR="00AE04FE">
        <w:tab/>
      </w:r>
      <w:r w:rsidRPr="29CDF304">
        <w:rPr>
          <w:rFonts w:ascii="Corbel" w:hAnsi="Corbel"/>
        </w:rPr>
        <w:t>The Trust H&amp;S Lead sets minimum training standards and monitors coverage.</w:t>
      </w:r>
    </w:p>
    <w:p w14:paraId="600A3629" w14:textId="77777777" w:rsidR="0001375A" w:rsidRDefault="0001375A" w:rsidP="00A345A3">
      <w:pPr>
        <w:spacing w:after="0" w:line="240" w:lineRule="auto"/>
        <w:ind w:left="709" w:hanging="283"/>
        <w:contextualSpacing/>
        <w:rPr>
          <w:rFonts w:ascii="Corbel" w:hAnsi="Corbel"/>
        </w:rPr>
      </w:pPr>
    </w:p>
    <w:p w14:paraId="4F51A0BC" w14:textId="77777777" w:rsidR="00A345A3" w:rsidRPr="001A4A3C" w:rsidRDefault="00A345A3" w:rsidP="00A345A3">
      <w:pPr>
        <w:spacing w:after="0" w:line="240" w:lineRule="auto"/>
        <w:ind w:left="709" w:hanging="283"/>
        <w:contextualSpacing/>
        <w:rPr>
          <w:rFonts w:ascii="Corbel" w:hAnsi="Corbel"/>
        </w:rPr>
      </w:pPr>
    </w:p>
    <w:p w14:paraId="219C8976" w14:textId="77777777" w:rsidR="00E45328" w:rsidRPr="002D0DC4" w:rsidRDefault="00AE04FE">
      <w:pPr>
        <w:rPr>
          <w:rFonts w:ascii="Corbel" w:hAnsi="Corbel"/>
          <w:b/>
          <w:bCs/>
        </w:rPr>
      </w:pPr>
      <w:r w:rsidRPr="002D0DC4">
        <w:rPr>
          <w:rFonts w:ascii="Corbel" w:hAnsi="Corbel"/>
          <w:b/>
          <w:bCs/>
        </w:rPr>
        <w:t>7. First Aid Procedures</w:t>
      </w:r>
    </w:p>
    <w:p w14:paraId="0D5246F7" w14:textId="77777777" w:rsidR="00E45328" w:rsidRPr="002D0DC4" w:rsidRDefault="00AE04FE">
      <w:pPr>
        <w:rPr>
          <w:rFonts w:ascii="Corbel" w:hAnsi="Corbel"/>
          <w:b/>
          <w:bCs/>
        </w:rPr>
      </w:pPr>
      <w:r w:rsidRPr="002D0DC4">
        <w:rPr>
          <w:rFonts w:ascii="Corbel" w:hAnsi="Corbel"/>
          <w:b/>
          <w:bCs/>
        </w:rPr>
        <w:t>7.1 Responding to Injury or Illness</w:t>
      </w:r>
    </w:p>
    <w:p w14:paraId="28793611" w14:textId="77777777" w:rsidR="00E45328" w:rsidRPr="001A4A3C" w:rsidRDefault="00AE04FE" w:rsidP="00BA248E">
      <w:pPr>
        <w:spacing w:after="0" w:line="240" w:lineRule="auto"/>
        <w:ind w:left="709" w:hanging="283"/>
        <w:rPr>
          <w:rFonts w:ascii="Corbel" w:hAnsi="Corbel"/>
        </w:rPr>
      </w:pPr>
      <w:r w:rsidRPr="001A4A3C">
        <w:rPr>
          <w:rFonts w:ascii="Corbel" w:hAnsi="Corbel"/>
        </w:rPr>
        <w:t>•</w:t>
      </w:r>
      <w:r w:rsidRPr="001A4A3C">
        <w:rPr>
          <w:rFonts w:ascii="Corbel" w:hAnsi="Corbel"/>
        </w:rPr>
        <w:tab/>
        <w:t xml:space="preserve">Where the nature, pattern or presentation of an injury causes concern, staff must follow the Trust’s safeguarding and Child protection Policy and </w:t>
      </w:r>
      <w:r w:rsidRPr="006D46E5">
        <w:rPr>
          <w:rFonts w:ascii="Corbel" w:hAnsi="Corbel"/>
          <w:b/>
          <w:bCs/>
        </w:rPr>
        <w:t>immediately</w:t>
      </w:r>
      <w:r w:rsidRPr="001A4A3C">
        <w:rPr>
          <w:rFonts w:ascii="Corbel" w:hAnsi="Corbel"/>
        </w:rPr>
        <w:t xml:space="preserve"> report concerns to the Designated Safeguarding Lead (DSL) or Deputy DSL.</w:t>
      </w:r>
    </w:p>
    <w:p w14:paraId="4D1BF6D4" w14:textId="77777777" w:rsidR="00E45328" w:rsidRPr="001A4A3C" w:rsidRDefault="00AE04FE" w:rsidP="00BA248E">
      <w:pPr>
        <w:spacing w:after="0" w:line="240" w:lineRule="auto"/>
        <w:ind w:left="709" w:hanging="283"/>
        <w:rPr>
          <w:rFonts w:ascii="Corbel" w:hAnsi="Corbel"/>
        </w:rPr>
      </w:pPr>
      <w:r w:rsidRPr="001A4A3C">
        <w:rPr>
          <w:rFonts w:ascii="Corbel" w:hAnsi="Corbel"/>
        </w:rPr>
        <w:t>•</w:t>
      </w:r>
      <w:r w:rsidRPr="001A4A3C">
        <w:rPr>
          <w:rFonts w:ascii="Corbel" w:hAnsi="Corbel"/>
        </w:rPr>
        <w:tab/>
        <w:t>The closest member of staff assesses seriousness and calls a qualified first aider if appropriate.</w:t>
      </w:r>
    </w:p>
    <w:p w14:paraId="44D8F5E3" w14:textId="77777777" w:rsidR="00E45328" w:rsidRPr="001A4A3C" w:rsidRDefault="00AE04FE" w:rsidP="00BA248E">
      <w:pPr>
        <w:spacing w:after="0" w:line="240" w:lineRule="auto"/>
        <w:ind w:left="709" w:hanging="283"/>
        <w:rPr>
          <w:rFonts w:ascii="Corbel" w:hAnsi="Corbel"/>
        </w:rPr>
      </w:pPr>
      <w:r w:rsidRPr="001A4A3C">
        <w:rPr>
          <w:rFonts w:ascii="Corbel" w:hAnsi="Corbel"/>
        </w:rPr>
        <w:t>•</w:t>
      </w:r>
      <w:r w:rsidRPr="001A4A3C">
        <w:rPr>
          <w:rFonts w:ascii="Corbel" w:hAnsi="Corbel"/>
        </w:rPr>
        <w:tab/>
        <w:t>The first aider assesses, determines need for additional support or emergency services, and remains until help arrives.</w:t>
      </w:r>
    </w:p>
    <w:p w14:paraId="525DDB42" w14:textId="77777777" w:rsidR="00E45328" w:rsidRPr="001A4A3C" w:rsidRDefault="00AE04FE" w:rsidP="00BA248E">
      <w:pPr>
        <w:spacing w:after="0" w:line="240" w:lineRule="auto"/>
        <w:ind w:left="709" w:hanging="283"/>
        <w:rPr>
          <w:rFonts w:ascii="Corbel" w:hAnsi="Corbel"/>
        </w:rPr>
      </w:pPr>
      <w:r w:rsidRPr="001A4A3C">
        <w:rPr>
          <w:rFonts w:ascii="Corbel" w:hAnsi="Corbel"/>
        </w:rPr>
        <w:t>•</w:t>
      </w:r>
      <w:r w:rsidRPr="001A4A3C">
        <w:rPr>
          <w:rFonts w:ascii="Corbel" w:hAnsi="Corbel"/>
        </w:rPr>
        <w:tab/>
        <w:t>The first aider decides whether the person should be moved or placed in the recovery position, seeking consent where possible.</w:t>
      </w:r>
    </w:p>
    <w:p w14:paraId="75B14BFD" w14:textId="08443FD1" w:rsidR="00E45328" w:rsidRPr="001A4A3C" w:rsidRDefault="00AE04FE" w:rsidP="00BA248E">
      <w:pPr>
        <w:spacing w:after="0" w:line="240" w:lineRule="auto"/>
        <w:ind w:left="709" w:hanging="283"/>
        <w:rPr>
          <w:rFonts w:ascii="Corbel" w:hAnsi="Corbel"/>
        </w:rPr>
      </w:pPr>
      <w:r w:rsidRPr="001A4A3C">
        <w:rPr>
          <w:rFonts w:ascii="Corbel" w:hAnsi="Corbel"/>
        </w:rPr>
        <w:t>•</w:t>
      </w:r>
      <w:r w:rsidRPr="001A4A3C">
        <w:rPr>
          <w:rFonts w:ascii="Corbel" w:hAnsi="Corbel"/>
        </w:rPr>
        <w:tab/>
        <w:t xml:space="preserve">If a pupil is too unwell to remain, parents/carers are contacted to collect; on arrival, the first aider explains care provided and </w:t>
      </w:r>
      <w:r w:rsidR="006D46E5" w:rsidRPr="001A4A3C">
        <w:rPr>
          <w:rFonts w:ascii="Corbel" w:hAnsi="Corbel"/>
        </w:rPr>
        <w:t>recommends</w:t>
      </w:r>
      <w:r w:rsidRPr="001A4A3C">
        <w:rPr>
          <w:rFonts w:ascii="Corbel" w:hAnsi="Corbel"/>
        </w:rPr>
        <w:t xml:space="preserve"> next steps.</w:t>
      </w:r>
    </w:p>
    <w:p w14:paraId="2DBD2106" w14:textId="19C5645A" w:rsidR="00E45328" w:rsidRPr="001A4A3C" w:rsidRDefault="00AE04FE" w:rsidP="00BA248E">
      <w:pPr>
        <w:spacing w:after="0" w:line="240" w:lineRule="auto"/>
        <w:ind w:left="709" w:hanging="283"/>
        <w:rPr>
          <w:rFonts w:ascii="Corbel" w:hAnsi="Corbel"/>
        </w:rPr>
      </w:pPr>
      <w:r w:rsidRPr="001A4A3C">
        <w:rPr>
          <w:rFonts w:ascii="Corbel" w:hAnsi="Corbel"/>
        </w:rPr>
        <w:t>•</w:t>
      </w:r>
      <w:r w:rsidRPr="001A4A3C">
        <w:rPr>
          <w:rFonts w:ascii="Corbel" w:hAnsi="Corbel"/>
        </w:rPr>
        <w:tab/>
        <w:t xml:space="preserve">If emergency services are called, a second staff member informs parents/carers </w:t>
      </w:r>
      <w:r w:rsidRPr="006D46E5">
        <w:rPr>
          <w:rFonts w:ascii="Corbel" w:hAnsi="Corbel"/>
          <w:b/>
          <w:bCs/>
        </w:rPr>
        <w:t xml:space="preserve">immediately </w:t>
      </w:r>
      <w:r w:rsidRPr="001A4A3C">
        <w:rPr>
          <w:rFonts w:ascii="Corbel" w:hAnsi="Corbel"/>
        </w:rPr>
        <w:t>and notifies the office and leadership</w:t>
      </w:r>
      <w:r w:rsidR="006D46E5">
        <w:rPr>
          <w:rFonts w:ascii="Corbel" w:hAnsi="Corbel"/>
        </w:rPr>
        <w:t xml:space="preserve"> team</w:t>
      </w:r>
      <w:r w:rsidRPr="001A4A3C">
        <w:rPr>
          <w:rFonts w:ascii="Corbel" w:hAnsi="Corbel"/>
        </w:rPr>
        <w:t>.</w:t>
      </w:r>
    </w:p>
    <w:p w14:paraId="4BA89D40" w14:textId="6DA82E10" w:rsidR="00E45328" w:rsidRPr="001A4A3C" w:rsidRDefault="00AE04FE" w:rsidP="00BA248E">
      <w:pPr>
        <w:spacing w:after="0" w:line="240" w:lineRule="auto"/>
        <w:ind w:left="709" w:hanging="283"/>
        <w:rPr>
          <w:rFonts w:ascii="Corbel" w:hAnsi="Corbel"/>
        </w:rPr>
      </w:pPr>
      <w:r w:rsidRPr="001A4A3C">
        <w:rPr>
          <w:rFonts w:ascii="Corbel" w:hAnsi="Corbel"/>
        </w:rPr>
        <w:t>•</w:t>
      </w:r>
      <w:r w:rsidRPr="001A4A3C">
        <w:rPr>
          <w:rFonts w:ascii="Corbel" w:hAnsi="Corbel"/>
        </w:rPr>
        <w:tab/>
        <w:t>The</w:t>
      </w:r>
      <w:r w:rsidR="006D46E5">
        <w:rPr>
          <w:rFonts w:ascii="Corbel" w:hAnsi="Corbel"/>
        </w:rPr>
        <w:t xml:space="preserve"> </w:t>
      </w:r>
      <w:r w:rsidRPr="001A4A3C">
        <w:rPr>
          <w:rFonts w:ascii="Corbel" w:hAnsi="Corbel"/>
        </w:rPr>
        <w:t>attending first aider completes an accident report the same day or as soon as reasonably practicable.</w:t>
      </w:r>
    </w:p>
    <w:p w14:paraId="6E2F3915" w14:textId="1642C7F4" w:rsidR="002D0DC4" w:rsidRDefault="00AE04FE" w:rsidP="0001375A">
      <w:pPr>
        <w:spacing w:after="0" w:line="240" w:lineRule="auto"/>
        <w:ind w:left="709" w:hanging="283"/>
        <w:rPr>
          <w:rFonts w:ascii="Corbel" w:hAnsi="Corbel"/>
        </w:rPr>
      </w:pPr>
      <w:r w:rsidRPr="001A4A3C">
        <w:rPr>
          <w:rFonts w:ascii="Corbel" w:hAnsi="Corbel"/>
        </w:rPr>
        <w:t>•</w:t>
      </w:r>
      <w:r w:rsidRPr="001A4A3C">
        <w:rPr>
          <w:rFonts w:ascii="Corbel" w:hAnsi="Corbel"/>
        </w:rPr>
        <w:tab/>
        <w:t>Where a pupil has an Individual healthcare Plan (IHP), Education and Health Care Plan (EHCP), Personal Emergency Evacuation Plan (PEEP) or other personalised medical plan, first aid should be delivered in accordance with those agreed arrangements wherever reasonably practicable.</w:t>
      </w:r>
    </w:p>
    <w:p w14:paraId="1AFD8F92" w14:textId="77777777" w:rsidR="0001375A" w:rsidRPr="001A4A3C" w:rsidRDefault="0001375A" w:rsidP="0001375A">
      <w:pPr>
        <w:spacing w:after="0" w:line="240" w:lineRule="auto"/>
        <w:ind w:left="709" w:hanging="283"/>
        <w:rPr>
          <w:rFonts w:ascii="Corbel" w:hAnsi="Corbel"/>
        </w:rPr>
      </w:pPr>
    </w:p>
    <w:p w14:paraId="4BF94528" w14:textId="77777777" w:rsidR="00E45328" w:rsidRPr="002D0DC4" w:rsidRDefault="00AE04FE">
      <w:pPr>
        <w:rPr>
          <w:rFonts w:ascii="Corbel" w:hAnsi="Corbel"/>
          <w:b/>
          <w:bCs/>
        </w:rPr>
      </w:pPr>
      <w:r w:rsidRPr="002D0DC4">
        <w:rPr>
          <w:rFonts w:ascii="Corbel" w:hAnsi="Corbel"/>
          <w:b/>
          <w:bCs/>
        </w:rPr>
        <w:t>7.2 Emergencies</w:t>
      </w:r>
    </w:p>
    <w:p w14:paraId="34DEFEBA" w14:textId="77777777" w:rsidR="00E45328" w:rsidRPr="001A4A3C" w:rsidRDefault="00AE04FE" w:rsidP="00BA248E">
      <w:pPr>
        <w:spacing w:after="0" w:line="240" w:lineRule="auto"/>
        <w:rPr>
          <w:rFonts w:ascii="Corbel" w:hAnsi="Corbel"/>
        </w:rPr>
      </w:pPr>
      <w:r w:rsidRPr="001A4A3C">
        <w:rPr>
          <w:rFonts w:ascii="Corbel" w:hAnsi="Corbel"/>
        </w:rPr>
        <w:t>An emergency is when someone is seriously ill or injured and their life is at risk. Call 999 for medical or mental health emergencies. Examples include:</w:t>
      </w:r>
    </w:p>
    <w:p w14:paraId="69DEEE53" w14:textId="77777777" w:rsidR="00E45328" w:rsidRPr="001A4A3C" w:rsidRDefault="00AE04FE" w:rsidP="00BA248E">
      <w:pPr>
        <w:spacing w:after="0" w:line="240" w:lineRule="auto"/>
        <w:ind w:left="-284" w:firstLine="710"/>
        <w:rPr>
          <w:rFonts w:ascii="Corbel" w:hAnsi="Corbel"/>
        </w:rPr>
      </w:pPr>
      <w:r w:rsidRPr="001A4A3C">
        <w:rPr>
          <w:rFonts w:ascii="Corbel" w:hAnsi="Corbel"/>
        </w:rPr>
        <w:t>•</w:t>
      </w:r>
      <w:r w:rsidRPr="001A4A3C">
        <w:rPr>
          <w:rFonts w:ascii="Corbel" w:hAnsi="Corbel"/>
        </w:rPr>
        <w:tab/>
        <w:t>Loss of consciousness; sudden confused state; seizures not stopping</w:t>
      </w:r>
    </w:p>
    <w:p w14:paraId="2869CE4E" w14:textId="77777777" w:rsidR="00E45328" w:rsidRPr="001A4A3C" w:rsidRDefault="00AE04FE" w:rsidP="00BA248E">
      <w:pPr>
        <w:spacing w:after="0" w:line="240" w:lineRule="auto"/>
        <w:ind w:left="-284" w:firstLine="710"/>
        <w:rPr>
          <w:rFonts w:ascii="Corbel" w:hAnsi="Corbel"/>
        </w:rPr>
      </w:pPr>
      <w:r w:rsidRPr="001A4A3C">
        <w:rPr>
          <w:rFonts w:ascii="Corbel" w:hAnsi="Corbel"/>
        </w:rPr>
        <w:t>•</w:t>
      </w:r>
      <w:r w:rsidRPr="001A4A3C">
        <w:rPr>
          <w:rFonts w:ascii="Corbel" w:hAnsi="Corbel"/>
        </w:rPr>
        <w:tab/>
        <w:t>Chest pain; breathing difficulties</w:t>
      </w:r>
    </w:p>
    <w:p w14:paraId="7E1C4C3E" w14:textId="77777777" w:rsidR="00E45328" w:rsidRPr="001A4A3C" w:rsidRDefault="00AE04FE" w:rsidP="00BA248E">
      <w:pPr>
        <w:spacing w:after="0" w:line="240" w:lineRule="auto"/>
        <w:ind w:left="-284" w:firstLine="710"/>
        <w:rPr>
          <w:rFonts w:ascii="Corbel" w:hAnsi="Corbel"/>
        </w:rPr>
      </w:pPr>
      <w:r w:rsidRPr="001A4A3C">
        <w:rPr>
          <w:rFonts w:ascii="Corbel" w:hAnsi="Corbel"/>
        </w:rPr>
        <w:t>•</w:t>
      </w:r>
      <w:r w:rsidRPr="001A4A3C">
        <w:rPr>
          <w:rFonts w:ascii="Corbel" w:hAnsi="Corbel"/>
        </w:rPr>
        <w:tab/>
        <w:t>Severe bleeding that cannot be controlled</w:t>
      </w:r>
    </w:p>
    <w:p w14:paraId="1EA5D26C" w14:textId="77777777" w:rsidR="00E45328" w:rsidRPr="001A4A3C" w:rsidRDefault="00AE04FE" w:rsidP="00BA248E">
      <w:pPr>
        <w:spacing w:after="0" w:line="240" w:lineRule="auto"/>
        <w:ind w:left="-284" w:firstLine="710"/>
        <w:rPr>
          <w:rFonts w:ascii="Corbel" w:hAnsi="Corbel"/>
        </w:rPr>
      </w:pPr>
      <w:r w:rsidRPr="001A4A3C">
        <w:rPr>
          <w:rFonts w:ascii="Corbel" w:hAnsi="Corbel"/>
        </w:rPr>
        <w:t>•</w:t>
      </w:r>
      <w:r w:rsidRPr="001A4A3C">
        <w:rPr>
          <w:rFonts w:ascii="Corbel" w:hAnsi="Corbel"/>
        </w:rPr>
        <w:tab/>
        <w:t>Severe allergic reaction (anaphylaxis)</w:t>
      </w:r>
    </w:p>
    <w:p w14:paraId="5A86424A" w14:textId="77777777" w:rsidR="00E45328" w:rsidRPr="001A4A3C" w:rsidRDefault="00AE04FE" w:rsidP="00BA248E">
      <w:pPr>
        <w:spacing w:after="0" w:line="240" w:lineRule="auto"/>
        <w:ind w:left="-284" w:firstLine="710"/>
        <w:rPr>
          <w:rFonts w:ascii="Corbel" w:hAnsi="Corbel"/>
        </w:rPr>
      </w:pPr>
      <w:r w:rsidRPr="001A4A3C">
        <w:rPr>
          <w:rFonts w:ascii="Corbel" w:hAnsi="Corbel"/>
        </w:rPr>
        <w:t>•</w:t>
      </w:r>
      <w:r w:rsidRPr="001A4A3C">
        <w:rPr>
          <w:rFonts w:ascii="Corbel" w:hAnsi="Corbel"/>
        </w:rPr>
        <w:tab/>
        <w:t>Severe burns or scalds</w:t>
      </w:r>
    </w:p>
    <w:p w14:paraId="6BA9EE8A" w14:textId="77777777" w:rsidR="00E45328" w:rsidRPr="001A4A3C" w:rsidRDefault="00AE04FE" w:rsidP="00BA248E">
      <w:pPr>
        <w:spacing w:after="0" w:line="240" w:lineRule="auto"/>
        <w:ind w:left="-284" w:firstLine="710"/>
        <w:rPr>
          <w:rFonts w:ascii="Corbel" w:hAnsi="Corbel"/>
        </w:rPr>
      </w:pPr>
      <w:r w:rsidRPr="001A4A3C">
        <w:rPr>
          <w:rFonts w:ascii="Corbel" w:hAnsi="Corbel"/>
        </w:rPr>
        <w:t>•</w:t>
      </w:r>
      <w:r w:rsidRPr="001A4A3C">
        <w:rPr>
          <w:rFonts w:ascii="Corbel" w:hAnsi="Corbel"/>
        </w:rPr>
        <w:tab/>
        <w:t>Suspected overdose or serious self-injury</w:t>
      </w:r>
    </w:p>
    <w:p w14:paraId="71312648" w14:textId="77777777" w:rsidR="00E45328" w:rsidRDefault="00AE04FE" w:rsidP="00BA248E">
      <w:pPr>
        <w:spacing w:after="0" w:line="240" w:lineRule="auto"/>
        <w:ind w:left="-284" w:firstLine="710"/>
        <w:rPr>
          <w:rFonts w:ascii="Corbel" w:hAnsi="Corbel"/>
        </w:rPr>
      </w:pPr>
      <w:r w:rsidRPr="001A4A3C">
        <w:rPr>
          <w:rFonts w:ascii="Corbel" w:hAnsi="Corbel"/>
        </w:rPr>
        <w:t>•</w:t>
      </w:r>
      <w:r w:rsidRPr="001A4A3C">
        <w:rPr>
          <w:rFonts w:ascii="Corbel" w:hAnsi="Corbel"/>
        </w:rPr>
        <w:tab/>
        <w:t>Other emergencies as specified in an individual’s health plan</w:t>
      </w:r>
    </w:p>
    <w:p w14:paraId="76D5BE66" w14:textId="77777777" w:rsidR="002D0DC4" w:rsidRPr="001A4A3C" w:rsidRDefault="002D0DC4" w:rsidP="002D0DC4">
      <w:pPr>
        <w:spacing w:after="0" w:line="240" w:lineRule="auto"/>
        <w:rPr>
          <w:rFonts w:ascii="Corbel" w:hAnsi="Corbel"/>
        </w:rPr>
      </w:pPr>
    </w:p>
    <w:p w14:paraId="059685A1" w14:textId="77777777" w:rsidR="00E45328" w:rsidRPr="001A4A3C" w:rsidRDefault="00AE04FE">
      <w:pPr>
        <w:rPr>
          <w:rFonts w:ascii="Corbel" w:hAnsi="Corbel"/>
        </w:rPr>
      </w:pPr>
      <w:r w:rsidRPr="001A4A3C">
        <w:rPr>
          <w:rFonts w:ascii="Corbel" w:hAnsi="Corbel"/>
        </w:rPr>
        <w:t>If a person cannot stand unaided, leave them in position (if safe) and rapidly assess to inform next steps.</w:t>
      </w:r>
    </w:p>
    <w:p w14:paraId="7A91337F" w14:textId="77777777" w:rsidR="00E45328" w:rsidRPr="002D0DC4" w:rsidRDefault="00AE04FE">
      <w:pPr>
        <w:rPr>
          <w:rFonts w:ascii="Corbel" w:hAnsi="Corbel"/>
          <w:b/>
          <w:bCs/>
        </w:rPr>
      </w:pPr>
      <w:r w:rsidRPr="002D0DC4">
        <w:rPr>
          <w:rFonts w:ascii="Corbel" w:hAnsi="Corbel"/>
          <w:b/>
          <w:bCs/>
        </w:rPr>
        <w:t>7.3 Head Injuries</w:t>
      </w:r>
    </w:p>
    <w:p w14:paraId="2F719050" w14:textId="77777777" w:rsidR="00E45328" w:rsidRPr="001A4A3C" w:rsidRDefault="00AE04FE" w:rsidP="00BA248E">
      <w:pPr>
        <w:spacing w:after="0" w:line="240" w:lineRule="auto"/>
        <w:ind w:left="709" w:hanging="283"/>
        <w:rPr>
          <w:rFonts w:ascii="Corbel" w:hAnsi="Corbel"/>
        </w:rPr>
      </w:pPr>
      <w:r w:rsidRPr="001A4A3C">
        <w:rPr>
          <w:rFonts w:ascii="Corbel" w:hAnsi="Corbel"/>
        </w:rPr>
        <w:t>•</w:t>
      </w:r>
      <w:r w:rsidRPr="001A4A3C">
        <w:rPr>
          <w:rFonts w:ascii="Corbel" w:hAnsi="Corbel"/>
        </w:rPr>
        <w:tab/>
        <w:t>Many minor head bumps can be managed with a cold compress for comfort.</w:t>
      </w:r>
    </w:p>
    <w:p w14:paraId="32BA2C99" w14:textId="06D3E804" w:rsidR="00E45328" w:rsidRPr="001A4A3C" w:rsidRDefault="6CEFBD3C" w:rsidP="29CDF304">
      <w:pPr>
        <w:spacing w:after="0" w:line="240" w:lineRule="auto"/>
        <w:ind w:left="709" w:hanging="283"/>
        <w:rPr>
          <w:rFonts w:ascii="Corbel" w:hAnsi="Corbel"/>
        </w:rPr>
      </w:pPr>
      <w:r w:rsidRPr="29CDF304">
        <w:rPr>
          <w:rFonts w:ascii="Corbel" w:hAnsi="Corbel"/>
        </w:rPr>
        <w:t>•</w:t>
      </w:r>
      <w:r w:rsidR="00AE04FE">
        <w:tab/>
      </w:r>
      <w:r w:rsidRPr="29CDF304">
        <w:rPr>
          <w:rFonts w:ascii="Corbel" w:hAnsi="Corbel"/>
        </w:rPr>
        <w:t xml:space="preserve">All head injuries </w:t>
      </w:r>
      <w:r w:rsidRPr="29CDF304">
        <w:rPr>
          <w:rFonts w:ascii="Corbel" w:hAnsi="Corbel"/>
          <w:b/>
          <w:bCs/>
        </w:rPr>
        <w:t>must be</w:t>
      </w:r>
      <w:r w:rsidRPr="29CDF304">
        <w:rPr>
          <w:rFonts w:ascii="Corbel" w:hAnsi="Corbel"/>
        </w:rPr>
        <w:t xml:space="preserve"> recorded and parents/carers contacted</w:t>
      </w:r>
      <w:r w:rsidR="3666A394" w:rsidRPr="29CDF304">
        <w:rPr>
          <w:rFonts w:ascii="Corbel" w:hAnsi="Corbel"/>
          <w:b/>
          <w:bCs/>
        </w:rPr>
        <w:t xml:space="preserve"> </w:t>
      </w:r>
      <w:r w:rsidR="3ADAAAC7" w:rsidRPr="29CDF304">
        <w:rPr>
          <w:rFonts w:ascii="Corbel" w:hAnsi="Corbel"/>
        </w:rPr>
        <w:t>and informed</w:t>
      </w:r>
      <w:r w:rsidR="3ADAAAC7" w:rsidRPr="29CDF304">
        <w:rPr>
          <w:rFonts w:ascii="Corbel" w:hAnsi="Corbel"/>
          <w:b/>
          <w:bCs/>
        </w:rPr>
        <w:t xml:space="preserve"> </w:t>
      </w:r>
      <w:r w:rsidR="3666A394" w:rsidRPr="29CDF304">
        <w:rPr>
          <w:rFonts w:ascii="Corbel" w:hAnsi="Corbel"/>
          <w:b/>
          <w:bCs/>
        </w:rPr>
        <w:t>immediately</w:t>
      </w:r>
      <w:r w:rsidRPr="29CDF304">
        <w:rPr>
          <w:rFonts w:ascii="Corbel" w:hAnsi="Corbel"/>
        </w:rPr>
        <w:t>.</w:t>
      </w:r>
      <w:r w:rsidR="3ADAAAC7" w:rsidRPr="29CDF304">
        <w:rPr>
          <w:rFonts w:ascii="Corbel" w:hAnsi="Corbel"/>
        </w:rPr>
        <w:t xml:space="preserve"> These incidents </w:t>
      </w:r>
      <w:r w:rsidR="3ADAAAC7" w:rsidRPr="29CDF304">
        <w:rPr>
          <w:rFonts w:ascii="Corbel" w:hAnsi="Corbel"/>
          <w:u w:val="single"/>
        </w:rPr>
        <w:t xml:space="preserve">must </w:t>
      </w:r>
      <w:r w:rsidR="3ADAAAC7" w:rsidRPr="29CDF304">
        <w:rPr>
          <w:rFonts w:ascii="Corbel" w:hAnsi="Corbel"/>
        </w:rPr>
        <w:t>be logged on CPOMS</w:t>
      </w:r>
      <w:r w:rsidR="207F2D31" w:rsidRPr="29CDF304">
        <w:rPr>
          <w:rFonts w:ascii="Corbel" w:hAnsi="Corbel"/>
        </w:rPr>
        <w:t xml:space="preserve"> under the heading ‘Medical, Mental Health and Wellbeing’, sub categor</w:t>
      </w:r>
      <w:r w:rsidR="18060944" w:rsidRPr="29CDF304">
        <w:rPr>
          <w:rFonts w:ascii="Corbel" w:hAnsi="Corbel"/>
        </w:rPr>
        <w:t>y Head Injury</w:t>
      </w:r>
      <w:r w:rsidR="3ADAAAC7" w:rsidRPr="29CDF304">
        <w:rPr>
          <w:rFonts w:ascii="Corbel" w:hAnsi="Corbel"/>
        </w:rPr>
        <w:t>.</w:t>
      </w:r>
    </w:p>
    <w:p w14:paraId="2B4DB3C3" w14:textId="0A67B009" w:rsidR="00E45328" w:rsidRDefault="6CEFBD3C" w:rsidP="00BA248E">
      <w:pPr>
        <w:spacing w:after="0" w:line="240" w:lineRule="auto"/>
        <w:ind w:left="709" w:hanging="283"/>
      </w:pPr>
      <w:r w:rsidRPr="29CDF304">
        <w:rPr>
          <w:rFonts w:ascii="Corbel" w:hAnsi="Corbel"/>
        </w:rPr>
        <w:t>•</w:t>
      </w:r>
      <w:r w:rsidR="00AE04FE">
        <w:tab/>
      </w:r>
      <w:r w:rsidRPr="29CDF304">
        <w:rPr>
          <w:rFonts w:ascii="Corbel" w:hAnsi="Corbel"/>
        </w:rPr>
        <w:t xml:space="preserve">Follow emergency procedures if there is unconsciousness, vomiting/drowsiness, persistent headache, blurred/double vision, bleeding from nose/ear, or </w:t>
      </w:r>
      <w:r w:rsidR="3666A394" w:rsidRPr="29CDF304">
        <w:rPr>
          <w:rFonts w:ascii="Corbel" w:hAnsi="Corbel"/>
        </w:rPr>
        <w:t>pale-yellow</w:t>
      </w:r>
      <w:r w:rsidRPr="29CDF304">
        <w:rPr>
          <w:rFonts w:ascii="Corbel" w:hAnsi="Corbel"/>
        </w:rPr>
        <w:t xml:space="preserve"> fluid from nose/ear. Call 999 and contact parents/carers</w:t>
      </w:r>
      <w:r w:rsidR="3666A394" w:rsidRPr="29CDF304">
        <w:rPr>
          <w:rFonts w:ascii="Corbel" w:hAnsi="Corbel"/>
        </w:rPr>
        <w:t xml:space="preserve"> </w:t>
      </w:r>
      <w:r w:rsidR="3666A394" w:rsidRPr="29CDF304">
        <w:rPr>
          <w:rFonts w:ascii="Corbel" w:hAnsi="Corbel"/>
          <w:b/>
          <w:bCs/>
        </w:rPr>
        <w:t>immediately</w:t>
      </w:r>
      <w:r w:rsidRPr="29CDF304">
        <w:rPr>
          <w:rFonts w:ascii="Corbel" w:hAnsi="Corbel"/>
        </w:rPr>
        <w:t>.</w:t>
      </w:r>
    </w:p>
    <w:p w14:paraId="1EF37255" w14:textId="23D1F626" w:rsidR="29CDF304" w:rsidRDefault="29CDF304" w:rsidP="29CDF304">
      <w:pPr>
        <w:spacing w:after="0" w:line="240" w:lineRule="auto"/>
        <w:ind w:left="709" w:hanging="283"/>
        <w:rPr>
          <w:rFonts w:ascii="Corbel" w:hAnsi="Corbel"/>
        </w:rPr>
      </w:pPr>
    </w:p>
    <w:p w14:paraId="72118186" w14:textId="0759177B" w:rsidR="18E220B5" w:rsidRDefault="18E220B5" w:rsidP="29CDF304">
      <w:pPr>
        <w:spacing w:after="0" w:line="240" w:lineRule="auto"/>
      </w:pPr>
      <w:r w:rsidRPr="29CDF304">
        <w:rPr>
          <w:rFonts w:ascii="Corbel" w:hAnsi="Corbel"/>
          <w:b/>
          <w:bCs/>
        </w:rPr>
        <w:t>7.4 Choking</w:t>
      </w:r>
    </w:p>
    <w:p w14:paraId="6FA1C4EC" w14:textId="23343550" w:rsidR="33477962" w:rsidRDefault="33477962" w:rsidP="29CDF304">
      <w:pPr>
        <w:spacing w:before="240" w:after="240"/>
      </w:pPr>
      <w:r w:rsidRPr="29CDF304">
        <w:rPr>
          <w:rFonts w:ascii="Corbel" w:eastAsia="Corbel" w:hAnsi="Corbel" w:cs="Corbel"/>
        </w:rPr>
        <w:t>All staff should be aware of the signs of choking and know how to respond promptly and appropriately. Staff must follow their current first-aid training and the guidance provided by their accredited first-aid training provider.</w:t>
      </w:r>
    </w:p>
    <w:p w14:paraId="30A714CD" w14:textId="5BB7286F" w:rsidR="33477962" w:rsidRDefault="33477962" w:rsidP="29CDF304">
      <w:pPr>
        <w:spacing w:before="240" w:after="240"/>
      </w:pPr>
      <w:r w:rsidRPr="29CDF304">
        <w:rPr>
          <w:rFonts w:ascii="Corbel" w:eastAsia="Corbel" w:hAnsi="Corbel" w:cs="Corbel"/>
          <w:b/>
          <w:bCs/>
        </w:rPr>
        <w:t>Signs of choking may include:</w:t>
      </w:r>
    </w:p>
    <w:p w14:paraId="7B02114C" w14:textId="693B7755" w:rsidR="33477962" w:rsidRDefault="33477962" w:rsidP="29CDF304">
      <w:pPr>
        <w:pStyle w:val="ListParagraph"/>
        <w:numPr>
          <w:ilvl w:val="0"/>
          <w:numId w:val="4"/>
        </w:numPr>
        <w:spacing w:after="0"/>
        <w:rPr>
          <w:rFonts w:ascii="Corbel" w:eastAsia="Corbel" w:hAnsi="Corbel" w:cs="Corbel"/>
        </w:rPr>
      </w:pPr>
      <w:r w:rsidRPr="29CDF304">
        <w:rPr>
          <w:rFonts w:ascii="Corbel" w:eastAsia="Corbel" w:hAnsi="Corbel" w:cs="Corbel"/>
        </w:rPr>
        <w:t>being unable to breathe, speak, cry or make sounds;</w:t>
      </w:r>
    </w:p>
    <w:p w14:paraId="4F3D58E2" w14:textId="6B654E88" w:rsidR="33477962" w:rsidRDefault="33477962" w:rsidP="29CDF304">
      <w:pPr>
        <w:pStyle w:val="ListParagraph"/>
        <w:numPr>
          <w:ilvl w:val="0"/>
          <w:numId w:val="4"/>
        </w:numPr>
        <w:spacing w:after="0"/>
        <w:rPr>
          <w:rFonts w:ascii="Corbel" w:eastAsia="Corbel" w:hAnsi="Corbel" w:cs="Corbel"/>
        </w:rPr>
      </w:pPr>
      <w:r w:rsidRPr="29CDF304">
        <w:rPr>
          <w:rFonts w:ascii="Corbel" w:eastAsia="Corbel" w:hAnsi="Corbel" w:cs="Corbel"/>
        </w:rPr>
        <w:t>coughing weakly or being unable to cough effectively;</w:t>
      </w:r>
    </w:p>
    <w:p w14:paraId="2C906618" w14:textId="2414ABE3" w:rsidR="33477962" w:rsidRDefault="33477962" w:rsidP="29CDF304">
      <w:pPr>
        <w:pStyle w:val="ListParagraph"/>
        <w:numPr>
          <w:ilvl w:val="0"/>
          <w:numId w:val="4"/>
        </w:numPr>
        <w:spacing w:after="0"/>
        <w:rPr>
          <w:rFonts w:ascii="Corbel" w:eastAsia="Corbel" w:hAnsi="Corbel" w:cs="Corbel"/>
        </w:rPr>
      </w:pPr>
      <w:r w:rsidRPr="29CDF304">
        <w:rPr>
          <w:rFonts w:ascii="Corbel" w:eastAsia="Corbel" w:hAnsi="Corbel" w:cs="Corbel"/>
        </w:rPr>
        <w:t>clutching the throat or showing signs of distress;</w:t>
      </w:r>
    </w:p>
    <w:p w14:paraId="754F387D" w14:textId="0587EC40" w:rsidR="33477962" w:rsidRDefault="33477962" w:rsidP="29CDF304">
      <w:pPr>
        <w:pStyle w:val="ListParagraph"/>
        <w:numPr>
          <w:ilvl w:val="0"/>
          <w:numId w:val="4"/>
        </w:numPr>
        <w:spacing w:after="0"/>
        <w:rPr>
          <w:rFonts w:ascii="Corbel" w:eastAsia="Corbel" w:hAnsi="Corbel" w:cs="Corbel"/>
        </w:rPr>
      </w:pPr>
      <w:r w:rsidRPr="29CDF304">
        <w:rPr>
          <w:rFonts w:ascii="Corbel" w:eastAsia="Corbel" w:hAnsi="Corbel" w:cs="Corbel"/>
        </w:rPr>
        <w:t>noisy or difficult breathing;</w:t>
      </w:r>
    </w:p>
    <w:p w14:paraId="61D4FF78" w14:textId="3E92F644" w:rsidR="33477962" w:rsidRDefault="33477962" w:rsidP="29CDF304">
      <w:pPr>
        <w:pStyle w:val="ListParagraph"/>
        <w:numPr>
          <w:ilvl w:val="0"/>
          <w:numId w:val="4"/>
        </w:numPr>
        <w:spacing w:after="0"/>
        <w:rPr>
          <w:rFonts w:ascii="Corbel" w:eastAsia="Corbel" w:hAnsi="Corbel" w:cs="Corbel"/>
        </w:rPr>
      </w:pPr>
      <w:r w:rsidRPr="29CDF304">
        <w:rPr>
          <w:rFonts w:ascii="Corbel" w:eastAsia="Corbel" w:hAnsi="Corbel" w:cs="Corbel"/>
        </w:rPr>
        <w:t>becoming pale, blue or grey; or</w:t>
      </w:r>
    </w:p>
    <w:p w14:paraId="7AA7BC47" w14:textId="217CD9B9" w:rsidR="33477962" w:rsidRDefault="33477962" w:rsidP="29CDF304">
      <w:pPr>
        <w:pStyle w:val="ListParagraph"/>
        <w:numPr>
          <w:ilvl w:val="0"/>
          <w:numId w:val="4"/>
        </w:numPr>
        <w:spacing w:after="0"/>
        <w:rPr>
          <w:rFonts w:ascii="Corbel" w:eastAsia="Corbel" w:hAnsi="Corbel" w:cs="Corbel"/>
        </w:rPr>
      </w:pPr>
      <w:r w:rsidRPr="29CDF304">
        <w:rPr>
          <w:rFonts w:ascii="Corbel" w:eastAsia="Corbel" w:hAnsi="Corbel" w:cs="Corbel"/>
        </w:rPr>
        <w:t>becoming unconscious.</w:t>
      </w:r>
    </w:p>
    <w:p w14:paraId="554E5A71" w14:textId="550138D9" w:rsidR="33477962" w:rsidRDefault="33477962" w:rsidP="29CDF304">
      <w:pPr>
        <w:spacing w:before="240" w:after="240"/>
      </w:pPr>
      <w:r w:rsidRPr="29CDF304">
        <w:rPr>
          <w:rFonts w:ascii="Corbel" w:eastAsia="Corbel" w:hAnsi="Corbel" w:cs="Corbel"/>
        </w:rPr>
        <w:t>If a child is choking, staff should encourage them to cough if they are able to do so effectively. If the cough is ineffective, staff should provide appropriate first-aid treatment in accordance with their training. This includes age-appropriate back blows and, where necessary, abdominal thrusts for children over one year or chest thrusts for babies under one year.</w:t>
      </w:r>
    </w:p>
    <w:p w14:paraId="3C42AB58" w14:textId="1C6B14AF" w:rsidR="33477962" w:rsidRDefault="33477962" w:rsidP="29CDF304">
      <w:pPr>
        <w:spacing w:before="240" w:after="240"/>
      </w:pPr>
      <w:r w:rsidRPr="29CDF304">
        <w:rPr>
          <w:rFonts w:ascii="Corbel" w:eastAsia="Corbel" w:hAnsi="Corbel" w:cs="Corbel"/>
        </w:rPr>
        <w:t>Staff must not put their fingers into a child's mouth unless an obstruction can be clearly seen and can be safely removed.</w:t>
      </w:r>
    </w:p>
    <w:p w14:paraId="47697EA4" w14:textId="37E697A8" w:rsidR="33477962" w:rsidRDefault="33477962" w:rsidP="29CDF304">
      <w:pPr>
        <w:spacing w:before="240" w:after="240"/>
      </w:pPr>
      <w:r w:rsidRPr="29CDF304">
        <w:rPr>
          <w:rFonts w:ascii="Corbel" w:eastAsia="Corbel" w:hAnsi="Corbel" w:cs="Corbel"/>
        </w:rPr>
        <w:t xml:space="preserve">If the obstruction cannot be cleared, or if the child becomes unconscious, </w:t>
      </w:r>
      <w:r w:rsidRPr="29CDF304">
        <w:rPr>
          <w:rFonts w:ascii="Corbel" w:eastAsia="Corbel" w:hAnsi="Corbel" w:cs="Corbel"/>
          <w:b/>
          <w:bCs/>
        </w:rPr>
        <w:t>999 must be called immediately</w:t>
      </w:r>
      <w:r w:rsidRPr="29CDF304">
        <w:rPr>
          <w:rFonts w:ascii="Corbel" w:eastAsia="Corbel" w:hAnsi="Corbel" w:cs="Corbel"/>
        </w:rPr>
        <w:t xml:space="preserve"> and staff must follow the instructions of the emergency services. If the child becomes unconscious, CPR should be commenced in accordance with the responder's first-aid training and emergency service instructions. An AED should be used where available and appropriate.</w:t>
      </w:r>
    </w:p>
    <w:p w14:paraId="71D47213" w14:textId="422629AE" w:rsidR="33477962" w:rsidRDefault="33477962" w:rsidP="29CDF304">
      <w:pPr>
        <w:spacing w:before="240" w:after="240"/>
      </w:pPr>
      <w:r w:rsidRPr="29CDF304">
        <w:rPr>
          <w:rFonts w:ascii="Corbel" w:eastAsia="Corbel" w:hAnsi="Corbel" w:cs="Corbel"/>
        </w:rPr>
        <w:t xml:space="preserve">All choking incidents must be recorded and parents/carers contacted and informed immediately. These incidents must be logged on CPOMS under the heading </w:t>
      </w:r>
      <w:r w:rsidRPr="29CDF304">
        <w:rPr>
          <w:rFonts w:ascii="Corbel" w:eastAsia="Corbel" w:hAnsi="Corbel" w:cs="Corbel"/>
          <w:b/>
          <w:bCs/>
        </w:rPr>
        <w:t>‘Medical, Mental Health and Wellbeing’, sub-category ‘Choking’</w:t>
      </w:r>
      <w:r w:rsidRPr="29CDF304">
        <w:rPr>
          <w:rFonts w:ascii="Corbel" w:eastAsia="Corbel" w:hAnsi="Corbel" w:cs="Corbel"/>
        </w:rPr>
        <w:t>.</w:t>
      </w:r>
    </w:p>
    <w:p w14:paraId="74CF164B" w14:textId="7ED5D169" w:rsidR="33477962" w:rsidRDefault="33477962" w:rsidP="29CDF304">
      <w:pPr>
        <w:spacing w:before="240" w:after="240"/>
      </w:pPr>
      <w:r w:rsidRPr="29CDF304">
        <w:rPr>
          <w:rFonts w:ascii="Corbel" w:eastAsia="Corbel" w:hAnsi="Corbel" w:cs="Corbel"/>
        </w:rPr>
        <w:t>Where abdominal or chest thrusts have been required, or where there is any concern about the child's wellbeing following a choking incident, the child should receive appropriate medical assessment, even if the obstruction has been successfully removed and the child appears well.</w:t>
      </w:r>
    </w:p>
    <w:p w14:paraId="2E716E1F" w14:textId="39DF1EDE" w:rsidR="33477962" w:rsidRDefault="33477962" w:rsidP="29CDF304">
      <w:pPr>
        <w:spacing w:before="240" w:after="240"/>
        <w:rPr>
          <w:rFonts w:ascii="Corbel" w:eastAsia="Corbel" w:hAnsi="Corbel" w:cs="Corbel"/>
          <w:i/>
          <w:iCs/>
        </w:rPr>
      </w:pPr>
      <w:r w:rsidRPr="29CDF304">
        <w:rPr>
          <w:rFonts w:ascii="Corbel" w:eastAsia="Corbel" w:hAnsi="Corbel" w:cs="Corbel"/>
        </w:rPr>
        <w:t xml:space="preserve">For </w:t>
      </w:r>
      <w:r w:rsidRPr="29CDF304">
        <w:rPr>
          <w:rFonts w:ascii="Corbel" w:eastAsia="Corbel" w:hAnsi="Corbel" w:cs="Corbel"/>
          <w:b/>
          <w:bCs/>
        </w:rPr>
        <w:t>Early Years provision</w:t>
      </w:r>
      <w:r w:rsidRPr="29CDF304">
        <w:rPr>
          <w:rFonts w:ascii="Corbel" w:eastAsia="Corbel" w:hAnsi="Corbel" w:cs="Corbel"/>
        </w:rPr>
        <w:t>, staff must be particularly vigilant during mealtimes and when children have access to small objects, loose parts or other potential choking hazards. Food and resources must be appropriate to children's age and developmental stage, and children must be appropriately supervised when eating.</w:t>
      </w:r>
      <w:r w:rsidR="47EDB03B" w:rsidRPr="29CDF304">
        <w:rPr>
          <w:rFonts w:ascii="Corbel" w:eastAsia="Corbel" w:hAnsi="Corbel" w:cs="Corbel"/>
        </w:rPr>
        <w:t xml:space="preserve"> </w:t>
      </w:r>
      <w:r w:rsidR="47EDB03B" w:rsidRPr="29CDF304">
        <w:rPr>
          <w:rFonts w:ascii="Corbel" w:eastAsia="Corbel" w:hAnsi="Corbel" w:cs="Corbel"/>
          <w:i/>
          <w:iCs/>
        </w:rPr>
        <w:t>Please refer to Early Years Policy and Food and Nutrition Policy for more information.</w:t>
      </w:r>
    </w:p>
    <w:p w14:paraId="2E449801" w14:textId="77777777" w:rsidR="0004570E" w:rsidRDefault="0004570E" w:rsidP="29CDF304">
      <w:pPr>
        <w:spacing w:before="240" w:after="240"/>
      </w:pPr>
    </w:p>
    <w:p w14:paraId="375C0A9F" w14:textId="67F0DDEB" w:rsidR="29CDF304" w:rsidRDefault="29CDF304" w:rsidP="29CDF304">
      <w:pPr>
        <w:spacing w:after="0" w:line="240" w:lineRule="auto"/>
        <w:rPr>
          <w:rFonts w:ascii="Corbel" w:hAnsi="Corbel"/>
          <w:b/>
          <w:bCs/>
        </w:rPr>
      </w:pPr>
    </w:p>
    <w:p w14:paraId="69C186C6" w14:textId="030857C2" w:rsidR="00E45328" w:rsidRPr="002D0DC4" w:rsidRDefault="6CEFBD3C">
      <w:r w:rsidRPr="29CDF304">
        <w:rPr>
          <w:rFonts w:ascii="Corbel" w:hAnsi="Corbel"/>
          <w:b/>
          <w:bCs/>
        </w:rPr>
        <w:lastRenderedPageBreak/>
        <w:t xml:space="preserve"> 7.</w:t>
      </w:r>
      <w:r w:rsidR="7997A4AA" w:rsidRPr="29CDF304">
        <w:rPr>
          <w:rFonts w:ascii="Corbel" w:hAnsi="Corbel"/>
          <w:b/>
          <w:bCs/>
        </w:rPr>
        <w:t>5</w:t>
      </w:r>
      <w:r w:rsidRPr="29CDF304">
        <w:rPr>
          <w:rFonts w:ascii="Corbel" w:hAnsi="Corbel"/>
          <w:b/>
          <w:bCs/>
        </w:rPr>
        <w:t xml:space="preserve"> </w:t>
      </w:r>
      <w:r w:rsidR="19C2A6C3" w:rsidRPr="29CDF304">
        <w:rPr>
          <w:rFonts w:ascii="Corbel" w:hAnsi="Corbel"/>
          <w:b/>
          <w:bCs/>
        </w:rPr>
        <w:t>Epi Pens</w:t>
      </w:r>
    </w:p>
    <w:p w14:paraId="36A52E70" w14:textId="59A78516" w:rsidR="00E45328" w:rsidRPr="002D0DC4" w:rsidRDefault="67D43423" w:rsidP="29CDF304">
      <w:pPr>
        <w:pStyle w:val="ListParagraph"/>
        <w:numPr>
          <w:ilvl w:val="0"/>
          <w:numId w:val="19"/>
        </w:numPr>
        <w:spacing w:after="0"/>
        <w:rPr>
          <w:rFonts w:ascii="Corbel" w:eastAsia="Corbel" w:hAnsi="Corbel" w:cs="Corbel"/>
        </w:rPr>
      </w:pPr>
      <w:r w:rsidRPr="29CDF304">
        <w:rPr>
          <w:rFonts w:ascii="Corbel" w:eastAsia="Corbel" w:hAnsi="Corbel" w:cs="Corbel"/>
        </w:rPr>
        <w:t xml:space="preserve">Children prescribed an AAI/EpiPen must have </w:t>
      </w:r>
      <w:r w:rsidRPr="29CDF304">
        <w:rPr>
          <w:rFonts w:ascii="Corbel" w:eastAsia="Corbel" w:hAnsi="Corbel" w:cs="Corbel"/>
          <w:b/>
          <w:bCs/>
        </w:rPr>
        <w:t>immediate access</w:t>
      </w:r>
      <w:r w:rsidRPr="29CDF304">
        <w:rPr>
          <w:rFonts w:ascii="Corbel" w:eastAsia="Corbel" w:hAnsi="Corbel" w:cs="Corbel"/>
        </w:rPr>
        <w:t xml:space="preserve"> to it at all times.</w:t>
      </w:r>
    </w:p>
    <w:p w14:paraId="7F4C8EE1" w14:textId="5F28587D" w:rsidR="00E45328" w:rsidRPr="002D0DC4" w:rsidRDefault="67D43423" w:rsidP="29CDF304">
      <w:pPr>
        <w:pStyle w:val="ListParagraph"/>
        <w:numPr>
          <w:ilvl w:val="0"/>
          <w:numId w:val="19"/>
        </w:numPr>
        <w:spacing w:after="0"/>
        <w:rPr>
          <w:rFonts w:ascii="Corbel" w:eastAsia="Corbel" w:hAnsi="Corbel" w:cs="Corbel"/>
        </w:rPr>
      </w:pPr>
      <w:r w:rsidRPr="29CDF304">
        <w:rPr>
          <w:rFonts w:ascii="Corbel" w:eastAsia="Corbel" w:hAnsi="Corbel" w:cs="Corbel"/>
        </w:rPr>
        <w:t>Relevant staff must know its location and be trained in its use.</w:t>
      </w:r>
    </w:p>
    <w:p w14:paraId="17A155F0" w14:textId="099BF8D7" w:rsidR="00E45328" w:rsidRPr="002D0DC4" w:rsidRDefault="67D43423" w:rsidP="29CDF304">
      <w:pPr>
        <w:pStyle w:val="ListParagraph"/>
        <w:numPr>
          <w:ilvl w:val="0"/>
          <w:numId w:val="19"/>
        </w:numPr>
        <w:spacing w:after="0"/>
        <w:rPr>
          <w:rFonts w:ascii="Corbel" w:eastAsia="Corbel" w:hAnsi="Corbel" w:cs="Corbel"/>
        </w:rPr>
      </w:pPr>
      <w:r w:rsidRPr="29CDF304">
        <w:rPr>
          <w:rFonts w:ascii="Corbel" w:eastAsia="Corbel" w:hAnsi="Corbel" w:cs="Corbel"/>
        </w:rPr>
        <w:t xml:space="preserve">If </w:t>
      </w:r>
      <w:r w:rsidRPr="29CDF304">
        <w:rPr>
          <w:rFonts w:ascii="Corbel" w:eastAsia="Corbel" w:hAnsi="Corbel" w:cs="Corbel"/>
          <w:b/>
          <w:bCs/>
        </w:rPr>
        <w:t>anaphylaxis is suspected</w:t>
      </w:r>
      <w:r w:rsidRPr="29CDF304">
        <w:rPr>
          <w:rFonts w:ascii="Corbel" w:eastAsia="Corbel" w:hAnsi="Corbel" w:cs="Corbel"/>
        </w:rPr>
        <w:t xml:space="preserve">, administer the AAI without delay and </w:t>
      </w:r>
      <w:r w:rsidRPr="29CDF304">
        <w:rPr>
          <w:rFonts w:ascii="Corbel" w:eastAsia="Corbel" w:hAnsi="Corbel" w:cs="Corbel"/>
          <w:b/>
          <w:bCs/>
        </w:rPr>
        <w:t>call 999</w:t>
      </w:r>
      <w:r w:rsidRPr="29CDF304">
        <w:rPr>
          <w:rFonts w:ascii="Corbel" w:eastAsia="Corbel" w:hAnsi="Corbel" w:cs="Corbel"/>
        </w:rPr>
        <w:t>.</w:t>
      </w:r>
    </w:p>
    <w:p w14:paraId="7B5393D2" w14:textId="3F52E570" w:rsidR="00E45328" w:rsidRPr="002D0DC4" w:rsidRDefault="67D43423" w:rsidP="29CDF304">
      <w:pPr>
        <w:pStyle w:val="ListParagraph"/>
        <w:numPr>
          <w:ilvl w:val="0"/>
          <w:numId w:val="19"/>
        </w:numPr>
        <w:spacing w:after="0"/>
        <w:rPr>
          <w:rFonts w:ascii="Corbel" w:eastAsia="Corbel" w:hAnsi="Corbel" w:cs="Corbel"/>
        </w:rPr>
      </w:pPr>
      <w:r w:rsidRPr="29CDF304">
        <w:rPr>
          <w:rFonts w:ascii="Corbel" w:eastAsia="Corbel" w:hAnsi="Corbel" w:cs="Corbel"/>
        </w:rPr>
        <w:t>AAIs must accompany children on educational visits and outings.</w:t>
      </w:r>
    </w:p>
    <w:p w14:paraId="75882202" w14:textId="13F0CD3C" w:rsidR="00E45328" w:rsidRPr="002D0DC4" w:rsidRDefault="67D43423" w:rsidP="29CDF304">
      <w:pPr>
        <w:pStyle w:val="ListParagraph"/>
        <w:numPr>
          <w:ilvl w:val="0"/>
          <w:numId w:val="19"/>
        </w:numPr>
        <w:spacing w:after="0"/>
        <w:rPr>
          <w:rFonts w:ascii="Corbel" w:eastAsia="Corbel" w:hAnsi="Corbel" w:cs="Corbel"/>
        </w:rPr>
      </w:pPr>
      <w:r w:rsidRPr="29CDF304">
        <w:rPr>
          <w:rFonts w:ascii="Corbel" w:eastAsia="Corbel" w:hAnsi="Corbel" w:cs="Corbel"/>
        </w:rPr>
        <w:t xml:space="preserve">All administrations must be recorded on CPOM’s </w:t>
      </w:r>
      <w:r w:rsidR="7B3665E2" w:rsidRPr="29CDF304">
        <w:rPr>
          <w:rFonts w:ascii="Corbel" w:hAnsi="Corbel"/>
        </w:rPr>
        <w:t xml:space="preserve">under the heading ‘Medical, Mental Health and Wellbeing’, sub category Epi-Pen administration </w:t>
      </w:r>
      <w:r w:rsidRPr="29CDF304">
        <w:rPr>
          <w:rFonts w:ascii="Corbel" w:eastAsia="Corbel" w:hAnsi="Corbel" w:cs="Corbel"/>
        </w:rPr>
        <w:t>and parents/carers informed immediately.</w:t>
      </w:r>
    </w:p>
    <w:p w14:paraId="28517E40" w14:textId="33F62729" w:rsidR="00E45328" w:rsidRPr="002D0DC4" w:rsidRDefault="67D43423" w:rsidP="29CDF304">
      <w:pPr>
        <w:pStyle w:val="ListParagraph"/>
        <w:numPr>
          <w:ilvl w:val="0"/>
          <w:numId w:val="19"/>
        </w:numPr>
        <w:spacing w:after="0"/>
        <w:rPr>
          <w:rFonts w:ascii="Corbel" w:eastAsia="Corbel" w:hAnsi="Corbel" w:cs="Corbel"/>
        </w:rPr>
      </w:pPr>
      <w:r w:rsidRPr="29CDF304">
        <w:rPr>
          <w:rFonts w:ascii="Corbel" w:eastAsia="Corbel" w:hAnsi="Corbel" w:cs="Corbel"/>
        </w:rPr>
        <w:t>Spare AAIs must be stored and checked in accordance with current guidance and the Trust's Allergy Policy.</w:t>
      </w:r>
    </w:p>
    <w:p w14:paraId="1909819A" w14:textId="4F15E654" w:rsidR="00E45328" w:rsidRPr="002D0DC4" w:rsidRDefault="00E45328" w:rsidP="29CDF304">
      <w:pPr>
        <w:rPr>
          <w:rFonts w:ascii="Corbel" w:hAnsi="Corbel"/>
          <w:b/>
          <w:bCs/>
        </w:rPr>
      </w:pPr>
    </w:p>
    <w:p w14:paraId="5EF612EF" w14:textId="7E431180" w:rsidR="00E45328" w:rsidRPr="002D0DC4" w:rsidRDefault="19C2A6C3">
      <w:pPr>
        <w:rPr>
          <w:rFonts w:ascii="Corbel" w:hAnsi="Corbel"/>
          <w:b/>
          <w:bCs/>
        </w:rPr>
      </w:pPr>
      <w:r w:rsidRPr="29CDF304">
        <w:rPr>
          <w:rFonts w:ascii="Corbel" w:hAnsi="Corbel"/>
          <w:b/>
          <w:bCs/>
        </w:rPr>
        <w:t xml:space="preserve">7.6 </w:t>
      </w:r>
      <w:r w:rsidR="6CEFBD3C" w:rsidRPr="29CDF304">
        <w:rPr>
          <w:rFonts w:ascii="Corbel" w:hAnsi="Corbel"/>
          <w:b/>
          <w:bCs/>
        </w:rPr>
        <w:t xml:space="preserve">Mental Health Emergencies </w:t>
      </w:r>
    </w:p>
    <w:p w14:paraId="15EFA2F6" w14:textId="52C07387" w:rsidR="00BA248E" w:rsidRDefault="00AE04FE">
      <w:pPr>
        <w:rPr>
          <w:rFonts w:ascii="Corbel" w:hAnsi="Corbel"/>
        </w:rPr>
      </w:pPr>
      <w:r w:rsidRPr="001A4A3C">
        <w:rPr>
          <w:rFonts w:ascii="Corbel" w:hAnsi="Corbel"/>
        </w:rPr>
        <w:t>Staff should recognise that some emergencies may relate to pupil’s mental health or emotional well-being. Where a pupil presents an immediate risk to themselves or others, emergency services should be contacted where appropriate, alongside parents/carers and safeguarding staff. Staff should follow academy safeguarding procedures and individual risk assessments or support plans.</w:t>
      </w:r>
    </w:p>
    <w:p w14:paraId="3C1CE8FF" w14:textId="77777777" w:rsidR="0001375A" w:rsidRPr="001A4A3C" w:rsidRDefault="0001375A">
      <w:pPr>
        <w:rPr>
          <w:rFonts w:ascii="Corbel" w:hAnsi="Corbel"/>
        </w:rPr>
      </w:pPr>
    </w:p>
    <w:p w14:paraId="6014F254" w14:textId="77777777" w:rsidR="00E45328" w:rsidRPr="002D0DC4" w:rsidRDefault="00AE04FE">
      <w:pPr>
        <w:rPr>
          <w:rFonts w:ascii="Corbel" w:hAnsi="Corbel"/>
          <w:b/>
          <w:bCs/>
        </w:rPr>
      </w:pPr>
      <w:r w:rsidRPr="002D0DC4">
        <w:rPr>
          <w:rFonts w:ascii="Corbel" w:hAnsi="Corbel"/>
          <w:b/>
          <w:bCs/>
        </w:rPr>
        <w:t>8. First Aid Equipment and Defibrillators</w:t>
      </w:r>
    </w:p>
    <w:p w14:paraId="1EA179C1" w14:textId="77777777" w:rsidR="00E45328" w:rsidRPr="002D0DC4" w:rsidRDefault="00AE04FE">
      <w:pPr>
        <w:rPr>
          <w:rFonts w:ascii="Corbel" w:hAnsi="Corbel"/>
          <w:b/>
          <w:bCs/>
        </w:rPr>
      </w:pPr>
      <w:r w:rsidRPr="002D0DC4">
        <w:rPr>
          <w:rFonts w:ascii="Corbel" w:hAnsi="Corbel"/>
          <w:b/>
          <w:bCs/>
        </w:rPr>
        <w:t>8.1 First Aid Kits</w:t>
      </w:r>
    </w:p>
    <w:p w14:paraId="348E4903" w14:textId="71DB36D7" w:rsidR="006F5B01" w:rsidRDefault="00AE04FE" w:rsidP="002D0DC4">
      <w:pPr>
        <w:spacing w:after="0" w:line="240" w:lineRule="auto"/>
        <w:ind w:left="-142"/>
        <w:rPr>
          <w:rFonts w:ascii="Corbel" w:hAnsi="Corbel"/>
        </w:rPr>
      </w:pPr>
      <w:r w:rsidRPr="001A4A3C">
        <w:rPr>
          <w:rFonts w:ascii="Corbel" w:hAnsi="Corbel"/>
        </w:rPr>
        <w:t>Academies must</w:t>
      </w:r>
      <w:r w:rsidR="006F5B01">
        <w:rPr>
          <w:rFonts w:ascii="Corbel" w:hAnsi="Corbel"/>
        </w:rPr>
        <w:t>:</w:t>
      </w:r>
    </w:p>
    <w:p w14:paraId="5DD2904A" w14:textId="75BF56AC" w:rsidR="006F5B01" w:rsidRPr="009D1137" w:rsidRDefault="3738768F" w:rsidP="29CDF304">
      <w:pPr>
        <w:pStyle w:val="ListParagraph"/>
        <w:numPr>
          <w:ilvl w:val="0"/>
          <w:numId w:val="29"/>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Maintain an appropriate number of well-stocked and readily accessible first aid kits across the academy, taking account of the size, layout and activities of the setting. </w:t>
      </w:r>
    </w:p>
    <w:p w14:paraId="71F643B7" w14:textId="249A2647" w:rsidR="006F5B01" w:rsidRPr="009D1137" w:rsidRDefault="3738768F" w:rsidP="29CDF304">
      <w:pPr>
        <w:pStyle w:val="ListParagraph"/>
        <w:numPr>
          <w:ilvl w:val="0"/>
          <w:numId w:val="29"/>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Ensure first aid kits are clearly identified and accessible to staff, while being kept out of the reach of children. </w:t>
      </w:r>
    </w:p>
    <w:p w14:paraId="0F90C5B6" w14:textId="2873098B" w:rsidR="006F5B01" w:rsidRPr="009D1137" w:rsidRDefault="3738768F" w:rsidP="29CDF304">
      <w:pPr>
        <w:pStyle w:val="ListParagraph"/>
        <w:numPr>
          <w:ilvl w:val="0"/>
          <w:numId w:val="29"/>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Check first aid kits regularly to ensure contents are complete, clean and in date. </w:t>
      </w:r>
    </w:p>
    <w:p w14:paraId="3FFD7EE8" w14:textId="4CEB158A" w:rsidR="006F5B01" w:rsidRPr="009D1137" w:rsidRDefault="3738768F" w:rsidP="29CDF304">
      <w:pPr>
        <w:pStyle w:val="ListParagraph"/>
        <w:numPr>
          <w:ilvl w:val="0"/>
          <w:numId w:val="29"/>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Replace used, damaged or out-of-date items promptly. </w:t>
      </w:r>
    </w:p>
    <w:p w14:paraId="7AFA4F10" w14:textId="4965D3B8" w:rsidR="006F5B01" w:rsidRPr="009D1137" w:rsidRDefault="3738768F" w:rsidP="29CDF304">
      <w:pPr>
        <w:pStyle w:val="ListParagraph"/>
        <w:numPr>
          <w:ilvl w:val="0"/>
          <w:numId w:val="29"/>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Ensure first aid kits are available for off-site activities and educational visits, where appropriate. </w:t>
      </w:r>
    </w:p>
    <w:p w14:paraId="6FB80F46" w14:textId="5E49DEB7" w:rsidR="006F5B01" w:rsidRPr="00B376F3" w:rsidRDefault="3738768F" w:rsidP="29CDF304">
      <w:pPr>
        <w:pStyle w:val="ListParagraph"/>
        <w:numPr>
          <w:ilvl w:val="0"/>
          <w:numId w:val="29"/>
        </w:numPr>
        <w:spacing w:after="0" w:line="240" w:lineRule="auto"/>
        <w:rPr>
          <w:rFonts w:ascii="Corbel" w:eastAsia="Times New Roman" w:hAnsi="Corbel" w:cs="Times New Roman"/>
          <w:b/>
          <w:bCs/>
          <w:lang w:val="en-GB" w:eastAsia="en-GB"/>
        </w:rPr>
      </w:pPr>
      <w:r w:rsidRPr="29CDF304">
        <w:rPr>
          <w:rFonts w:ascii="Corbel" w:eastAsia="Times New Roman" w:hAnsi="Corbel" w:cs="Times New Roman"/>
          <w:lang w:val="en-GB" w:eastAsia="en-GB"/>
        </w:rPr>
        <w:t xml:space="preserve">Keep a record of regular checks and replenishment where required by the academy's local arrangements. </w:t>
      </w:r>
      <w:r w:rsidR="27B198F1" w:rsidRPr="29CDF304">
        <w:rPr>
          <w:rFonts w:ascii="Corbel" w:eastAsia="Times New Roman" w:hAnsi="Corbel" w:cs="Times New Roman"/>
          <w:lang w:val="en-GB" w:eastAsia="en-GB"/>
        </w:rPr>
        <w:t xml:space="preserve"> </w:t>
      </w:r>
      <w:r w:rsidR="27B198F1" w:rsidRPr="29CDF304">
        <w:rPr>
          <w:rFonts w:ascii="Corbel" w:eastAsia="Times New Roman" w:hAnsi="Corbel" w:cs="Times New Roman"/>
          <w:b/>
          <w:bCs/>
          <w:lang w:val="en-GB" w:eastAsia="en-GB"/>
        </w:rPr>
        <w:t>(Appendix 1)</w:t>
      </w:r>
    </w:p>
    <w:p w14:paraId="01D3DB1B" w14:textId="0D5C135F" w:rsidR="006F5B01" w:rsidRPr="009D1137" w:rsidRDefault="3738768F" w:rsidP="29CDF304">
      <w:pPr>
        <w:pStyle w:val="ListParagraph"/>
        <w:numPr>
          <w:ilvl w:val="0"/>
          <w:numId w:val="29"/>
        </w:numPr>
        <w:spacing w:after="0" w:line="240" w:lineRule="auto"/>
        <w:rPr>
          <w:rFonts w:ascii="Corbel" w:hAnsi="Corbel"/>
          <w:sz w:val="20"/>
          <w:szCs w:val="20"/>
        </w:rPr>
      </w:pPr>
      <w:r w:rsidRPr="29CDF304">
        <w:rPr>
          <w:rFonts w:ascii="Corbel" w:eastAsia="Times New Roman" w:hAnsi="Corbel" w:cs="Times New Roman"/>
          <w:lang w:val="en-GB" w:eastAsia="en-GB"/>
        </w:rPr>
        <w:t>Ensure first aid kits contain appropriate supplies for the needs of the academy, including suitable provision for Early Years settings.</w:t>
      </w:r>
    </w:p>
    <w:p w14:paraId="395FD9B8" w14:textId="77777777" w:rsidR="00BA248E" w:rsidRPr="001A4A3C" w:rsidRDefault="00BA248E" w:rsidP="002D0DC4">
      <w:pPr>
        <w:spacing w:after="0" w:line="240" w:lineRule="auto"/>
        <w:ind w:left="-142"/>
        <w:rPr>
          <w:rFonts w:ascii="Corbel" w:hAnsi="Corbel"/>
        </w:rPr>
      </w:pPr>
    </w:p>
    <w:p w14:paraId="305DFD83" w14:textId="65CD7CFC" w:rsidR="00E45328" w:rsidRPr="00E74118" w:rsidRDefault="00B02D01" w:rsidP="002D0DC4">
      <w:pPr>
        <w:spacing w:after="0" w:line="240" w:lineRule="auto"/>
        <w:ind w:left="-142"/>
        <w:rPr>
          <w:rFonts w:ascii="Corbel" w:hAnsi="Corbel"/>
          <w:b/>
          <w:bCs/>
        </w:rPr>
      </w:pPr>
      <w:r w:rsidRPr="00B02D01">
        <w:rPr>
          <w:rFonts w:ascii="Corbel" w:hAnsi="Corbel"/>
          <w:noProof/>
          <w:lang w:val="en-GB" w:eastAsia="en-GB"/>
        </w:rPr>
        <w:drawing>
          <wp:anchor distT="0" distB="0" distL="114300" distR="114300" simplePos="0" relativeHeight="251682816" behindDoc="1" locked="0" layoutInCell="1" allowOverlap="1" wp14:anchorId="2B238C55" wp14:editId="155D9C5F">
            <wp:simplePos x="0" y="0"/>
            <wp:positionH relativeFrom="column">
              <wp:posOffset>5425536</wp:posOffset>
            </wp:positionH>
            <wp:positionV relativeFrom="paragraph">
              <wp:posOffset>143803</wp:posOffset>
            </wp:positionV>
            <wp:extent cx="1337945" cy="831215"/>
            <wp:effectExtent l="0" t="0" r="0" b="6985"/>
            <wp:wrapTight wrapText="bothSides">
              <wp:wrapPolygon edited="0">
                <wp:start x="0" y="0"/>
                <wp:lineTo x="0" y="21286"/>
                <wp:lineTo x="21221" y="21286"/>
                <wp:lineTo x="21221"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337945" cy="831215"/>
                    </a:xfrm>
                    <a:prstGeom prst="rect">
                      <a:avLst/>
                    </a:prstGeom>
                  </pic:spPr>
                </pic:pic>
              </a:graphicData>
            </a:graphic>
            <wp14:sizeRelH relativeFrom="page">
              <wp14:pctWidth>0</wp14:pctWidth>
            </wp14:sizeRelH>
            <wp14:sizeRelV relativeFrom="page">
              <wp14:pctHeight>0</wp14:pctHeight>
            </wp14:sizeRelV>
          </wp:anchor>
        </w:drawing>
      </w:r>
      <w:r w:rsidR="00AE04FE" w:rsidRPr="00E74118">
        <w:rPr>
          <w:rFonts w:ascii="Corbel" w:hAnsi="Corbel"/>
          <w:b/>
          <w:bCs/>
        </w:rPr>
        <w:t>Typical contents:</w:t>
      </w:r>
    </w:p>
    <w:p w14:paraId="20D35C57" w14:textId="5C880137" w:rsidR="00E45328" w:rsidRPr="001A4A3C" w:rsidRDefault="00AE04FE" w:rsidP="00BA248E">
      <w:pPr>
        <w:spacing w:after="0" w:line="240" w:lineRule="auto"/>
        <w:ind w:left="-142" w:firstLine="568"/>
        <w:rPr>
          <w:rFonts w:ascii="Corbel" w:hAnsi="Corbel"/>
        </w:rPr>
      </w:pPr>
      <w:r w:rsidRPr="001A4A3C">
        <w:rPr>
          <w:rFonts w:ascii="Corbel" w:hAnsi="Corbel"/>
        </w:rPr>
        <w:t>•</w:t>
      </w:r>
      <w:r w:rsidRPr="001A4A3C">
        <w:rPr>
          <w:rFonts w:ascii="Corbel" w:hAnsi="Corbel"/>
        </w:rPr>
        <w:tab/>
        <w:t>First aid advice leaflet</w:t>
      </w:r>
    </w:p>
    <w:p w14:paraId="678A2F99" w14:textId="67A2A62A" w:rsidR="00E45328" w:rsidRPr="001A4A3C" w:rsidRDefault="00AE04FE" w:rsidP="00BA248E">
      <w:pPr>
        <w:spacing w:after="0" w:line="240" w:lineRule="auto"/>
        <w:ind w:left="-142" w:firstLine="568"/>
        <w:rPr>
          <w:rFonts w:ascii="Corbel" w:hAnsi="Corbel"/>
        </w:rPr>
      </w:pPr>
      <w:r w:rsidRPr="001A4A3C">
        <w:rPr>
          <w:rFonts w:ascii="Corbel" w:hAnsi="Corbel"/>
        </w:rPr>
        <w:t>•</w:t>
      </w:r>
      <w:r w:rsidRPr="001A4A3C">
        <w:rPr>
          <w:rFonts w:ascii="Corbel" w:hAnsi="Corbel"/>
        </w:rPr>
        <w:tab/>
        <w:t>Assorted sterile dressings (regular/large, eye pads), triangular bandages</w:t>
      </w:r>
    </w:p>
    <w:p w14:paraId="3B50F10D" w14:textId="0D4F724F" w:rsidR="00E45328" w:rsidRPr="001A4A3C" w:rsidRDefault="00AE04FE" w:rsidP="00BA248E">
      <w:pPr>
        <w:spacing w:after="0" w:line="240" w:lineRule="auto"/>
        <w:ind w:left="-142" w:firstLine="568"/>
        <w:rPr>
          <w:rFonts w:ascii="Corbel" w:hAnsi="Corbel"/>
        </w:rPr>
      </w:pPr>
      <w:r w:rsidRPr="001A4A3C">
        <w:rPr>
          <w:rFonts w:ascii="Corbel" w:hAnsi="Corbel"/>
        </w:rPr>
        <w:t>•</w:t>
      </w:r>
      <w:r w:rsidRPr="001A4A3C">
        <w:rPr>
          <w:rFonts w:ascii="Corbel" w:hAnsi="Corbel"/>
        </w:rPr>
        <w:tab/>
        <w:t>Adhesive tape, safety pins</w:t>
      </w:r>
    </w:p>
    <w:p w14:paraId="2B3C4BDA" w14:textId="77777777" w:rsidR="00E45328" w:rsidRPr="001A4A3C" w:rsidRDefault="00AE04FE" w:rsidP="00BA248E">
      <w:pPr>
        <w:spacing w:after="0" w:line="240" w:lineRule="auto"/>
        <w:ind w:left="-142" w:firstLine="568"/>
        <w:rPr>
          <w:rFonts w:ascii="Corbel" w:hAnsi="Corbel"/>
        </w:rPr>
      </w:pPr>
      <w:r w:rsidRPr="001A4A3C">
        <w:rPr>
          <w:rFonts w:ascii="Corbel" w:hAnsi="Corbel"/>
        </w:rPr>
        <w:t>•</w:t>
      </w:r>
      <w:r w:rsidRPr="001A4A3C">
        <w:rPr>
          <w:rFonts w:ascii="Corbel" w:hAnsi="Corbel"/>
        </w:rPr>
        <w:tab/>
        <w:t>Disposable gloves</w:t>
      </w:r>
    </w:p>
    <w:p w14:paraId="4336B2A7" w14:textId="77777777" w:rsidR="00E45328" w:rsidRPr="001A4A3C" w:rsidRDefault="00AE04FE" w:rsidP="00BA248E">
      <w:pPr>
        <w:spacing w:after="0" w:line="240" w:lineRule="auto"/>
        <w:ind w:left="-142" w:firstLine="568"/>
        <w:rPr>
          <w:rFonts w:ascii="Corbel" w:hAnsi="Corbel"/>
        </w:rPr>
      </w:pPr>
      <w:r w:rsidRPr="001A4A3C">
        <w:rPr>
          <w:rFonts w:ascii="Corbel" w:hAnsi="Corbel"/>
        </w:rPr>
        <w:t>•</w:t>
      </w:r>
      <w:r w:rsidRPr="001A4A3C">
        <w:rPr>
          <w:rFonts w:ascii="Corbel" w:hAnsi="Corbel"/>
        </w:rPr>
        <w:tab/>
        <w:t>Antiseptic wipes</w:t>
      </w:r>
    </w:p>
    <w:p w14:paraId="24707CF2" w14:textId="64660371" w:rsidR="00E45328" w:rsidRPr="00E214B5" w:rsidRDefault="00AE04FE" w:rsidP="00BA248E">
      <w:pPr>
        <w:spacing w:after="0" w:line="240" w:lineRule="auto"/>
        <w:ind w:left="-142" w:firstLine="568"/>
        <w:rPr>
          <w:rFonts w:ascii="Corbel" w:hAnsi="Corbel"/>
        </w:rPr>
      </w:pPr>
      <w:r w:rsidRPr="001A4A3C">
        <w:rPr>
          <w:rFonts w:ascii="Corbel" w:hAnsi="Corbel"/>
        </w:rPr>
        <w:t>•</w:t>
      </w:r>
      <w:r w:rsidRPr="00E214B5">
        <w:rPr>
          <w:rFonts w:ascii="Corbel" w:hAnsi="Corbel"/>
        </w:rPr>
        <w:tab/>
        <w:t>Assorted sterile plasters</w:t>
      </w:r>
      <w:r w:rsidR="00B02D01" w:rsidRPr="00E214B5">
        <w:rPr>
          <w:noProof/>
          <w:lang w:val="en-GB" w:eastAsia="en-GB"/>
        </w:rPr>
        <w:t xml:space="preserve"> </w:t>
      </w:r>
    </w:p>
    <w:p w14:paraId="0A76264F" w14:textId="67FAC1D1" w:rsidR="00E45328" w:rsidRPr="00E214B5" w:rsidRDefault="00AE04FE" w:rsidP="00BA248E">
      <w:pPr>
        <w:spacing w:after="0" w:line="240" w:lineRule="auto"/>
        <w:ind w:left="-142" w:firstLine="568"/>
        <w:rPr>
          <w:rFonts w:ascii="Corbel" w:hAnsi="Corbel"/>
        </w:rPr>
      </w:pPr>
      <w:r w:rsidRPr="00E214B5">
        <w:rPr>
          <w:rFonts w:ascii="Corbel" w:hAnsi="Corbel"/>
        </w:rPr>
        <w:t>•</w:t>
      </w:r>
      <w:r w:rsidRPr="00E214B5">
        <w:rPr>
          <w:rFonts w:ascii="Corbel" w:hAnsi="Corbel"/>
        </w:rPr>
        <w:tab/>
        <w:t>Scissors</w:t>
      </w:r>
    </w:p>
    <w:p w14:paraId="71A868BB" w14:textId="0089897C" w:rsidR="00E45328" w:rsidRPr="00E214B5" w:rsidRDefault="6CEFBD3C" w:rsidP="00BA248E">
      <w:pPr>
        <w:spacing w:after="0" w:line="240" w:lineRule="auto"/>
        <w:ind w:left="-142" w:firstLine="568"/>
      </w:pPr>
      <w:r w:rsidRPr="00E214B5">
        <w:rPr>
          <w:rFonts w:ascii="Corbel" w:hAnsi="Corbel"/>
        </w:rPr>
        <w:t>•</w:t>
      </w:r>
      <w:r w:rsidR="00AE04FE" w:rsidRPr="00E214B5">
        <w:tab/>
      </w:r>
      <w:r w:rsidRPr="00E214B5">
        <w:rPr>
          <w:rFonts w:ascii="Corbel" w:hAnsi="Corbel"/>
        </w:rPr>
        <w:t>Cold compresses</w:t>
      </w:r>
    </w:p>
    <w:p w14:paraId="130D1F7F" w14:textId="0DBB51D0" w:rsidR="009C69B1" w:rsidRPr="00E214B5" w:rsidRDefault="0DA812F9" w:rsidP="29CDF304">
      <w:pPr>
        <w:pStyle w:val="ListParagraph"/>
        <w:numPr>
          <w:ilvl w:val="0"/>
          <w:numId w:val="3"/>
        </w:numPr>
        <w:spacing w:after="0" w:line="240" w:lineRule="auto"/>
        <w:rPr>
          <w:rFonts w:ascii="Corbel" w:hAnsi="Corbel"/>
        </w:rPr>
      </w:pPr>
      <w:r w:rsidRPr="00E214B5">
        <w:rPr>
          <w:rFonts w:ascii="Corbel" w:hAnsi="Corbel"/>
        </w:rPr>
        <w:t xml:space="preserve">*Tweezers </w:t>
      </w:r>
    </w:p>
    <w:p w14:paraId="59265A41" w14:textId="36DEF820" w:rsidR="009C69B1" w:rsidRPr="00E214B5" w:rsidRDefault="009C69B1" w:rsidP="29CDF304">
      <w:pPr>
        <w:spacing w:after="0" w:line="240" w:lineRule="auto"/>
        <w:rPr>
          <w:rFonts w:ascii="Corbel" w:eastAsia="Corbel" w:hAnsi="Corbel" w:cs="Corbel"/>
        </w:rPr>
      </w:pPr>
    </w:p>
    <w:p w14:paraId="64C9B273" w14:textId="3E411C6B" w:rsidR="009C69B1" w:rsidRPr="00E214B5" w:rsidRDefault="571AE27D" w:rsidP="29CDF304">
      <w:pPr>
        <w:spacing w:after="0" w:line="240" w:lineRule="auto"/>
        <w:rPr>
          <w:rFonts w:ascii="Corbel" w:eastAsia="Corbel" w:hAnsi="Corbel" w:cs="Corbel"/>
        </w:rPr>
      </w:pPr>
      <w:r w:rsidRPr="00E214B5">
        <w:rPr>
          <w:rFonts w:ascii="Corbel" w:eastAsia="Corbel" w:hAnsi="Corbel" w:cs="Corbel"/>
        </w:rPr>
        <w:t xml:space="preserve">*The Trust has included </w:t>
      </w:r>
      <w:r w:rsidRPr="00E214B5">
        <w:rPr>
          <w:rFonts w:ascii="Corbel" w:eastAsia="Corbel" w:hAnsi="Corbel" w:cs="Corbel"/>
          <w:b/>
          <w:bCs/>
        </w:rPr>
        <w:t>tweezers in basic first aid kits</w:t>
      </w:r>
      <w:r w:rsidRPr="00E214B5">
        <w:rPr>
          <w:rFonts w:ascii="Corbel" w:eastAsia="Corbel" w:hAnsi="Corbel" w:cs="Corbel"/>
        </w:rPr>
        <w:t xml:space="preserve"> because wooden trim trails and other wooden equipment are accessible to children across Trust sites, creating a potential risk of splinters.</w:t>
      </w:r>
    </w:p>
    <w:p w14:paraId="0B0C8285" w14:textId="5C52878A" w:rsidR="009C69B1" w:rsidRPr="00E214B5" w:rsidRDefault="3C923742" w:rsidP="29CDF304">
      <w:pPr>
        <w:spacing w:before="281" w:after="281" w:line="240" w:lineRule="auto"/>
        <w:rPr>
          <w:rFonts w:ascii="Corbel" w:eastAsia="Corbel" w:hAnsi="Corbel" w:cs="Corbel"/>
          <w:b/>
          <w:bCs/>
        </w:rPr>
      </w:pPr>
      <w:r w:rsidRPr="00E214B5">
        <w:rPr>
          <w:rFonts w:ascii="Corbel" w:eastAsia="Corbel" w:hAnsi="Corbel" w:cs="Corbel"/>
          <w:b/>
          <w:bCs/>
        </w:rPr>
        <w:t>Guidance Using Tweezers</w:t>
      </w:r>
    </w:p>
    <w:p w14:paraId="2DA3D4AE" w14:textId="172FF737" w:rsidR="009C69B1" w:rsidRPr="00E214B5" w:rsidRDefault="3C923742" w:rsidP="29CDF304">
      <w:pPr>
        <w:pStyle w:val="ListParagraph"/>
        <w:numPr>
          <w:ilvl w:val="0"/>
          <w:numId w:val="2"/>
        </w:numPr>
        <w:spacing w:before="240" w:after="240" w:line="240" w:lineRule="auto"/>
        <w:rPr>
          <w:rFonts w:ascii="Corbel" w:eastAsia="Corbel" w:hAnsi="Corbel" w:cs="Corbel"/>
        </w:rPr>
      </w:pPr>
      <w:r w:rsidRPr="00E214B5">
        <w:rPr>
          <w:rFonts w:ascii="Corbel" w:eastAsia="Corbel" w:hAnsi="Corbel" w:cs="Corbel"/>
        </w:rPr>
        <w:t xml:space="preserve">Small, superficial splinters may be removed using </w:t>
      </w:r>
      <w:r w:rsidRPr="00E214B5">
        <w:rPr>
          <w:rFonts w:ascii="Corbel" w:eastAsia="Corbel" w:hAnsi="Corbel" w:cs="Corbel"/>
          <w:b/>
          <w:bCs/>
        </w:rPr>
        <w:t>clean tweezers</w:t>
      </w:r>
      <w:r w:rsidRPr="00E214B5">
        <w:rPr>
          <w:rFonts w:ascii="Corbel" w:eastAsia="Corbel" w:hAnsi="Corbel" w:cs="Corbel"/>
        </w:rPr>
        <w:t xml:space="preserve"> by a trained member of staff.</w:t>
      </w:r>
    </w:p>
    <w:p w14:paraId="6F4CF8F4" w14:textId="66B3E1BE" w:rsidR="009C69B1" w:rsidRPr="00E214B5" w:rsidRDefault="3C923742" w:rsidP="29CDF304">
      <w:pPr>
        <w:pStyle w:val="ListParagraph"/>
        <w:numPr>
          <w:ilvl w:val="0"/>
          <w:numId w:val="2"/>
        </w:numPr>
        <w:spacing w:before="240" w:after="240" w:line="240" w:lineRule="auto"/>
        <w:rPr>
          <w:rFonts w:ascii="Corbel" w:eastAsia="Corbel" w:hAnsi="Corbel" w:cs="Corbel"/>
        </w:rPr>
      </w:pPr>
      <w:r w:rsidRPr="00E214B5">
        <w:rPr>
          <w:rFonts w:ascii="Corbel" w:eastAsia="Corbel" w:hAnsi="Corbel" w:cs="Corbel"/>
        </w:rPr>
        <w:lastRenderedPageBreak/>
        <w:t>Do not attempt to remove deeply embedded or difficult splinters; contact parents/carers and advise them to seek medical advice.</w:t>
      </w:r>
    </w:p>
    <w:p w14:paraId="2AE98DBD" w14:textId="25710355" w:rsidR="009C69B1" w:rsidRPr="00E214B5" w:rsidRDefault="3C923742" w:rsidP="29CDF304">
      <w:pPr>
        <w:pStyle w:val="ListParagraph"/>
        <w:numPr>
          <w:ilvl w:val="0"/>
          <w:numId w:val="2"/>
        </w:numPr>
        <w:spacing w:before="240" w:after="240" w:line="240" w:lineRule="auto"/>
        <w:rPr>
          <w:rFonts w:ascii="Corbel" w:eastAsia="Corbel" w:hAnsi="Corbel" w:cs="Corbel"/>
        </w:rPr>
      </w:pPr>
      <w:r w:rsidRPr="00E214B5">
        <w:rPr>
          <w:rFonts w:ascii="Corbel" w:eastAsia="Corbel" w:hAnsi="Corbel" w:cs="Corbel"/>
        </w:rPr>
        <w:t>Clean the area and apply a dressing where appropriate.</w:t>
      </w:r>
    </w:p>
    <w:p w14:paraId="376BFC24" w14:textId="3C5DD1FD" w:rsidR="009C69B1" w:rsidRPr="00E214B5" w:rsidRDefault="3C923742" w:rsidP="29CDF304">
      <w:pPr>
        <w:pStyle w:val="ListParagraph"/>
        <w:numPr>
          <w:ilvl w:val="0"/>
          <w:numId w:val="2"/>
        </w:numPr>
        <w:spacing w:before="240" w:after="240" w:line="240" w:lineRule="auto"/>
        <w:rPr>
          <w:rFonts w:ascii="Corbel" w:eastAsia="Corbel" w:hAnsi="Corbel" w:cs="Corbel"/>
        </w:rPr>
      </w:pPr>
      <w:r w:rsidRPr="00E214B5">
        <w:rPr>
          <w:rFonts w:ascii="Corbel" w:eastAsia="Corbel" w:hAnsi="Corbel" w:cs="Corbel"/>
        </w:rPr>
        <w:t>Record the incident in accordance with the Trust's accident and incident reporting procedures.</w:t>
      </w:r>
    </w:p>
    <w:p w14:paraId="0ACC7AB7" w14:textId="37514EF6" w:rsidR="009C69B1" w:rsidRDefault="009C69B1" w:rsidP="009C69B1">
      <w:pPr>
        <w:spacing w:after="0" w:line="240" w:lineRule="auto"/>
        <w:ind w:left="-142"/>
        <w:rPr>
          <w:rFonts w:ascii="Corbel" w:hAnsi="Corbel"/>
        </w:rPr>
      </w:pPr>
      <w:r w:rsidRPr="001A4A3C">
        <w:rPr>
          <w:rFonts w:ascii="Corbel" w:hAnsi="Corbel"/>
        </w:rPr>
        <w:t>No medication is stored in first aid kits. Medication storage and administration are governed by the Supporting Pupils with Medical Conditions Policy.</w:t>
      </w:r>
      <w:r>
        <w:rPr>
          <w:rFonts w:ascii="Corbel" w:hAnsi="Corbel"/>
        </w:rPr>
        <w:t xml:space="preserve"> </w:t>
      </w:r>
    </w:p>
    <w:p w14:paraId="52A56DBF" w14:textId="13D84A1D" w:rsidR="00E74118" w:rsidRPr="001A4A3C" w:rsidRDefault="00E74118" w:rsidP="002D0DC4">
      <w:pPr>
        <w:spacing w:after="0" w:line="240" w:lineRule="auto"/>
        <w:ind w:left="-142"/>
        <w:rPr>
          <w:rFonts w:ascii="Corbel" w:hAnsi="Corbel"/>
        </w:rPr>
      </w:pPr>
    </w:p>
    <w:p w14:paraId="178D4C97" w14:textId="454F09FC" w:rsidR="009D1137" w:rsidRDefault="009C69B1" w:rsidP="002D0DC4">
      <w:pPr>
        <w:spacing w:after="0" w:line="240" w:lineRule="auto"/>
        <w:ind w:left="-142"/>
        <w:rPr>
          <w:rFonts w:ascii="Corbel" w:hAnsi="Corbel"/>
        </w:rPr>
      </w:pPr>
      <w:r w:rsidRPr="007371A7">
        <w:rPr>
          <w:rFonts w:ascii="Comic Sans MS" w:hAnsi="Comic Sans MS"/>
          <w:noProof/>
          <w:sz w:val="20"/>
          <w:szCs w:val="20"/>
          <w:lang w:val="en-GB" w:eastAsia="en-GB"/>
        </w:rPr>
        <w:drawing>
          <wp:anchor distT="0" distB="0" distL="114300" distR="114300" simplePos="0" relativeHeight="251707392" behindDoc="1" locked="0" layoutInCell="1" allowOverlap="1" wp14:anchorId="618C818A" wp14:editId="75A26D5D">
            <wp:simplePos x="0" y="0"/>
            <wp:positionH relativeFrom="column">
              <wp:posOffset>5332410</wp:posOffset>
            </wp:positionH>
            <wp:positionV relativeFrom="paragraph">
              <wp:posOffset>130090</wp:posOffset>
            </wp:positionV>
            <wp:extent cx="1644015" cy="1589405"/>
            <wp:effectExtent l="0" t="0" r="0" b="0"/>
            <wp:wrapTight wrapText="bothSides">
              <wp:wrapPolygon edited="0">
                <wp:start x="0" y="0"/>
                <wp:lineTo x="0" y="21229"/>
                <wp:lineTo x="21275" y="21229"/>
                <wp:lineTo x="2127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44015" cy="1589405"/>
                    </a:xfrm>
                    <a:prstGeom prst="rect">
                      <a:avLst/>
                    </a:prstGeom>
                  </pic:spPr>
                </pic:pic>
              </a:graphicData>
            </a:graphic>
            <wp14:sizeRelH relativeFrom="page">
              <wp14:pctWidth>0</wp14:pctWidth>
            </wp14:sizeRelH>
            <wp14:sizeRelV relativeFrom="page">
              <wp14:pctHeight>0</wp14:pctHeight>
            </wp14:sizeRelV>
          </wp:anchor>
        </w:drawing>
      </w:r>
    </w:p>
    <w:p w14:paraId="7D7C3380" w14:textId="4B34F168" w:rsidR="29CDF304" w:rsidRDefault="29CDF304" w:rsidP="29CDF304">
      <w:pPr>
        <w:spacing w:after="0" w:line="240" w:lineRule="auto"/>
        <w:ind w:left="-142"/>
        <w:rPr>
          <w:rFonts w:ascii="Corbel" w:hAnsi="Corbel"/>
          <w:b/>
          <w:bCs/>
        </w:rPr>
      </w:pPr>
    </w:p>
    <w:p w14:paraId="33A7303C" w14:textId="6BAC6343" w:rsidR="55C098A1" w:rsidRDefault="55C098A1" w:rsidP="29CDF304">
      <w:pPr>
        <w:spacing w:after="0" w:line="240" w:lineRule="auto"/>
        <w:ind w:left="-142"/>
      </w:pPr>
      <w:r w:rsidRPr="29CDF304">
        <w:rPr>
          <w:rFonts w:ascii="Corbel" w:hAnsi="Corbel"/>
          <w:b/>
          <w:bCs/>
        </w:rPr>
        <w:t>Location of Medical Room:</w:t>
      </w:r>
    </w:p>
    <w:p w14:paraId="7CD59540" w14:textId="376C4E44" w:rsidR="55C098A1" w:rsidRPr="003933E5" w:rsidRDefault="003933E5" w:rsidP="29CDF304">
      <w:pPr>
        <w:pStyle w:val="ListParagraph"/>
        <w:numPr>
          <w:ilvl w:val="0"/>
          <w:numId w:val="1"/>
        </w:numPr>
        <w:spacing w:after="0" w:line="240" w:lineRule="auto"/>
        <w:rPr>
          <w:rFonts w:ascii="Corbel" w:hAnsi="Corbel"/>
        </w:rPr>
      </w:pPr>
      <w:r w:rsidRPr="003933E5">
        <w:rPr>
          <w:rFonts w:ascii="Corbel" w:hAnsi="Corbel"/>
        </w:rPr>
        <w:t>Nurture Room</w:t>
      </w:r>
    </w:p>
    <w:p w14:paraId="7594E3F4" w14:textId="5F88EAD0" w:rsidR="29CDF304" w:rsidRPr="003933E5" w:rsidRDefault="29CDF304" w:rsidP="29CDF304">
      <w:pPr>
        <w:spacing w:after="0" w:line="240" w:lineRule="auto"/>
        <w:ind w:left="-142"/>
        <w:rPr>
          <w:rFonts w:ascii="Corbel" w:hAnsi="Corbel"/>
          <w:b/>
          <w:bCs/>
        </w:rPr>
      </w:pPr>
    </w:p>
    <w:p w14:paraId="3E311CA4" w14:textId="62E76C5B" w:rsidR="009D1137" w:rsidRPr="003933E5" w:rsidRDefault="009D1137" w:rsidP="002D0DC4">
      <w:pPr>
        <w:spacing w:after="0" w:line="240" w:lineRule="auto"/>
        <w:ind w:left="-142"/>
        <w:rPr>
          <w:rFonts w:ascii="Corbel" w:hAnsi="Corbel"/>
        </w:rPr>
      </w:pPr>
      <w:r w:rsidRPr="003933E5">
        <w:rPr>
          <w:rFonts w:ascii="Corbel" w:hAnsi="Corbel"/>
          <w:b/>
        </w:rPr>
        <w:t>Locations of First Aid Kits</w:t>
      </w:r>
      <w:r w:rsidRPr="003933E5">
        <w:rPr>
          <w:rFonts w:ascii="Corbel" w:hAnsi="Corbel"/>
        </w:rPr>
        <w:t>:</w:t>
      </w:r>
    </w:p>
    <w:p w14:paraId="2688C9EF" w14:textId="27332BB3" w:rsidR="009D1137" w:rsidRPr="003933E5" w:rsidRDefault="009D1137" w:rsidP="009D1137">
      <w:pPr>
        <w:pStyle w:val="ListParagraph"/>
        <w:numPr>
          <w:ilvl w:val="0"/>
          <w:numId w:val="31"/>
        </w:numPr>
        <w:spacing w:after="0" w:line="240" w:lineRule="auto"/>
        <w:rPr>
          <w:rFonts w:ascii="Corbel" w:hAnsi="Corbel"/>
        </w:rPr>
      </w:pPr>
      <w:r w:rsidRPr="003933E5">
        <w:rPr>
          <w:rFonts w:ascii="Corbel" w:hAnsi="Corbel"/>
        </w:rPr>
        <w:t>1 per classroom which is kept in the stock cupboard and taken out at playtimes and on trips/ residential visits</w:t>
      </w:r>
    </w:p>
    <w:p w14:paraId="266C8EBE" w14:textId="24F7D3DD" w:rsidR="009D1137" w:rsidRPr="003933E5" w:rsidRDefault="009D1137" w:rsidP="009D1137">
      <w:pPr>
        <w:pStyle w:val="ListParagraph"/>
        <w:numPr>
          <w:ilvl w:val="0"/>
          <w:numId w:val="31"/>
        </w:numPr>
        <w:spacing w:after="0" w:line="240" w:lineRule="auto"/>
        <w:rPr>
          <w:rFonts w:ascii="Corbel" w:hAnsi="Corbel"/>
        </w:rPr>
      </w:pPr>
      <w:r w:rsidRPr="003933E5">
        <w:rPr>
          <w:rFonts w:ascii="Corbel" w:hAnsi="Corbel"/>
        </w:rPr>
        <w:t xml:space="preserve">1 per lunch time supervisors </w:t>
      </w:r>
    </w:p>
    <w:p w14:paraId="0943D7A4" w14:textId="292884E0" w:rsidR="009D1137" w:rsidRPr="003933E5" w:rsidRDefault="009D1137" w:rsidP="009D1137">
      <w:pPr>
        <w:pStyle w:val="ListParagraph"/>
        <w:numPr>
          <w:ilvl w:val="0"/>
          <w:numId w:val="31"/>
        </w:numPr>
        <w:spacing w:after="0" w:line="240" w:lineRule="auto"/>
        <w:rPr>
          <w:rFonts w:ascii="Corbel" w:hAnsi="Corbel"/>
        </w:rPr>
      </w:pPr>
      <w:r w:rsidRPr="003933E5">
        <w:rPr>
          <w:rFonts w:ascii="Corbel" w:hAnsi="Corbel"/>
        </w:rPr>
        <w:t>1 in the medical room</w:t>
      </w:r>
    </w:p>
    <w:p w14:paraId="219FBD51" w14:textId="510346C4" w:rsidR="009D1137" w:rsidRPr="009D1137" w:rsidRDefault="009D1137" w:rsidP="003933E5">
      <w:pPr>
        <w:pStyle w:val="ListParagraph"/>
        <w:spacing w:after="0" w:line="240" w:lineRule="auto"/>
        <w:ind w:left="578"/>
        <w:rPr>
          <w:rFonts w:ascii="Corbel" w:hAnsi="Corbel"/>
          <w:color w:val="7030A0"/>
        </w:rPr>
      </w:pPr>
    </w:p>
    <w:p w14:paraId="004EA775" w14:textId="1589C273" w:rsidR="002D0DC4" w:rsidRDefault="002D0DC4" w:rsidP="002D0DC4">
      <w:pPr>
        <w:spacing w:after="0" w:line="240" w:lineRule="auto"/>
        <w:ind w:left="-142"/>
        <w:rPr>
          <w:rFonts w:ascii="Corbel" w:hAnsi="Corbel"/>
          <w:b/>
          <w:bCs/>
          <w:color w:val="7030A0"/>
        </w:rPr>
      </w:pPr>
    </w:p>
    <w:p w14:paraId="60F57EC1" w14:textId="246FE52A" w:rsidR="009C69B1" w:rsidRPr="009C69B1" w:rsidRDefault="009C69B1" w:rsidP="002D0DC4">
      <w:pPr>
        <w:spacing w:after="0" w:line="240" w:lineRule="auto"/>
        <w:ind w:left="-142"/>
        <w:rPr>
          <w:rFonts w:ascii="Corbel" w:hAnsi="Corbel"/>
          <w:bCs/>
          <w:color w:val="7030A0"/>
        </w:rPr>
      </w:pPr>
      <w:r w:rsidRPr="009C69B1">
        <w:rPr>
          <w:rFonts w:ascii="Corbel" w:hAnsi="Corbel"/>
          <w:b/>
          <w:bCs/>
        </w:rPr>
        <w:t>Member of staff responsible for checking First Aid Kits:</w:t>
      </w:r>
      <w:r w:rsidRPr="009C69B1">
        <w:rPr>
          <w:rFonts w:ascii="Corbel" w:hAnsi="Corbel"/>
          <w:bCs/>
        </w:rPr>
        <w:t xml:space="preserve"> </w:t>
      </w:r>
      <w:r w:rsidR="003933E5" w:rsidRPr="003933E5">
        <w:rPr>
          <w:rFonts w:ascii="Corbel" w:hAnsi="Corbel"/>
          <w:bCs/>
        </w:rPr>
        <w:t>Christine Ismay</w:t>
      </w:r>
    </w:p>
    <w:p w14:paraId="7228EFCE" w14:textId="07798087" w:rsidR="009C69B1" w:rsidRDefault="009C69B1" w:rsidP="009C69B1">
      <w:pPr>
        <w:spacing w:after="0" w:line="240" w:lineRule="auto"/>
        <w:rPr>
          <w:rFonts w:ascii="Corbel" w:hAnsi="Corbel"/>
          <w:b/>
          <w:bCs/>
          <w:color w:val="7030A0"/>
        </w:rPr>
      </w:pPr>
    </w:p>
    <w:p w14:paraId="612FC276" w14:textId="77777777" w:rsidR="009C69B1" w:rsidRPr="009C69B1" w:rsidRDefault="47EDDEEE" w:rsidP="29CDF304">
      <w:pPr>
        <w:spacing w:after="0" w:line="240" w:lineRule="auto"/>
        <w:rPr>
          <w:rFonts w:ascii="Corbel" w:eastAsia="Times New Roman" w:hAnsi="Corbel" w:cs="Times New Roman"/>
          <w:lang w:val="en-GB" w:eastAsia="en-GB"/>
        </w:rPr>
      </w:pPr>
      <w:r w:rsidRPr="29CDF304">
        <w:rPr>
          <w:rFonts w:ascii="Corbel" w:eastAsia="Times New Roman" w:hAnsi="Corbel" w:cs="Times New Roman"/>
          <w:b/>
          <w:bCs/>
          <w:lang w:val="en-GB" w:eastAsia="en-GB"/>
        </w:rPr>
        <w:t>First aid kits should be checked:</w:t>
      </w:r>
    </w:p>
    <w:p w14:paraId="004400D6" w14:textId="7B30BCCD" w:rsidR="009C69B1" w:rsidRPr="009C69B1" w:rsidRDefault="47EDDEEE" w:rsidP="29CDF304">
      <w:pPr>
        <w:numPr>
          <w:ilvl w:val="0"/>
          <w:numId w:val="41"/>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At least monthly as a formal documented check. </w:t>
      </w:r>
      <w:r w:rsidRPr="29CDF304">
        <w:rPr>
          <w:rFonts w:ascii="Corbel" w:eastAsia="Times New Roman" w:hAnsi="Corbel" w:cs="Times New Roman"/>
          <w:b/>
          <w:bCs/>
          <w:lang w:val="en-GB" w:eastAsia="en-GB"/>
        </w:rPr>
        <w:t xml:space="preserve"> (Appendix 1)</w:t>
      </w:r>
    </w:p>
    <w:p w14:paraId="4BE0CEA9" w14:textId="77777777" w:rsidR="009C69B1" w:rsidRPr="009C69B1" w:rsidRDefault="47EDDEEE" w:rsidP="29CDF304">
      <w:pPr>
        <w:numPr>
          <w:ilvl w:val="0"/>
          <w:numId w:val="41"/>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Immediately after use, to replace anything used. </w:t>
      </w:r>
    </w:p>
    <w:p w14:paraId="0A64F6BA" w14:textId="77777777" w:rsidR="009C69B1" w:rsidRPr="009C69B1" w:rsidRDefault="47EDDEEE" w:rsidP="29CDF304">
      <w:pPr>
        <w:numPr>
          <w:ilvl w:val="0"/>
          <w:numId w:val="41"/>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Whenever there is reason to believe contents may be missing, damaged or out of date. </w:t>
      </w:r>
    </w:p>
    <w:p w14:paraId="5E59EA73" w14:textId="4355F2BC" w:rsidR="009C69B1" w:rsidRPr="009C69B1" w:rsidRDefault="47EDDEEE" w:rsidP="29CDF304">
      <w:pPr>
        <w:numPr>
          <w:ilvl w:val="0"/>
          <w:numId w:val="41"/>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Before educational visits, competitions, residential visits and other off-site activities. </w:t>
      </w:r>
    </w:p>
    <w:p w14:paraId="3A84366A" w14:textId="77777777" w:rsidR="009C69B1" w:rsidRPr="009C69B1" w:rsidRDefault="47EDDEEE" w:rsidP="29CDF304">
      <w:pPr>
        <w:numPr>
          <w:ilvl w:val="0"/>
          <w:numId w:val="41"/>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Expiry dates should be checked as part of the regular inspection.</w:t>
      </w:r>
    </w:p>
    <w:p w14:paraId="084BEFDD" w14:textId="2DD8D325" w:rsidR="009D1137" w:rsidRPr="002D0DC4" w:rsidRDefault="009D1137" w:rsidP="002D0DC4">
      <w:pPr>
        <w:spacing w:after="0" w:line="240" w:lineRule="auto"/>
        <w:ind w:left="-142"/>
        <w:rPr>
          <w:rFonts w:ascii="Corbel" w:hAnsi="Corbel"/>
          <w:b/>
          <w:bCs/>
          <w:color w:val="7030A0"/>
        </w:rPr>
      </w:pPr>
      <w:r w:rsidRPr="007371A7">
        <w:rPr>
          <w:rFonts w:ascii="Comic Sans MS" w:hAnsi="Comic Sans MS"/>
          <w:noProof/>
          <w:color w:val="FF0000"/>
          <w:sz w:val="20"/>
          <w:szCs w:val="20"/>
          <w:lang w:val="en-GB" w:eastAsia="en-GB"/>
        </w:rPr>
        <w:drawing>
          <wp:anchor distT="0" distB="0" distL="114300" distR="114300" simplePos="0" relativeHeight="251667456" behindDoc="1" locked="0" layoutInCell="1" allowOverlap="1" wp14:anchorId="2D3E4604" wp14:editId="55DDF651">
            <wp:simplePos x="0" y="0"/>
            <wp:positionH relativeFrom="margin">
              <wp:posOffset>5271135</wp:posOffset>
            </wp:positionH>
            <wp:positionV relativeFrom="paragraph">
              <wp:posOffset>140201</wp:posOffset>
            </wp:positionV>
            <wp:extent cx="1990090" cy="1466850"/>
            <wp:effectExtent l="0" t="0" r="0" b="0"/>
            <wp:wrapTight wrapText="bothSides">
              <wp:wrapPolygon edited="0">
                <wp:start x="0" y="0"/>
                <wp:lineTo x="0" y="21319"/>
                <wp:lineTo x="21297" y="21319"/>
                <wp:lineTo x="2129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90090" cy="1466850"/>
                    </a:xfrm>
                    <a:prstGeom prst="rect">
                      <a:avLst/>
                    </a:prstGeom>
                  </pic:spPr>
                </pic:pic>
              </a:graphicData>
            </a:graphic>
            <wp14:sizeRelH relativeFrom="page">
              <wp14:pctWidth>0</wp14:pctWidth>
            </wp14:sizeRelH>
            <wp14:sizeRelV relativeFrom="page">
              <wp14:pctHeight>0</wp14:pctHeight>
            </wp14:sizeRelV>
          </wp:anchor>
        </w:drawing>
      </w:r>
    </w:p>
    <w:p w14:paraId="35553929" w14:textId="6D010B36" w:rsidR="00E45328" w:rsidRDefault="00AE04FE">
      <w:pPr>
        <w:rPr>
          <w:rFonts w:ascii="Corbel" w:hAnsi="Corbel"/>
          <w:b/>
          <w:bCs/>
        </w:rPr>
      </w:pPr>
      <w:r w:rsidRPr="002D0DC4">
        <w:rPr>
          <w:rFonts w:ascii="Corbel" w:hAnsi="Corbel"/>
          <w:b/>
          <w:bCs/>
        </w:rPr>
        <w:t>8.2 Automated External Defibrillators (AEDs)</w:t>
      </w:r>
    </w:p>
    <w:p w14:paraId="06F95355" w14:textId="77777777" w:rsidR="00717223" w:rsidRPr="00717223" w:rsidRDefault="00717223" w:rsidP="00717223">
      <w:pPr>
        <w:spacing w:after="0" w:line="240" w:lineRule="auto"/>
        <w:rPr>
          <w:rFonts w:ascii="Corbel" w:eastAsia="Times New Roman" w:hAnsi="Corbel" w:cs="Times New Roman"/>
          <w:szCs w:val="24"/>
          <w:lang w:val="en-GB" w:eastAsia="en-GB"/>
        </w:rPr>
      </w:pPr>
      <w:r w:rsidRPr="00717223">
        <w:rPr>
          <w:rFonts w:ascii="Corbel" w:eastAsia="Times New Roman" w:hAnsi="Corbel" w:cs="Times New Roman"/>
          <w:szCs w:val="24"/>
          <w:lang w:val="en-GB" w:eastAsia="en-GB"/>
        </w:rPr>
        <w:t>Where an AED is provided, academies must:</w:t>
      </w:r>
    </w:p>
    <w:p w14:paraId="25FE8AC5" w14:textId="77777777" w:rsidR="00717223" w:rsidRPr="00717223" w:rsidRDefault="00717223" w:rsidP="00717223">
      <w:pPr>
        <w:numPr>
          <w:ilvl w:val="0"/>
          <w:numId w:val="32"/>
        </w:numPr>
        <w:spacing w:after="0" w:line="240" w:lineRule="auto"/>
        <w:rPr>
          <w:rFonts w:ascii="Corbel" w:eastAsia="Times New Roman" w:hAnsi="Corbel" w:cs="Times New Roman"/>
          <w:szCs w:val="24"/>
          <w:lang w:val="en-GB" w:eastAsia="en-GB"/>
        </w:rPr>
      </w:pPr>
      <w:r w:rsidRPr="00717223">
        <w:rPr>
          <w:rFonts w:ascii="Corbel" w:eastAsia="Times New Roman" w:hAnsi="Corbel" w:cs="Times New Roman"/>
          <w:szCs w:val="24"/>
          <w:lang w:val="en-GB" w:eastAsia="en-GB"/>
        </w:rPr>
        <w:t xml:space="preserve">Ensure the AED is </w:t>
      </w:r>
      <w:r w:rsidRPr="00717223">
        <w:rPr>
          <w:rFonts w:ascii="Corbel" w:eastAsia="Times New Roman" w:hAnsi="Corbel" w:cs="Times New Roman"/>
          <w:bCs/>
          <w:szCs w:val="24"/>
          <w:lang w:val="en-GB" w:eastAsia="en-GB"/>
        </w:rPr>
        <w:t>readily accessible and clearly signposted</w:t>
      </w:r>
      <w:r w:rsidRPr="00717223">
        <w:rPr>
          <w:rFonts w:ascii="Corbel" w:eastAsia="Times New Roman" w:hAnsi="Corbel" w:cs="Times New Roman"/>
          <w:szCs w:val="24"/>
          <w:lang w:val="en-GB" w:eastAsia="en-GB"/>
        </w:rPr>
        <w:t xml:space="preserve">, with its location communicated to relevant staff and recorded in the academy’s local appendix. </w:t>
      </w:r>
    </w:p>
    <w:p w14:paraId="311E6575" w14:textId="77777777" w:rsidR="00717223" w:rsidRPr="00717223" w:rsidRDefault="00717223" w:rsidP="00717223">
      <w:pPr>
        <w:numPr>
          <w:ilvl w:val="0"/>
          <w:numId w:val="32"/>
        </w:numPr>
        <w:spacing w:after="0" w:line="240" w:lineRule="auto"/>
        <w:rPr>
          <w:rFonts w:ascii="Corbel" w:eastAsia="Times New Roman" w:hAnsi="Corbel" w:cs="Times New Roman"/>
          <w:szCs w:val="24"/>
          <w:lang w:val="en-GB" w:eastAsia="en-GB"/>
        </w:rPr>
      </w:pPr>
      <w:r w:rsidRPr="00717223">
        <w:rPr>
          <w:rFonts w:ascii="Corbel" w:eastAsia="Times New Roman" w:hAnsi="Corbel" w:cs="Times New Roman"/>
          <w:szCs w:val="24"/>
          <w:lang w:val="en-GB" w:eastAsia="en-GB"/>
        </w:rPr>
        <w:t xml:space="preserve">Ensure staff know </w:t>
      </w:r>
      <w:r w:rsidRPr="00717223">
        <w:rPr>
          <w:rFonts w:ascii="Corbel" w:eastAsia="Times New Roman" w:hAnsi="Corbel" w:cs="Times New Roman"/>
          <w:bCs/>
          <w:szCs w:val="24"/>
          <w:lang w:val="en-GB" w:eastAsia="en-GB"/>
        </w:rPr>
        <w:t>how to access and use the AED in an emergency</w:t>
      </w:r>
      <w:r w:rsidRPr="00717223">
        <w:rPr>
          <w:rFonts w:ascii="Corbel" w:eastAsia="Times New Roman" w:hAnsi="Corbel" w:cs="Times New Roman"/>
          <w:szCs w:val="24"/>
          <w:lang w:val="en-GB" w:eastAsia="en-GB"/>
        </w:rPr>
        <w:t xml:space="preserve">. AEDs are designed to provide clear instructions and prompts to the user. </w:t>
      </w:r>
    </w:p>
    <w:p w14:paraId="762714B0" w14:textId="77777777" w:rsidR="00717223" w:rsidRPr="00717223" w:rsidRDefault="666F8212" w:rsidP="29CDF304">
      <w:pPr>
        <w:numPr>
          <w:ilvl w:val="0"/>
          <w:numId w:val="32"/>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Ensure the manufacturer’s instructions are readily available and followed. </w:t>
      </w:r>
    </w:p>
    <w:p w14:paraId="5451A650" w14:textId="77777777" w:rsidR="00717223" w:rsidRPr="00717223" w:rsidRDefault="666F8212" w:rsidP="29CDF304">
      <w:pPr>
        <w:numPr>
          <w:ilvl w:val="0"/>
          <w:numId w:val="32"/>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Carry out regular readiness checks in accordance with the manufacturer’s guidance, including checking the device, battery and pads where applicable. </w:t>
      </w:r>
    </w:p>
    <w:p w14:paraId="5B662700" w14:textId="77777777" w:rsidR="00717223" w:rsidRPr="00717223" w:rsidRDefault="666F8212" w:rsidP="29CDF304">
      <w:pPr>
        <w:numPr>
          <w:ilvl w:val="0"/>
          <w:numId w:val="32"/>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Record and monitor AED checks, ensuring any faults, expired components or issues are addressed promptly. </w:t>
      </w:r>
    </w:p>
    <w:p w14:paraId="78F2FFF7" w14:textId="77777777" w:rsidR="00717223" w:rsidRPr="00717223" w:rsidRDefault="666F8212" w:rsidP="29CDF304">
      <w:pPr>
        <w:numPr>
          <w:ilvl w:val="0"/>
          <w:numId w:val="32"/>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Ensure AEDs are available for use during the academy day and during activities where appropriate, including educational visits where an AED is taken. </w:t>
      </w:r>
    </w:p>
    <w:p w14:paraId="1D52A630" w14:textId="77777777" w:rsidR="00717223" w:rsidRPr="00717223" w:rsidRDefault="666F8212" w:rsidP="29CDF304">
      <w:pPr>
        <w:numPr>
          <w:ilvl w:val="0"/>
          <w:numId w:val="32"/>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Ensure the AED is used alongside the academy’s emergency first aid procedures and that 999 is called immediately when an AED is required.</w:t>
      </w:r>
    </w:p>
    <w:p w14:paraId="21D31756" w14:textId="1FA701E3" w:rsidR="00717223" w:rsidRPr="007371A7" w:rsidRDefault="00717223" w:rsidP="00717223">
      <w:pPr>
        <w:spacing w:after="0"/>
        <w:rPr>
          <w:rFonts w:ascii="Comic Sans MS" w:hAnsi="Comic Sans MS"/>
          <w:color w:val="FF0000"/>
          <w:sz w:val="20"/>
          <w:szCs w:val="20"/>
        </w:rPr>
      </w:pPr>
    </w:p>
    <w:p w14:paraId="1E151071" w14:textId="77777777" w:rsidR="00717223" w:rsidRPr="00717223" w:rsidRDefault="00717223" w:rsidP="00717223">
      <w:pPr>
        <w:spacing w:after="0"/>
        <w:rPr>
          <w:rFonts w:ascii="Corbel" w:hAnsi="Corbel"/>
          <w:b/>
          <w:szCs w:val="20"/>
        </w:rPr>
      </w:pPr>
      <w:r w:rsidRPr="00717223">
        <w:rPr>
          <w:rFonts w:ascii="Corbel" w:hAnsi="Corbel"/>
          <w:b/>
          <w:szCs w:val="20"/>
        </w:rPr>
        <w:t>AED Location:</w:t>
      </w:r>
    </w:p>
    <w:p w14:paraId="02E4EABD" w14:textId="77777777" w:rsidR="00717223" w:rsidRPr="003933E5" w:rsidRDefault="00717223" w:rsidP="00717223">
      <w:pPr>
        <w:spacing w:after="0"/>
        <w:rPr>
          <w:rFonts w:ascii="Corbel" w:hAnsi="Corbel"/>
          <w:szCs w:val="20"/>
        </w:rPr>
      </w:pPr>
      <w:r w:rsidRPr="003933E5">
        <w:rPr>
          <w:rFonts w:ascii="Corbel" w:hAnsi="Corbel"/>
          <w:szCs w:val="20"/>
        </w:rPr>
        <w:t xml:space="preserve">The academy has one defibrillator. </w:t>
      </w:r>
    </w:p>
    <w:p w14:paraId="3A32F637" w14:textId="4AC9D114" w:rsidR="00717223" w:rsidRPr="003933E5" w:rsidRDefault="00717223" w:rsidP="00717223">
      <w:pPr>
        <w:spacing w:after="0"/>
        <w:rPr>
          <w:rFonts w:ascii="Corbel" w:hAnsi="Corbel"/>
          <w:szCs w:val="20"/>
        </w:rPr>
      </w:pPr>
      <w:r w:rsidRPr="003933E5">
        <w:rPr>
          <w:rFonts w:ascii="Corbel" w:hAnsi="Corbel"/>
          <w:szCs w:val="20"/>
        </w:rPr>
        <w:t xml:space="preserve">It is fixed on the </w:t>
      </w:r>
      <w:r w:rsidR="003933E5" w:rsidRPr="003933E5">
        <w:rPr>
          <w:rFonts w:ascii="Corbel" w:hAnsi="Corbel"/>
          <w:szCs w:val="20"/>
        </w:rPr>
        <w:t>inside</w:t>
      </w:r>
      <w:r w:rsidRPr="003933E5">
        <w:rPr>
          <w:rFonts w:ascii="Corbel" w:hAnsi="Corbel"/>
          <w:szCs w:val="20"/>
        </w:rPr>
        <w:t xml:space="preserve"> wall </w:t>
      </w:r>
      <w:r w:rsidR="003933E5" w:rsidRPr="003933E5">
        <w:rPr>
          <w:rFonts w:ascii="Corbel" w:hAnsi="Corbel"/>
          <w:szCs w:val="20"/>
        </w:rPr>
        <w:t>within the front entrance.</w:t>
      </w:r>
      <w:r w:rsidRPr="003933E5">
        <w:rPr>
          <w:rFonts w:ascii="Corbel" w:hAnsi="Corbel"/>
          <w:szCs w:val="20"/>
        </w:rPr>
        <w:t xml:space="preserve"> </w:t>
      </w:r>
    </w:p>
    <w:p w14:paraId="0E1A596E" w14:textId="4069B6DA" w:rsidR="00717223" w:rsidRPr="001A4A3C" w:rsidRDefault="00B970E6">
      <w:pPr>
        <w:rPr>
          <w:rFonts w:ascii="Corbel" w:hAnsi="Corbel"/>
        </w:rPr>
      </w:pPr>
      <w:r>
        <w:rPr>
          <w:rFonts w:ascii="Corbel" w:hAnsi="Corbel"/>
        </w:rPr>
        <w:t xml:space="preserve">See </w:t>
      </w:r>
      <w:r w:rsidRPr="00B970E6">
        <w:rPr>
          <w:rFonts w:ascii="Corbel" w:hAnsi="Corbel"/>
          <w:b/>
        </w:rPr>
        <w:t xml:space="preserve">Appendix </w:t>
      </w:r>
      <w:r w:rsidR="00B376F3">
        <w:rPr>
          <w:rFonts w:ascii="Corbel" w:hAnsi="Corbel"/>
          <w:b/>
        </w:rPr>
        <w:t>2</w:t>
      </w:r>
      <w:r>
        <w:rPr>
          <w:rFonts w:ascii="Corbel" w:hAnsi="Corbel"/>
        </w:rPr>
        <w:t xml:space="preserve"> </w:t>
      </w:r>
      <w:r w:rsidRPr="00B970E6">
        <w:rPr>
          <w:rFonts w:ascii="Corbel" w:hAnsi="Corbel"/>
        </w:rPr>
        <w:t>AED location(s), serial numbers, and check schedule</w:t>
      </w:r>
    </w:p>
    <w:p w14:paraId="61C00770" w14:textId="77777777" w:rsidR="007F617B" w:rsidRDefault="00AE04FE">
      <w:pPr>
        <w:rPr>
          <w:rFonts w:ascii="Corbel" w:hAnsi="Corbel"/>
          <w:b/>
          <w:bCs/>
        </w:rPr>
      </w:pPr>
      <w:r w:rsidRPr="002D0DC4">
        <w:rPr>
          <w:rFonts w:ascii="Corbel" w:hAnsi="Corbel"/>
          <w:b/>
          <w:bCs/>
        </w:rPr>
        <w:t>9. Off-Site and Educational Visits</w:t>
      </w:r>
    </w:p>
    <w:p w14:paraId="43A654F8" w14:textId="77777777" w:rsidR="00E74118" w:rsidRDefault="00AE04FE" w:rsidP="00BA248E">
      <w:pPr>
        <w:spacing w:after="0" w:line="240" w:lineRule="auto"/>
        <w:rPr>
          <w:rFonts w:ascii="Corbel" w:hAnsi="Corbel"/>
        </w:rPr>
      </w:pPr>
      <w:r w:rsidRPr="001A4A3C">
        <w:rPr>
          <w:rFonts w:ascii="Corbel" w:hAnsi="Corbel"/>
        </w:rPr>
        <w:t>For all off-site activities, visit leaders must ensure first aid provision is proportionate to:</w:t>
      </w:r>
      <w:r w:rsidRPr="001A4A3C">
        <w:rPr>
          <w:rFonts w:ascii="Corbel" w:hAnsi="Corbel"/>
        </w:rPr>
        <w:tab/>
      </w:r>
    </w:p>
    <w:p w14:paraId="6982283B" w14:textId="4430D945" w:rsidR="00E45328" w:rsidRPr="00E74118" w:rsidRDefault="00AE04FE" w:rsidP="00BA248E">
      <w:pPr>
        <w:pStyle w:val="ListParagraph"/>
        <w:numPr>
          <w:ilvl w:val="0"/>
          <w:numId w:val="25"/>
        </w:numPr>
        <w:spacing w:after="0" w:line="240" w:lineRule="auto"/>
        <w:jc w:val="both"/>
        <w:rPr>
          <w:rFonts w:ascii="Corbel" w:hAnsi="Corbel"/>
          <w:b/>
          <w:bCs/>
        </w:rPr>
      </w:pPr>
      <w:r w:rsidRPr="00E74118">
        <w:rPr>
          <w:rFonts w:ascii="Corbel" w:hAnsi="Corbel"/>
        </w:rPr>
        <w:t xml:space="preserve">The nature of the activity </w:t>
      </w:r>
    </w:p>
    <w:p w14:paraId="414E5CA4" w14:textId="7117627C" w:rsidR="00E45328" w:rsidRPr="00BA248E" w:rsidRDefault="00AE04FE" w:rsidP="00BA248E">
      <w:pPr>
        <w:pStyle w:val="ListParagraph"/>
        <w:numPr>
          <w:ilvl w:val="0"/>
          <w:numId w:val="25"/>
        </w:numPr>
        <w:spacing w:after="0" w:line="240" w:lineRule="auto"/>
        <w:jc w:val="both"/>
        <w:rPr>
          <w:rFonts w:ascii="Corbel" w:hAnsi="Corbel"/>
        </w:rPr>
      </w:pPr>
      <w:r w:rsidRPr="00BA248E">
        <w:rPr>
          <w:rFonts w:ascii="Corbel" w:hAnsi="Corbel"/>
        </w:rPr>
        <w:lastRenderedPageBreak/>
        <w:t>Distance from emergency services</w:t>
      </w:r>
    </w:p>
    <w:p w14:paraId="7644C70F" w14:textId="3D3E4D9C" w:rsidR="00E45328" w:rsidRPr="00BA248E" w:rsidRDefault="6CEFBD3C" w:rsidP="29CDF304">
      <w:pPr>
        <w:pStyle w:val="ListParagraph"/>
        <w:numPr>
          <w:ilvl w:val="0"/>
          <w:numId w:val="25"/>
        </w:numPr>
        <w:spacing w:after="0" w:line="240" w:lineRule="auto"/>
        <w:jc w:val="both"/>
        <w:rPr>
          <w:rFonts w:ascii="Corbel" w:hAnsi="Corbel"/>
        </w:rPr>
      </w:pPr>
      <w:r w:rsidRPr="29CDF304">
        <w:rPr>
          <w:rFonts w:ascii="Corbel" w:hAnsi="Corbel"/>
        </w:rPr>
        <w:t>Medical needs of participants</w:t>
      </w:r>
      <w:r w:rsidR="3ADAAAC7" w:rsidRPr="29CDF304">
        <w:rPr>
          <w:rFonts w:ascii="Corbel" w:hAnsi="Corbel"/>
        </w:rPr>
        <w:t xml:space="preserve"> (pupils, staff, volunteers supporting the visit)</w:t>
      </w:r>
    </w:p>
    <w:p w14:paraId="47956F3A" w14:textId="4681149F" w:rsidR="00E45328" w:rsidRPr="00BA248E" w:rsidRDefault="00AE04FE" w:rsidP="00BA248E">
      <w:pPr>
        <w:pStyle w:val="ListParagraph"/>
        <w:numPr>
          <w:ilvl w:val="0"/>
          <w:numId w:val="25"/>
        </w:numPr>
        <w:spacing w:after="0" w:line="240" w:lineRule="auto"/>
        <w:jc w:val="both"/>
        <w:rPr>
          <w:rFonts w:ascii="Corbel" w:hAnsi="Corbel"/>
        </w:rPr>
      </w:pPr>
      <w:r w:rsidRPr="00BA248E">
        <w:rPr>
          <w:rFonts w:ascii="Corbel" w:hAnsi="Corbel"/>
        </w:rPr>
        <w:t>Environmental risks</w:t>
      </w:r>
    </w:p>
    <w:p w14:paraId="4AD8E9BF" w14:textId="73CC5870" w:rsidR="00E45328" w:rsidRPr="00BA248E" w:rsidRDefault="00BA248E" w:rsidP="00BA248E">
      <w:pPr>
        <w:pStyle w:val="ListParagraph"/>
        <w:numPr>
          <w:ilvl w:val="0"/>
          <w:numId w:val="25"/>
        </w:numPr>
        <w:spacing w:after="0" w:line="240" w:lineRule="auto"/>
        <w:jc w:val="both"/>
        <w:rPr>
          <w:rFonts w:ascii="Corbel" w:hAnsi="Corbel"/>
        </w:rPr>
      </w:pPr>
      <w:r>
        <w:rPr>
          <w:rFonts w:ascii="Corbel" w:hAnsi="Corbel"/>
        </w:rPr>
        <w:t>Staffing ratio</w:t>
      </w:r>
      <w:r w:rsidR="00AE04FE" w:rsidRPr="00BA248E">
        <w:rPr>
          <w:rFonts w:ascii="Corbel" w:hAnsi="Corbel"/>
        </w:rPr>
        <w:t>s</w:t>
      </w:r>
    </w:p>
    <w:p w14:paraId="7E8C30E1" w14:textId="77777777" w:rsidR="00E45328" w:rsidRPr="00BA248E" w:rsidRDefault="00E45328">
      <w:pPr>
        <w:rPr>
          <w:rFonts w:ascii="Corbel" w:hAnsi="Corbel"/>
          <w:sz w:val="8"/>
        </w:rPr>
      </w:pPr>
    </w:p>
    <w:p w14:paraId="633C288A" w14:textId="77777777" w:rsidR="00E45328" w:rsidRPr="007F617B" w:rsidRDefault="00AE04FE" w:rsidP="00BA248E">
      <w:pPr>
        <w:spacing w:after="0" w:line="240" w:lineRule="auto"/>
        <w:rPr>
          <w:rFonts w:ascii="Corbel" w:hAnsi="Corbel"/>
          <w:b/>
          <w:bCs/>
        </w:rPr>
      </w:pPr>
      <w:r w:rsidRPr="007F617B">
        <w:rPr>
          <w:rFonts w:ascii="Corbel" w:hAnsi="Corbel"/>
          <w:b/>
          <w:bCs/>
        </w:rPr>
        <w:t>Visit leaders should also ensure the following:</w:t>
      </w:r>
    </w:p>
    <w:p w14:paraId="15EC1944" w14:textId="77777777" w:rsidR="00E45328" w:rsidRPr="001A4A3C" w:rsidRDefault="00AE04FE" w:rsidP="00BA248E">
      <w:pPr>
        <w:spacing w:after="0" w:line="240" w:lineRule="auto"/>
        <w:ind w:left="-142" w:firstLine="426"/>
        <w:rPr>
          <w:rFonts w:ascii="Corbel" w:hAnsi="Corbel"/>
        </w:rPr>
      </w:pPr>
      <w:r w:rsidRPr="001A4A3C">
        <w:rPr>
          <w:rFonts w:ascii="Corbel" w:hAnsi="Corbel"/>
        </w:rPr>
        <w:t>•</w:t>
      </w:r>
      <w:r w:rsidRPr="001A4A3C">
        <w:rPr>
          <w:rFonts w:ascii="Corbel" w:hAnsi="Corbel"/>
        </w:rPr>
        <w:tab/>
        <w:t>A charged mobile phone</w:t>
      </w:r>
    </w:p>
    <w:p w14:paraId="1D920518" w14:textId="0976D95A" w:rsidR="00E45328" w:rsidRPr="00BA248E" w:rsidRDefault="6CEFBD3C" w:rsidP="29CDF304">
      <w:pPr>
        <w:spacing w:after="0" w:line="240" w:lineRule="auto"/>
        <w:ind w:left="-142" w:firstLine="426"/>
        <w:rPr>
          <w:rFonts w:ascii="Corbel" w:hAnsi="Corbel"/>
        </w:rPr>
      </w:pPr>
      <w:r w:rsidRPr="29CDF304">
        <w:rPr>
          <w:rFonts w:ascii="Corbel" w:hAnsi="Corbel"/>
        </w:rPr>
        <w:t>•</w:t>
      </w:r>
      <w:r w:rsidR="00AE04FE">
        <w:tab/>
      </w:r>
      <w:r w:rsidRPr="29CDF304">
        <w:rPr>
          <w:rFonts w:ascii="Corbel" w:hAnsi="Corbel"/>
        </w:rPr>
        <w:t>A suitable portable first aid kit</w:t>
      </w:r>
      <w:r w:rsidR="3ADAAAC7" w:rsidRPr="29CDF304">
        <w:rPr>
          <w:rFonts w:ascii="Corbel" w:hAnsi="Corbel"/>
        </w:rPr>
        <w:t xml:space="preserve"> (per each first aider on the trip)</w:t>
      </w:r>
    </w:p>
    <w:p w14:paraId="05DA36D3" w14:textId="77777777" w:rsidR="00E45328" w:rsidRPr="001A4A3C" w:rsidRDefault="6CEFBD3C" w:rsidP="29CDF304">
      <w:pPr>
        <w:spacing w:after="0" w:line="240" w:lineRule="auto"/>
        <w:ind w:left="-142" w:firstLine="426"/>
        <w:rPr>
          <w:rFonts w:ascii="Corbel" w:hAnsi="Corbel"/>
        </w:rPr>
      </w:pPr>
      <w:r w:rsidRPr="29CDF304">
        <w:rPr>
          <w:rFonts w:ascii="Corbel" w:hAnsi="Corbel"/>
        </w:rPr>
        <w:t>•</w:t>
      </w:r>
      <w:r w:rsidR="00AE04FE">
        <w:tab/>
      </w:r>
      <w:r w:rsidRPr="29CDF304">
        <w:rPr>
          <w:rFonts w:ascii="Corbel" w:hAnsi="Corbel"/>
        </w:rPr>
        <w:t>Access to information on pupils’ specific medical needs</w:t>
      </w:r>
    </w:p>
    <w:p w14:paraId="50F3E316" w14:textId="645F8154" w:rsidR="007F617B" w:rsidRDefault="6CEFBD3C" w:rsidP="29CDF304">
      <w:pPr>
        <w:spacing w:after="0" w:line="240" w:lineRule="auto"/>
        <w:ind w:left="-142" w:firstLine="426"/>
        <w:rPr>
          <w:rFonts w:ascii="Corbel" w:hAnsi="Corbel"/>
        </w:rPr>
      </w:pPr>
      <w:r w:rsidRPr="29CDF304">
        <w:rPr>
          <w:rFonts w:ascii="Corbel" w:hAnsi="Corbel"/>
        </w:rPr>
        <w:t>•</w:t>
      </w:r>
      <w:r w:rsidR="00AE04FE">
        <w:tab/>
      </w:r>
      <w:r w:rsidRPr="29CDF304">
        <w:rPr>
          <w:rFonts w:ascii="Corbel" w:hAnsi="Corbel"/>
        </w:rPr>
        <w:t xml:space="preserve">Parents’/carers’ </w:t>
      </w:r>
      <w:r w:rsidR="3ADAAAC7" w:rsidRPr="29CDF304">
        <w:rPr>
          <w:rFonts w:ascii="Corbel" w:hAnsi="Corbel"/>
        </w:rPr>
        <w:t xml:space="preserve">emergency </w:t>
      </w:r>
      <w:r w:rsidRPr="29CDF304">
        <w:rPr>
          <w:rFonts w:ascii="Corbel" w:hAnsi="Corbel"/>
        </w:rPr>
        <w:t>contact details</w:t>
      </w:r>
    </w:p>
    <w:p w14:paraId="51711F7B" w14:textId="77777777" w:rsidR="007F617B" w:rsidRDefault="007F617B" w:rsidP="007F617B">
      <w:pPr>
        <w:spacing w:after="0" w:line="240" w:lineRule="auto"/>
        <w:ind w:left="-142"/>
        <w:rPr>
          <w:rFonts w:ascii="Corbel" w:hAnsi="Corbel"/>
        </w:rPr>
      </w:pPr>
    </w:p>
    <w:p w14:paraId="7E0034DE" w14:textId="20662CF8" w:rsidR="002638E2" w:rsidRDefault="7EB95707" w:rsidP="29CDF304">
      <w:p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There must be </w:t>
      </w:r>
      <w:r w:rsidRPr="29CDF304">
        <w:rPr>
          <w:rFonts w:ascii="Corbel" w:eastAsia="Times New Roman" w:hAnsi="Corbel" w:cs="Times New Roman"/>
          <w:b/>
          <w:bCs/>
          <w:lang w:val="en-GB" w:eastAsia="en-GB"/>
        </w:rPr>
        <w:t>at least two appropriately trained first aiders</w:t>
      </w:r>
      <w:r w:rsidRPr="29CDF304">
        <w:rPr>
          <w:rFonts w:ascii="Corbel" w:eastAsia="Times New Roman" w:hAnsi="Corbel" w:cs="Times New Roman"/>
          <w:lang w:val="en-GB" w:eastAsia="en-GB"/>
        </w:rPr>
        <w:t xml:space="preserve"> accompanying academy trips, local walks/ visits, external events and competitions, and residential visits, subject to the findings of the relevant risk assessment.</w:t>
      </w:r>
    </w:p>
    <w:p w14:paraId="4271C6AE" w14:textId="77777777" w:rsidR="002638E2" w:rsidRPr="002638E2" w:rsidRDefault="002638E2" w:rsidP="29CDF304">
      <w:pPr>
        <w:spacing w:after="0" w:line="240" w:lineRule="auto"/>
        <w:rPr>
          <w:rFonts w:ascii="Corbel" w:eastAsia="Times New Roman" w:hAnsi="Corbel" w:cs="Times New Roman"/>
          <w:lang w:val="en-GB" w:eastAsia="en-GB"/>
        </w:rPr>
      </w:pPr>
    </w:p>
    <w:p w14:paraId="68F92D32" w14:textId="079509D7" w:rsidR="002638E2" w:rsidRDefault="7EB95707" w:rsidP="29CDF304">
      <w:p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Where </w:t>
      </w:r>
      <w:r w:rsidRPr="29CDF304">
        <w:rPr>
          <w:rFonts w:ascii="Corbel" w:eastAsia="Times New Roman" w:hAnsi="Corbel" w:cs="Times New Roman"/>
          <w:b/>
          <w:bCs/>
          <w:lang w:val="en-GB" w:eastAsia="en-GB"/>
        </w:rPr>
        <w:t>EYFS pupils attend</w:t>
      </w:r>
      <w:r w:rsidRPr="29CDF304">
        <w:rPr>
          <w:rFonts w:ascii="Corbel" w:eastAsia="Times New Roman" w:hAnsi="Corbel" w:cs="Times New Roman"/>
          <w:lang w:val="en-GB" w:eastAsia="en-GB"/>
        </w:rPr>
        <w:t xml:space="preserve">, the academy must ensure that </w:t>
      </w:r>
      <w:r w:rsidRPr="29CDF304">
        <w:rPr>
          <w:rFonts w:ascii="Corbel" w:eastAsia="Times New Roman" w:hAnsi="Corbel" w:cs="Times New Roman"/>
          <w:b/>
          <w:bCs/>
          <w:lang w:val="en-GB" w:eastAsia="en-GB"/>
        </w:rPr>
        <w:t>appropriate paediatric first-aid cover is available for the duration of the visit</w:t>
      </w:r>
      <w:r w:rsidRPr="29CDF304">
        <w:rPr>
          <w:rFonts w:ascii="Corbel" w:eastAsia="Times New Roman" w:hAnsi="Corbel" w:cs="Times New Roman"/>
          <w:lang w:val="en-GB" w:eastAsia="en-GB"/>
        </w:rPr>
        <w:t>, in accordance with the EYFS statutory requirements and the needs identified through the risk assessment.</w:t>
      </w:r>
    </w:p>
    <w:p w14:paraId="7BA72EC8" w14:textId="77777777" w:rsidR="002638E2" w:rsidRPr="002638E2" w:rsidRDefault="002638E2" w:rsidP="29CDF304">
      <w:pPr>
        <w:spacing w:after="0" w:line="240" w:lineRule="auto"/>
        <w:rPr>
          <w:rFonts w:ascii="Corbel" w:eastAsia="Times New Roman" w:hAnsi="Corbel" w:cs="Times New Roman"/>
          <w:lang w:val="en-GB" w:eastAsia="en-GB"/>
        </w:rPr>
      </w:pPr>
    </w:p>
    <w:p w14:paraId="3A47BD71" w14:textId="671F7A01" w:rsidR="002638E2" w:rsidRDefault="7EB95707" w:rsidP="29CDF304">
      <w:p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The first aiders accompanying the visit should be appropriately trained and able to respond to the foreseeable first-aid needs of the pupils attending.</w:t>
      </w:r>
    </w:p>
    <w:p w14:paraId="3D985E7E" w14:textId="77777777" w:rsidR="0001375A" w:rsidRDefault="0001375A" w:rsidP="002638E2">
      <w:pPr>
        <w:spacing w:after="0" w:line="240" w:lineRule="auto"/>
        <w:rPr>
          <w:rFonts w:ascii="Corbel" w:eastAsia="Times New Roman" w:hAnsi="Corbel" w:cs="Times New Roman"/>
          <w:color w:val="0070C0"/>
          <w:lang w:val="en-GB" w:eastAsia="en-GB"/>
        </w:rPr>
      </w:pPr>
    </w:p>
    <w:p w14:paraId="0F68D1CF" w14:textId="77777777" w:rsidR="002638E2" w:rsidRPr="002638E2" w:rsidRDefault="002638E2" w:rsidP="002638E2">
      <w:pPr>
        <w:spacing w:after="0" w:line="240" w:lineRule="auto"/>
        <w:rPr>
          <w:rFonts w:ascii="Corbel" w:eastAsia="Times New Roman" w:hAnsi="Corbel" w:cs="Times New Roman"/>
          <w:color w:val="0070C0"/>
          <w:lang w:val="en-GB" w:eastAsia="en-GB"/>
        </w:rPr>
      </w:pPr>
    </w:p>
    <w:p w14:paraId="519CFD54" w14:textId="22ACE950" w:rsidR="00E74118" w:rsidRDefault="00AE04FE" w:rsidP="00E74118">
      <w:pPr>
        <w:spacing w:after="0" w:line="240" w:lineRule="auto"/>
        <w:rPr>
          <w:rFonts w:ascii="Corbel" w:hAnsi="Corbel"/>
          <w:b/>
          <w:bCs/>
        </w:rPr>
      </w:pPr>
      <w:r w:rsidRPr="007F617B">
        <w:rPr>
          <w:rFonts w:ascii="Corbel" w:hAnsi="Corbel"/>
          <w:b/>
          <w:bCs/>
        </w:rPr>
        <w:t>10. Record-Keeping and Reporting</w:t>
      </w:r>
    </w:p>
    <w:p w14:paraId="5E7F7096" w14:textId="77777777" w:rsidR="00BA248E" w:rsidRDefault="00BA248E" w:rsidP="00E74118">
      <w:pPr>
        <w:spacing w:after="0" w:line="240" w:lineRule="auto"/>
        <w:rPr>
          <w:rFonts w:ascii="Corbel" w:hAnsi="Corbel"/>
          <w:b/>
          <w:bCs/>
        </w:rPr>
      </w:pPr>
    </w:p>
    <w:p w14:paraId="3853164C" w14:textId="57361A54" w:rsidR="00E45328" w:rsidRPr="007F617B" w:rsidRDefault="00AE04FE" w:rsidP="00E74118">
      <w:pPr>
        <w:spacing w:after="0" w:line="240" w:lineRule="auto"/>
        <w:rPr>
          <w:rFonts w:ascii="Corbel" w:hAnsi="Corbel"/>
          <w:b/>
          <w:bCs/>
        </w:rPr>
      </w:pPr>
      <w:r w:rsidRPr="007F617B">
        <w:rPr>
          <w:rFonts w:ascii="Corbel" w:hAnsi="Corbel"/>
          <w:b/>
          <w:bCs/>
        </w:rPr>
        <w:t>10.1 Accident/Incident Records</w:t>
      </w:r>
    </w:p>
    <w:p w14:paraId="373F8923" w14:textId="497ED15B" w:rsidR="00717223" w:rsidRPr="00717223" w:rsidRDefault="00717223" w:rsidP="00717223">
      <w:pPr>
        <w:pStyle w:val="ListParagraph"/>
        <w:numPr>
          <w:ilvl w:val="0"/>
          <w:numId w:val="35"/>
        </w:numPr>
        <w:spacing w:after="0" w:line="240" w:lineRule="auto"/>
        <w:ind w:left="709" w:hanging="425"/>
        <w:rPr>
          <w:rFonts w:ascii="Corbel" w:hAnsi="Corbel"/>
        </w:rPr>
      </w:pPr>
      <w:r w:rsidRPr="00717223">
        <w:rPr>
          <w:rFonts w:ascii="Corbel" w:hAnsi="Corbel"/>
        </w:rPr>
        <w:t>Provide an accident slip/notifi</w:t>
      </w:r>
      <w:r>
        <w:rPr>
          <w:rFonts w:ascii="Corbel" w:hAnsi="Corbel"/>
        </w:rPr>
        <w:t>cation</w:t>
      </w:r>
      <w:r w:rsidRPr="00717223">
        <w:rPr>
          <w:rFonts w:ascii="Corbel" w:hAnsi="Corbel"/>
        </w:rPr>
        <w:t xml:space="preserve"> for any first aid administered.</w:t>
      </w:r>
    </w:p>
    <w:p w14:paraId="4E934845" w14:textId="4DAB1488" w:rsidR="00717223" w:rsidRPr="00717223" w:rsidRDefault="00717223" w:rsidP="00717223">
      <w:pPr>
        <w:pStyle w:val="ListParagraph"/>
        <w:numPr>
          <w:ilvl w:val="0"/>
          <w:numId w:val="34"/>
        </w:numPr>
        <w:spacing w:after="0" w:line="240" w:lineRule="auto"/>
        <w:ind w:left="709" w:hanging="425"/>
        <w:rPr>
          <w:rFonts w:ascii="Corbel" w:hAnsi="Corbel"/>
        </w:rPr>
      </w:pPr>
      <w:r w:rsidRPr="00717223">
        <w:rPr>
          <w:rFonts w:ascii="Corbel" w:eastAsia="Times New Roman" w:hAnsi="Corbel" w:cs="Times New Roman"/>
          <w:lang w:val="en-GB" w:eastAsia="en-GB"/>
        </w:rPr>
        <w:t xml:space="preserve">Ensure parents/carers are informed </w:t>
      </w:r>
      <w:r w:rsidRPr="00717223">
        <w:rPr>
          <w:rFonts w:ascii="Corbel" w:eastAsia="Times New Roman" w:hAnsi="Corbel" w:cs="Times New Roman"/>
          <w:bCs/>
          <w:lang w:val="en-GB" w:eastAsia="en-GB"/>
        </w:rPr>
        <w:t>promptly where an injury or illness is significant, where further treatment may be required, or where this is appropriate in accordance with the academy’s procedures</w:t>
      </w:r>
      <w:r w:rsidRPr="00717223">
        <w:rPr>
          <w:rFonts w:ascii="Corbel" w:eastAsia="Times New Roman" w:hAnsi="Corbel" w:cs="Times New Roman"/>
          <w:lang w:val="en-GB" w:eastAsia="en-GB"/>
        </w:rPr>
        <w:t xml:space="preserve">. </w:t>
      </w:r>
    </w:p>
    <w:p w14:paraId="03484B46" w14:textId="5032208D" w:rsidR="00717223" w:rsidRPr="00717223" w:rsidRDefault="00717223" w:rsidP="00717223">
      <w:pPr>
        <w:pStyle w:val="ListParagraph"/>
        <w:numPr>
          <w:ilvl w:val="0"/>
          <w:numId w:val="34"/>
        </w:numPr>
        <w:spacing w:after="0" w:line="240" w:lineRule="auto"/>
        <w:ind w:left="709" w:hanging="425"/>
        <w:rPr>
          <w:rFonts w:ascii="Corbel" w:eastAsia="Times New Roman" w:hAnsi="Corbel" w:cs="Times New Roman"/>
          <w:lang w:val="en-GB" w:eastAsia="en-GB"/>
        </w:rPr>
      </w:pPr>
      <w:r w:rsidRPr="00717223">
        <w:rPr>
          <w:rFonts w:ascii="Corbel" w:eastAsia="Times New Roman" w:hAnsi="Corbel" w:cs="Times New Roman"/>
          <w:lang w:val="en-GB" w:eastAsia="en-GB"/>
        </w:rPr>
        <w:t xml:space="preserve">Retain accident/incident records in accordance with the </w:t>
      </w:r>
      <w:r w:rsidRPr="00717223">
        <w:rPr>
          <w:rFonts w:ascii="Corbel" w:eastAsia="Times New Roman" w:hAnsi="Corbel" w:cs="Times New Roman"/>
          <w:bCs/>
          <w:lang w:val="en-GB" w:eastAsia="en-GB"/>
        </w:rPr>
        <w:t>Trust Records Management Policy and applicable legislation</w:t>
      </w:r>
      <w:r w:rsidRPr="00717223">
        <w:rPr>
          <w:rFonts w:ascii="Corbel" w:eastAsia="Times New Roman" w:hAnsi="Corbel" w:cs="Times New Roman"/>
          <w:lang w:val="en-GB" w:eastAsia="en-GB"/>
        </w:rPr>
        <w:t xml:space="preserve">. </w:t>
      </w:r>
    </w:p>
    <w:p w14:paraId="077C657F" w14:textId="39853941" w:rsidR="00717223" w:rsidRPr="00717223" w:rsidRDefault="00717223" w:rsidP="00717223">
      <w:pPr>
        <w:pStyle w:val="ListParagraph"/>
        <w:numPr>
          <w:ilvl w:val="0"/>
          <w:numId w:val="33"/>
        </w:numPr>
        <w:spacing w:after="0" w:line="240" w:lineRule="auto"/>
        <w:ind w:left="709" w:hanging="425"/>
        <w:rPr>
          <w:rFonts w:ascii="Corbel" w:eastAsia="Times New Roman" w:hAnsi="Corbel" w:cs="Times New Roman"/>
          <w:lang w:val="en-GB" w:eastAsia="en-GB"/>
        </w:rPr>
      </w:pPr>
      <w:r w:rsidRPr="00717223">
        <w:rPr>
          <w:rFonts w:ascii="Corbel" w:eastAsia="Times New Roman" w:hAnsi="Corbel" w:cs="Times New Roman"/>
          <w:lang w:val="en-GB" w:eastAsia="en-GB"/>
        </w:rPr>
        <w:t xml:space="preserve">Ensure records are stored securely and access is restricted to authorised personnel. </w:t>
      </w:r>
    </w:p>
    <w:p w14:paraId="0B8C7731" w14:textId="18AC4FE5" w:rsidR="00717223" w:rsidRPr="00717223" w:rsidRDefault="00717223" w:rsidP="00717223">
      <w:pPr>
        <w:pStyle w:val="ListParagraph"/>
        <w:numPr>
          <w:ilvl w:val="0"/>
          <w:numId w:val="34"/>
        </w:numPr>
        <w:spacing w:after="0" w:line="240" w:lineRule="auto"/>
        <w:ind w:left="709" w:hanging="425"/>
        <w:rPr>
          <w:rFonts w:ascii="Corbel" w:hAnsi="Corbel"/>
        </w:rPr>
      </w:pPr>
      <w:r w:rsidRPr="00717223">
        <w:rPr>
          <w:rFonts w:ascii="Corbel" w:eastAsia="Times New Roman" w:hAnsi="Corbel" w:cs="Times New Roman"/>
          <w:lang w:val="en-GB" w:eastAsia="en-GB"/>
        </w:rPr>
        <w:t>Dispose of records securely when the applicable retention period has expired.</w:t>
      </w:r>
    </w:p>
    <w:p w14:paraId="24C033DE" w14:textId="250931D5" w:rsidR="00717223" w:rsidRDefault="00717223" w:rsidP="00717223">
      <w:pPr>
        <w:spacing w:after="0" w:line="240" w:lineRule="auto"/>
        <w:rPr>
          <w:rStyle w:val="normaltextrun"/>
          <w:rFonts w:ascii="Corbel" w:hAnsi="Corbel"/>
          <w:b/>
          <w:color w:val="000000"/>
          <w:shd w:val="clear" w:color="auto" w:fill="FFFFFF"/>
          <w:lang w:val="en"/>
        </w:rPr>
      </w:pPr>
    </w:p>
    <w:p w14:paraId="70D58F34" w14:textId="77777777" w:rsidR="00717223" w:rsidRPr="00717223" w:rsidRDefault="666F8212" w:rsidP="29CDF304">
      <w:p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Notify the Trust promptly of any significant accident or incident involving a child, member of staff or other person on academy premises that:</w:t>
      </w:r>
    </w:p>
    <w:p w14:paraId="4BE3B806" w14:textId="77777777" w:rsidR="00717223" w:rsidRPr="00717223" w:rsidRDefault="666F8212" w:rsidP="29CDF304">
      <w:pPr>
        <w:numPr>
          <w:ilvl w:val="0"/>
          <w:numId w:val="36"/>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meets the criteria for reporting under </w:t>
      </w:r>
      <w:r w:rsidRPr="29CDF304">
        <w:rPr>
          <w:rFonts w:ascii="Corbel" w:eastAsia="Times New Roman" w:hAnsi="Corbel" w:cs="Times New Roman"/>
          <w:b/>
          <w:bCs/>
          <w:lang w:val="en-GB" w:eastAsia="en-GB"/>
        </w:rPr>
        <w:t>RIDDOR</w:t>
      </w:r>
      <w:r w:rsidRPr="29CDF304">
        <w:rPr>
          <w:rFonts w:ascii="Corbel" w:eastAsia="Times New Roman" w:hAnsi="Corbel" w:cs="Times New Roman"/>
          <w:lang w:val="en-GB" w:eastAsia="en-GB"/>
        </w:rPr>
        <w:t xml:space="preserve">; or </w:t>
      </w:r>
    </w:p>
    <w:p w14:paraId="7A179B03" w14:textId="77777777" w:rsidR="00717223" w:rsidRPr="00717223" w:rsidRDefault="666F8212" w:rsidP="29CDF304">
      <w:pPr>
        <w:numPr>
          <w:ilvl w:val="0"/>
          <w:numId w:val="36"/>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results in the person being taken directly to hospital for treatment, where this is reportable under Trust procedures.</w:t>
      </w:r>
    </w:p>
    <w:p w14:paraId="05C80436" w14:textId="09AC5C52" w:rsidR="00E45328" w:rsidRPr="00502440" w:rsidRDefault="6CEFBD3C" w:rsidP="00502440">
      <w:pPr>
        <w:spacing w:after="0" w:line="240" w:lineRule="auto"/>
        <w:rPr>
          <w:rFonts w:ascii="Corbel" w:hAnsi="Corbel"/>
        </w:rPr>
      </w:pPr>
      <w:r w:rsidRPr="29CDF304">
        <w:rPr>
          <w:rFonts w:ascii="Corbel" w:hAnsi="Corbel"/>
        </w:rPr>
        <w:t>Complete the Trust-approved accident/incident record the same day where possible</w:t>
      </w:r>
      <w:r w:rsidR="382C9DBB" w:rsidRPr="29CDF304">
        <w:rPr>
          <w:rFonts w:ascii="Corbel" w:hAnsi="Corbel"/>
        </w:rPr>
        <w:t xml:space="preserve"> via forms on the Trust Landing Page or </w:t>
      </w:r>
      <w:r w:rsidR="382C9DBB" w:rsidRPr="29CDF304">
        <w:rPr>
          <w:rFonts w:ascii="Corbel" w:hAnsi="Corbel"/>
          <w:b/>
          <w:bCs/>
        </w:rPr>
        <w:t>Appendix 6</w:t>
      </w:r>
      <w:r w:rsidR="382C9DBB" w:rsidRPr="29CDF304">
        <w:rPr>
          <w:rFonts w:ascii="Corbel" w:hAnsi="Corbel"/>
        </w:rPr>
        <w:t xml:space="preserve"> if no internet access</w:t>
      </w:r>
      <w:r w:rsidRPr="29CDF304">
        <w:rPr>
          <w:rFonts w:ascii="Corbel" w:hAnsi="Corbel"/>
        </w:rPr>
        <w:t>, including date/time, nature of injury/illness, first aid given, and immediate outcome (e.g., returned to class, collected, ambulance).</w:t>
      </w:r>
    </w:p>
    <w:p w14:paraId="74D88767" w14:textId="48BC118B" w:rsidR="00717223" w:rsidRPr="001A4A3C" w:rsidRDefault="00717223">
      <w:pPr>
        <w:rPr>
          <w:rFonts w:ascii="Corbel" w:hAnsi="Corbel"/>
        </w:rPr>
      </w:pPr>
    </w:p>
    <w:p w14:paraId="3B3D70AE" w14:textId="77777777" w:rsidR="00E45328" w:rsidRPr="007F617B" w:rsidRDefault="00AE04FE">
      <w:pPr>
        <w:rPr>
          <w:rFonts w:ascii="Corbel" w:hAnsi="Corbel"/>
          <w:b/>
          <w:bCs/>
        </w:rPr>
      </w:pPr>
      <w:r w:rsidRPr="007F617B">
        <w:rPr>
          <w:rFonts w:ascii="Corbel" w:hAnsi="Corbel"/>
          <w:b/>
          <w:bCs/>
        </w:rPr>
        <w:t>10.2 RIDDOR and Statutory Notifications</w:t>
      </w:r>
    </w:p>
    <w:p w14:paraId="3F18A272" w14:textId="77777777" w:rsidR="00E45328" w:rsidRPr="001A4A3C" w:rsidRDefault="00AE04FE" w:rsidP="00BA248E">
      <w:pPr>
        <w:spacing w:after="0" w:line="240" w:lineRule="auto"/>
        <w:ind w:left="709" w:hanging="283"/>
        <w:rPr>
          <w:rFonts w:ascii="Corbel" w:hAnsi="Corbel"/>
        </w:rPr>
      </w:pPr>
      <w:r w:rsidRPr="001A4A3C">
        <w:rPr>
          <w:rFonts w:ascii="Corbel" w:hAnsi="Corbel"/>
        </w:rPr>
        <w:t>•</w:t>
      </w:r>
      <w:r w:rsidRPr="001A4A3C">
        <w:rPr>
          <w:rFonts w:ascii="Corbel" w:hAnsi="Corbel"/>
        </w:rPr>
        <w:tab/>
        <w:t>Certain accidents, occupational diseases, and dangerous occurrences must be reported to the HSE under RIDDOR 2013 within prescribed timeframes.</w:t>
      </w:r>
    </w:p>
    <w:p w14:paraId="2F1CC416" w14:textId="5FF41DBF" w:rsidR="00E45328" w:rsidRDefault="6CEFBD3C" w:rsidP="29CDF304">
      <w:pPr>
        <w:spacing w:after="0" w:line="240" w:lineRule="auto"/>
        <w:ind w:left="709" w:hanging="283"/>
        <w:rPr>
          <w:rFonts w:ascii="Corbel" w:hAnsi="Corbel"/>
          <w:color w:val="EE0000"/>
        </w:rPr>
      </w:pPr>
      <w:r w:rsidRPr="29CDF304">
        <w:rPr>
          <w:rFonts w:ascii="Corbel" w:hAnsi="Corbel"/>
        </w:rPr>
        <w:t>•</w:t>
      </w:r>
      <w:r w:rsidR="00AE04FE">
        <w:tab/>
      </w:r>
      <w:r w:rsidRPr="29CDF304">
        <w:rPr>
          <w:rFonts w:ascii="Corbel" w:hAnsi="Corbel"/>
        </w:rPr>
        <w:t>Executive Head Teachers/Head Teachers ensure RIDDOR assessments and submissions are completed and inform the Trust H&amp;S Lead and CEO. Significant incidents are reported to Trustees via established reporting lines.</w:t>
      </w:r>
      <w:r w:rsidR="3ADAAAC7" w:rsidRPr="29CDF304">
        <w:rPr>
          <w:rFonts w:ascii="Corbel" w:hAnsi="Corbel"/>
        </w:rPr>
        <w:t xml:space="preserve"> </w:t>
      </w:r>
    </w:p>
    <w:p w14:paraId="5E78D1F9" w14:textId="77777777" w:rsidR="007F617B" w:rsidRPr="00BA248E" w:rsidRDefault="007F617B">
      <w:pPr>
        <w:rPr>
          <w:rFonts w:ascii="Corbel" w:hAnsi="Corbel"/>
          <w:sz w:val="10"/>
        </w:rPr>
      </w:pPr>
    </w:p>
    <w:p w14:paraId="7D9B3D35" w14:textId="77777777" w:rsidR="00E45328" w:rsidRPr="007F617B" w:rsidRDefault="00AE04FE">
      <w:pPr>
        <w:rPr>
          <w:rFonts w:ascii="Corbel" w:hAnsi="Corbel"/>
          <w:b/>
          <w:bCs/>
        </w:rPr>
      </w:pPr>
      <w:r w:rsidRPr="007F617B">
        <w:rPr>
          <w:rFonts w:ascii="Corbel" w:hAnsi="Corbel"/>
          <w:b/>
          <w:bCs/>
        </w:rPr>
        <w:t>10.3 Parental/Carer Notification</w:t>
      </w:r>
    </w:p>
    <w:p w14:paraId="47880374" w14:textId="77777777" w:rsidR="00E45328" w:rsidRPr="001A4A3C" w:rsidRDefault="00AE04FE" w:rsidP="00BA248E">
      <w:pPr>
        <w:tabs>
          <w:tab w:val="left" w:pos="0"/>
        </w:tabs>
        <w:spacing w:after="0" w:line="240" w:lineRule="auto"/>
        <w:ind w:firstLine="426"/>
        <w:rPr>
          <w:rFonts w:ascii="Corbel" w:hAnsi="Corbel"/>
        </w:rPr>
      </w:pPr>
      <w:r w:rsidRPr="001A4A3C">
        <w:rPr>
          <w:rFonts w:ascii="Corbel" w:hAnsi="Corbel"/>
        </w:rPr>
        <w:t>•</w:t>
      </w:r>
      <w:r w:rsidRPr="001A4A3C">
        <w:rPr>
          <w:rFonts w:ascii="Corbel" w:hAnsi="Corbel"/>
        </w:rPr>
        <w:tab/>
        <w:t>Parents/carers receive a same-day accident slip for any first aid administered.</w:t>
      </w:r>
    </w:p>
    <w:p w14:paraId="47F953E1" w14:textId="77777777" w:rsidR="00E45328" w:rsidRPr="001A4A3C" w:rsidRDefault="00AE04FE" w:rsidP="00BA248E">
      <w:pPr>
        <w:tabs>
          <w:tab w:val="left" w:pos="0"/>
        </w:tabs>
        <w:spacing w:after="0" w:line="240" w:lineRule="auto"/>
        <w:ind w:firstLine="426"/>
        <w:rPr>
          <w:rFonts w:ascii="Corbel" w:hAnsi="Corbel"/>
        </w:rPr>
      </w:pPr>
      <w:r w:rsidRPr="001A4A3C">
        <w:rPr>
          <w:rFonts w:ascii="Corbel" w:hAnsi="Corbel"/>
        </w:rPr>
        <w:t>•</w:t>
      </w:r>
      <w:r w:rsidRPr="001A4A3C">
        <w:rPr>
          <w:rFonts w:ascii="Corbel" w:hAnsi="Corbel"/>
        </w:rPr>
        <w:tab/>
        <w:t>For some injuries/illnesses, class teachers or office staff will also call parents/carers on the day.</w:t>
      </w:r>
    </w:p>
    <w:p w14:paraId="4313B74E" w14:textId="77777777" w:rsidR="00E45328" w:rsidRDefault="00AE04FE" w:rsidP="00BA248E">
      <w:pPr>
        <w:tabs>
          <w:tab w:val="left" w:pos="0"/>
        </w:tabs>
        <w:spacing w:after="0" w:line="240" w:lineRule="auto"/>
        <w:ind w:firstLine="426"/>
        <w:rPr>
          <w:rFonts w:ascii="Corbel" w:hAnsi="Corbel"/>
        </w:rPr>
      </w:pPr>
      <w:r w:rsidRPr="001A4A3C">
        <w:rPr>
          <w:rFonts w:ascii="Corbel" w:hAnsi="Corbel"/>
        </w:rPr>
        <w:lastRenderedPageBreak/>
        <w:t>•</w:t>
      </w:r>
      <w:r w:rsidRPr="001A4A3C">
        <w:rPr>
          <w:rFonts w:ascii="Corbel" w:hAnsi="Corbel"/>
        </w:rPr>
        <w:tab/>
        <w:t xml:space="preserve">For head injuries, parents/carers </w:t>
      </w:r>
      <w:r w:rsidRPr="005D30D8">
        <w:rPr>
          <w:rFonts w:ascii="Corbel" w:hAnsi="Corbel"/>
          <w:b/>
          <w:bCs/>
        </w:rPr>
        <w:t>must</w:t>
      </w:r>
      <w:r w:rsidRPr="001A4A3C">
        <w:rPr>
          <w:rFonts w:ascii="Corbel" w:hAnsi="Corbel"/>
        </w:rPr>
        <w:t xml:space="preserve"> be contacted </w:t>
      </w:r>
      <w:r w:rsidRPr="005D30D8">
        <w:rPr>
          <w:rFonts w:ascii="Corbel" w:hAnsi="Corbel"/>
          <w:b/>
          <w:bCs/>
        </w:rPr>
        <w:t>immediately.</w:t>
      </w:r>
    </w:p>
    <w:p w14:paraId="666BF9A2" w14:textId="057723C8" w:rsidR="00E45328" w:rsidRPr="001A4A3C" w:rsidRDefault="00E45328">
      <w:pPr>
        <w:rPr>
          <w:rFonts w:ascii="Corbel" w:hAnsi="Corbel"/>
        </w:rPr>
      </w:pPr>
    </w:p>
    <w:p w14:paraId="5754B4EF" w14:textId="00B03511" w:rsidR="00E45328" w:rsidRDefault="00AE04FE">
      <w:pPr>
        <w:rPr>
          <w:rFonts w:ascii="Corbel" w:hAnsi="Corbel"/>
          <w:b/>
          <w:bCs/>
        </w:rPr>
      </w:pPr>
      <w:r w:rsidRPr="007F617B">
        <w:rPr>
          <w:rFonts w:ascii="Corbel" w:hAnsi="Corbel"/>
          <w:b/>
          <w:bCs/>
        </w:rPr>
        <w:t>11. Training and Competence</w:t>
      </w:r>
    </w:p>
    <w:p w14:paraId="6706A4DB" w14:textId="77777777" w:rsidR="0001375A" w:rsidRPr="0001375A" w:rsidRDefault="0001375A" w:rsidP="0001375A">
      <w:pPr>
        <w:spacing w:after="0" w:line="240" w:lineRule="auto"/>
        <w:rPr>
          <w:rFonts w:ascii="Corbel" w:eastAsia="Times New Roman" w:hAnsi="Corbel" w:cs="Times New Roman"/>
          <w:szCs w:val="24"/>
          <w:lang w:val="en-GB" w:eastAsia="en-GB"/>
        </w:rPr>
      </w:pPr>
      <w:r w:rsidRPr="0001375A">
        <w:rPr>
          <w:rFonts w:ascii="Corbel" w:eastAsia="Times New Roman" w:hAnsi="Corbel" w:cs="Times New Roman"/>
          <w:szCs w:val="24"/>
          <w:lang w:val="en-GB" w:eastAsia="en-GB"/>
        </w:rPr>
        <w:t>Academies must:</w:t>
      </w:r>
    </w:p>
    <w:p w14:paraId="04EF409A" w14:textId="77777777" w:rsidR="0001375A" w:rsidRPr="0001375A" w:rsidRDefault="0001375A" w:rsidP="0001375A">
      <w:pPr>
        <w:numPr>
          <w:ilvl w:val="0"/>
          <w:numId w:val="37"/>
        </w:numPr>
        <w:spacing w:after="0" w:line="240" w:lineRule="auto"/>
        <w:rPr>
          <w:rFonts w:ascii="Corbel" w:eastAsia="Times New Roman" w:hAnsi="Corbel" w:cs="Times New Roman"/>
          <w:szCs w:val="24"/>
          <w:lang w:val="en-GB" w:eastAsia="en-GB"/>
        </w:rPr>
      </w:pPr>
      <w:r w:rsidRPr="0001375A">
        <w:rPr>
          <w:rFonts w:ascii="Corbel" w:eastAsia="Times New Roman" w:hAnsi="Corbel" w:cs="Times New Roman"/>
          <w:szCs w:val="24"/>
          <w:lang w:val="en-GB" w:eastAsia="en-GB"/>
        </w:rPr>
        <w:t xml:space="preserve">Ensure an </w:t>
      </w:r>
      <w:r w:rsidRPr="0001375A">
        <w:rPr>
          <w:rFonts w:ascii="Corbel" w:eastAsia="Times New Roman" w:hAnsi="Corbel" w:cs="Times New Roman"/>
          <w:bCs/>
          <w:szCs w:val="24"/>
          <w:lang w:val="en-GB" w:eastAsia="en-GB"/>
        </w:rPr>
        <w:t>appropriate number of staff are trained in first aid</w:t>
      </w:r>
      <w:r w:rsidRPr="0001375A">
        <w:rPr>
          <w:rFonts w:ascii="Corbel" w:eastAsia="Times New Roman" w:hAnsi="Corbel" w:cs="Times New Roman"/>
          <w:szCs w:val="24"/>
          <w:lang w:val="en-GB" w:eastAsia="en-GB"/>
        </w:rPr>
        <w:t xml:space="preserve">, taking account of the size, layout, activities and specific needs of the academy. </w:t>
      </w:r>
    </w:p>
    <w:p w14:paraId="698DFBA8" w14:textId="500A3308" w:rsidR="0001375A" w:rsidRDefault="5F6541B8" w:rsidP="29CDF304">
      <w:pPr>
        <w:numPr>
          <w:ilvl w:val="0"/>
          <w:numId w:val="37"/>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Ensure staff undertaking first aid duties have appropriate, valid training for their role, including paediatric first aid where required for staff working with or responsible for children in the EYFS. </w:t>
      </w:r>
    </w:p>
    <w:p w14:paraId="0DFB8748" w14:textId="55EE3B49" w:rsidR="00FE5839" w:rsidRPr="0001375A" w:rsidRDefault="78546676" w:rsidP="29CDF304">
      <w:pPr>
        <w:numPr>
          <w:ilvl w:val="0"/>
          <w:numId w:val="37"/>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Maintain an up-to-date register of training including trained first aiders/ Paediatric fist aiders, including their name, qualification, training date and expiry/renewal date. </w:t>
      </w:r>
      <w:r w:rsidRPr="29CDF304">
        <w:rPr>
          <w:rFonts w:ascii="Corbel" w:eastAsia="Times New Roman" w:hAnsi="Corbel" w:cs="Times New Roman"/>
          <w:b/>
          <w:bCs/>
          <w:lang w:val="en-GB" w:eastAsia="en-GB"/>
        </w:rPr>
        <w:t xml:space="preserve">(Appendix </w:t>
      </w:r>
      <w:r w:rsidR="27B198F1" w:rsidRPr="29CDF304">
        <w:rPr>
          <w:rFonts w:ascii="Corbel" w:eastAsia="Times New Roman" w:hAnsi="Corbel" w:cs="Times New Roman"/>
          <w:b/>
          <w:bCs/>
          <w:lang w:val="en-GB" w:eastAsia="en-GB"/>
        </w:rPr>
        <w:t>3</w:t>
      </w:r>
      <w:r w:rsidRPr="29CDF304">
        <w:rPr>
          <w:rFonts w:ascii="Corbel" w:eastAsia="Times New Roman" w:hAnsi="Corbel" w:cs="Times New Roman"/>
          <w:b/>
          <w:bCs/>
          <w:lang w:val="en-GB" w:eastAsia="en-GB"/>
        </w:rPr>
        <w:t>)</w:t>
      </w:r>
    </w:p>
    <w:p w14:paraId="3254A0EF" w14:textId="28667322" w:rsidR="00FE5839" w:rsidRPr="0001375A" w:rsidRDefault="78546676" w:rsidP="29CDF304">
      <w:pPr>
        <w:numPr>
          <w:ilvl w:val="0"/>
          <w:numId w:val="37"/>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Display a visual poster in EYs of who is Paediatric First Aid Trained. </w:t>
      </w:r>
      <w:r w:rsidRPr="29CDF304">
        <w:rPr>
          <w:rFonts w:ascii="Corbel" w:eastAsia="Times New Roman" w:hAnsi="Corbel" w:cs="Times New Roman"/>
          <w:b/>
          <w:bCs/>
          <w:lang w:val="en-GB" w:eastAsia="en-GB"/>
        </w:rPr>
        <w:t xml:space="preserve">(Appendix </w:t>
      </w:r>
      <w:r w:rsidR="27B198F1" w:rsidRPr="29CDF304">
        <w:rPr>
          <w:rFonts w:ascii="Corbel" w:eastAsia="Times New Roman" w:hAnsi="Corbel" w:cs="Times New Roman"/>
          <w:b/>
          <w:bCs/>
          <w:lang w:val="en-GB" w:eastAsia="en-GB"/>
        </w:rPr>
        <w:t>4</w:t>
      </w:r>
      <w:r w:rsidRPr="29CDF304">
        <w:rPr>
          <w:rFonts w:ascii="Corbel" w:eastAsia="Times New Roman" w:hAnsi="Corbel" w:cs="Times New Roman"/>
          <w:b/>
          <w:bCs/>
          <w:lang w:val="en-GB" w:eastAsia="en-GB"/>
        </w:rPr>
        <w:t>)</w:t>
      </w:r>
    </w:p>
    <w:p w14:paraId="16382BD7" w14:textId="77777777" w:rsidR="0001375A" w:rsidRPr="0001375A" w:rsidRDefault="0001375A" w:rsidP="0001375A">
      <w:pPr>
        <w:numPr>
          <w:ilvl w:val="0"/>
          <w:numId w:val="37"/>
        </w:numPr>
        <w:spacing w:after="0" w:line="240" w:lineRule="auto"/>
        <w:rPr>
          <w:rFonts w:ascii="Corbel" w:eastAsia="Times New Roman" w:hAnsi="Corbel" w:cs="Times New Roman"/>
          <w:szCs w:val="24"/>
          <w:lang w:val="en-GB" w:eastAsia="en-GB"/>
        </w:rPr>
      </w:pPr>
      <w:r w:rsidRPr="0001375A">
        <w:rPr>
          <w:rFonts w:ascii="Corbel" w:eastAsia="Times New Roman" w:hAnsi="Corbel" w:cs="Times New Roman"/>
          <w:szCs w:val="24"/>
          <w:lang w:val="en-GB" w:eastAsia="en-GB"/>
        </w:rPr>
        <w:t xml:space="preserve">Ensure sufficient trained first aiders are available </w:t>
      </w:r>
      <w:r w:rsidRPr="0001375A">
        <w:rPr>
          <w:rFonts w:ascii="Corbel" w:eastAsia="Times New Roman" w:hAnsi="Corbel" w:cs="Times New Roman"/>
          <w:bCs/>
          <w:szCs w:val="24"/>
          <w:lang w:val="en-GB" w:eastAsia="en-GB"/>
        </w:rPr>
        <w:t>during the academy day, for educational visits, external events, competitions and residential visits</w:t>
      </w:r>
      <w:r w:rsidRPr="0001375A">
        <w:rPr>
          <w:rFonts w:ascii="Corbel" w:eastAsia="Times New Roman" w:hAnsi="Corbel" w:cs="Times New Roman"/>
          <w:szCs w:val="24"/>
          <w:lang w:val="en-GB" w:eastAsia="en-GB"/>
        </w:rPr>
        <w:t xml:space="preserve">, taking account of the relevant risk assessment. </w:t>
      </w:r>
    </w:p>
    <w:p w14:paraId="03F690E1" w14:textId="77777777" w:rsidR="0001375A" w:rsidRPr="0001375A" w:rsidRDefault="5F6541B8" w:rsidP="29CDF304">
      <w:pPr>
        <w:numPr>
          <w:ilvl w:val="0"/>
          <w:numId w:val="37"/>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The Trust H&amp;S Lead will maintain a central summary of first-aid training and qualification expiry dates to monitor Trust-wide coverage. </w:t>
      </w:r>
    </w:p>
    <w:p w14:paraId="2520BCF0" w14:textId="77777777" w:rsidR="0001375A" w:rsidRPr="0001375A" w:rsidRDefault="0001375A" w:rsidP="0001375A">
      <w:pPr>
        <w:numPr>
          <w:ilvl w:val="0"/>
          <w:numId w:val="37"/>
        </w:numPr>
        <w:spacing w:after="0" w:line="240" w:lineRule="auto"/>
        <w:rPr>
          <w:rFonts w:ascii="Corbel" w:eastAsia="Times New Roman" w:hAnsi="Corbel" w:cs="Times New Roman"/>
          <w:szCs w:val="24"/>
          <w:lang w:val="en-GB" w:eastAsia="en-GB"/>
        </w:rPr>
      </w:pPr>
      <w:r w:rsidRPr="0001375A">
        <w:rPr>
          <w:rFonts w:ascii="Corbel" w:eastAsia="Times New Roman" w:hAnsi="Corbel" w:cs="Times New Roman"/>
          <w:szCs w:val="24"/>
          <w:lang w:val="en-GB" w:eastAsia="en-GB"/>
        </w:rPr>
        <w:t xml:space="preserve">Academies and staff should ensure training is </w:t>
      </w:r>
      <w:r w:rsidRPr="0001375A">
        <w:rPr>
          <w:rFonts w:ascii="Corbel" w:eastAsia="Times New Roman" w:hAnsi="Corbel" w:cs="Times New Roman"/>
          <w:bCs/>
          <w:szCs w:val="24"/>
          <w:lang w:val="en-GB" w:eastAsia="en-GB"/>
        </w:rPr>
        <w:t>renewed before qualifications expire</w:t>
      </w:r>
      <w:r w:rsidRPr="0001375A">
        <w:rPr>
          <w:rFonts w:ascii="Corbel" w:eastAsia="Times New Roman" w:hAnsi="Corbel" w:cs="Times New Roman"/>
          <w:szCs w:val="24"/>
          <w:lang w:val="en-GB" w:eastAsia="en-GB"/>
        </w:rPr>
        <w:t xml:space="preserve"> and that appropriate arrangements are made to maintain first-aid cover while staff are attending training. </w:t>
      </w:r>
    </w:p>
    <w:p w14:paraId="14046EC6" w14:textId="4B2F822F" w:rsidR="0001375A" w:rsidRPr="0001375A" w:rsidRDefault="3A90C29C" w:rsidP="29CDF304">
      <w:pPr>
        <w:numPr>
          <w:ilvl w:val="0"/>
          <w:numId w:val="37"/>
        </w:num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Each academy will </w:t>
      </w:r>
      <w:r w:rsidR="5F6541B8" w:rsidRPr="29CDF304">
        <w:rPr>
          <w:rFonts w:ascii="Corbel" w:eastAsia="Times New Roman" w:hAnsi="Corbel" w:cs="Times New Roman"/>
          <w:lang w:val="en-GB" w:eastAsia="en-GB"/>
        </w:rPr>
        <w:t>coordinate and</w:t>
      </w:r>
      <w:r w:rsidR="0D73E928" w:rsidRPr="29CDF304">
        <w:rPr>
          <w:rFonts w:ascii="Corbel" w:eastAsia="Times New Roman" w:hAnsi="Corbel" w:cs="Times New Roman"/>
          <w:lang w:val="en-GB" w:eastAsia="en-GB"/>
        </w:rPr>
        <w:t xml:space="preserve"> </w:t>
      </w:r>
      <w:r w:rsidR="5F6541B8" w:rsidRPr="29CDF304">
        <w:rPr>
          <w:rFonts w:ascii="Corbel" w:eastAsia="Times New Roman" w:hAnsi="Corbel" w:cs="Times New Roman"/>
          <w:lang w:val="en-GB" w:eastAsia="en-GB"/>
        </w:rPr>
        <w:t>fund first-aid training and refresher training</w:t>
      </w:r>
      <w:r w:rsidR="67DCDFDC" w:rsidRPr="29CDF304">
        <w:rPr>
          <w:rFonts w:ascii="Corbel" w:eastAsia="Times New Roman" w:hAnsi="Corbel" w:cs="Times New Roman"/>
          <w:lang w:val="en-GB" w:eastAsia="en-GB"/>
        </w:rPr>
        <w:t>.</w:t>
      </w:r>
    </w:p>
    <w:p w14:paraId="7F67C236" w14:textId="77777777" w:rsidR="0001375A" w:rsidRPr="001A4A3C" w:rsidRDefault="0001375A" w:rsidP="007B343D">
      <w:pPr>
        <w:rPr>
          <w:rFonts w:ascii="Corbel" w:hAnsi="Corbel"/>
        </w:rPr>
      </w:pPr>
    </w:p>
    <w:p w14:paraId="44EAC2C6" w14:textId="5C45CE80" w:rsidR="007B343D" w:rsidRPr="007F617B" w:rsidRDefault="007B343D" w:rsidP="007B343D">
      <w:pPr>
        <w:rPr>
          <w:rFonts w:ascii="Corbel" w:hAnsi="Corbel"/>
          <w:b/>
          <w:bCs/>
        </w:rPr>
      </w:pPr>
      <w:r>
        <w:rPr>
          <w:rFonts w:ascii="Corbel" w:hAnsi="Corbel"/>
          <w:b/>
          <w:bCs/>
        </w:rPr>
        <w:t>12</w:t>
      </w:r>
      <w:r w:rsidRPr="007F617B">
        <w:rPr>
          <w:rFonts w:ascii="Corbel" w:hAnsi="Corbel"/>
          <w:b/>
          <w:bCs/>
        </w:rPr>
        <w:t>. Trauma-Informed Practice</w:t>
      </w:r>
    </w:p>
    <w:p w14:paraId="024C2B0A" w14:textId="74551840" w:rsidR="007B343D" w:rsidRDefault="007B343D" w:rsidP="007B343D">
      <w:pPr>
        <w:rPr>
          <w:rFonts w:ascii="Corbel" w:hAnsi="Corbel"/>
        </w:rPr>
      </w:pPr>
      <w:r w:rsidRPr="001A4A3C">
        <w:rPr>
          <w:rFonts w:ascii="Corbel" w:hAnsi="Corbel"/>
        </w:rPr>
        <w:t>Staff recognise that accidents and medical emergencies can be distressing experiences. Wherever possible, staff will provide reassurance, communication calmly and maintain the dignity of the injured person whilst ensuring effective first aid is administered.</w:t>
      </w:r>
    </w:p>
    <w:p w14:paraId="7F90452F" w14:textId="77777777" w:rsidR="007B343D" w:rsidRPr="001A4A3C" w:rsidRDefault="007B343D" w:rsidP="007B343D">
      <w:pPr>
        <w:rPr>
          <w:rFonts w:ascii="Corbel" w:hAnsi="Corbel"/>
        </w:rPr>
      </w:pPr>
    </w:p>
    <w:p w14:paraId="3F1BD10F" w14:textId="65C1A42C" w:rsidR="007B343D" w:rsidRPr="007F617B" w:rsidRDefault="007B343D" w:rsidP="007B343D">
      <w:pPr>
        <w:rPr>
          <w:rFonts w:ascii="Corbel" w:hAnsi="Corbel"/>
          <w:b/>
          <w:bCs/>
        </w:rPr>
      </w:pPr>
      <w:r>
        <w:rPr>
          <w:rFonts w:ascii="Corbel" w:hAnsi="Corbel"/>
          <w:b/>
          <w:bCs/>
        </w:rPr>
        <w:t>13</w:t>
      </w:r>
      <w:r w:rsidRPr="007F617B">
        <w:rPr>
          <w:rFonts w:ascii="Corbel" w:hAnsi="Corbel"/>
          <w:b/>
          <w:bCs/>
        </w:rPr>
        <w:t>. Equality, Inclusion, and Accessibility</w:t>
      </w:r>
    </w:p>
    <w:p w14:paraId="29300FA9" w14:textId="77777777" w:rsidR="007B343D" w:rsidRPr="001A4A3C" w:rsidRDefault="007B343D" w:rsidP="007B343D">
      <w:pPr>
        <w:rPr>
          <w:rFonts w:ascii="Corbel" w:hAnsi="Corbel"/>
        </w:rPr>
      </w:pPr>
      <w:r w:rsidRPr="001A4A3C">
        <w:rPr>
          <w:rFonts w:ascii="Corbel" w:hAnsi="Corbel"/>
        </w:rPr>
        <w:t>The Trust is committed to providing equitable access to first aid to all pupils, staff and visitors regardless of disability, medical condition, SEND, culture, language, religion, or protected characteristic.</w:t>
      </w:r>
    </w:p>
    <w:p w14:paraId="33D57D65" w14:textId="77777777" w:rsidR="007B343D" w:rsidRPr="001A4A3C" w:rsidRDefault="007B343D" w:rsidP="007B343D">
      <w:pPr>
        <w:rPr>
          <w:rFonts w:ascii="Corbel" w:hAnsi="Corbel"/>
        </w:rPr>
      </w:pPr>
      <w:r w:rsidRPr="001A4A3C">
        <w:rPr>
          <w:rFonts w:ascii="Corbel" w:hAnsi="Corbel"/>
        </w:rPr>
        <w:t>Reasonable adjustments will be made where required to ensure individuals receive appropriate support. This includes consideration of communication needs, sensory differences, physical disabilities and individual healthcare requirements.</w:t>
      </w:r>
    </w:p>
    <w:p w14:paraId="20384B9C" w14:textId="77777777" w:rsidR="007B343D" w:rsidRDefault="007B343D" w:rsidP="007B343D">
      <w:pPr>
        <w:rPr>
          <w:rFonts w:ascii="Corbel" w:hAnsi="Corbel"/>
        </w:rPr>
      </w:pPr>
      <w:r w:rsidRPr="001A4A3C">
        <w:rPr>
          <w:rFonts w:ascii="Corbel" w:hAnsi="Corbel"/>
        </w:rPr>
        <w:t>Staff will ensure that pupils requiring additional support are treated with dignity, respect and compassion throughout any first aid intervention.</w:t>
      </w:r>
    </w:p>
    <w:p w14:paraId="69D20915" w14:textId="26F52D6D" w:rsidR="002638E2" w:rsidRPr="001A4A3C" w:rsidRDefault="002638E2">
      <w:pPr>
        <w:rPr>
          <w:rFonts w:ascii="Corbel" w:hAnsi="Corbel"/>
        </w:rPr>
      </w:pPr>
    </w:p>
    <w:p w14:paraId="727981DA" w14:textId="76ADC3E7" w:rsidR="00E45328" w:rsidRDefault="007B343D">
      <w:pPr>
        <w:rPr>
          <w:rFonts w:ascii="Corbel" w:hAnsi="Corbel"/>
          <w:b/>
          <w:bCs/>
        </w:rPr>
      </w:pPr>
      <w:r>
        <w:rPr>
          <w:rFonts w:ascii="Corbel" w:hAnsi="Corbel"/>
          <w:b/>
          <w:bCs/>
        </w:rPr>
        <w:t>14</w:t>
      </w:r>
      <w:r w:rsidR="00AE04FE" w:rsidRPr="007F617B">
        <w:rPr>
          <w:rFonts w:ascii="Corbel" w:hAnsi="Corbel"/>
          <w:b/>
          <w:bCs/>
        </w:rPr>
        <w:t>. Links to Other Policies</w:t>
      </w:r>
    </w:p>
    <w:tbl>
      <w:tblPr>
        <w:tblStyle w:val="TableGrid"/>
        <w:tblW w:w="0" w:type="auto"/>
        <w:tblInd w:w="378" w:type="dxa"/>
        <w:tblLook w:val="04A0" w:firstRow="1" w:lastRow="0" w:firstColumn="1" w:lastColumn="0" w:noHBand="0" w:noVBand="1"/>
      </w:tblPr>
      <w:tblGrid>
        <w:gridCol w:w="5311"/>
        <w:gridCol w:w="5311"/>
      </w:tblGrid>
      <w:tr w:rsidR="007B343D" w:rsidRPr="00637A3A" w14:paraId="00C96C16" w14:textId="77777777" w:rsidTr="29CDF304">
        <w:trPr>
          <w:trHeight w:val="347"/>
        </w:trPr>
        <w:tc>
          <w:tcPr>
            <w:tcW w:w="5311" w:type="dxa"/>
          </w:tcPr>
          <w:p w14:paraId="39727686" w14:textId="77777777" w:rsidR="007B343D" w:rsidRPr="007B343D" w:rsidRDefault="007B343D" w:rsidP="007B343D">
            <w:pPr>
              <w:pStyle w:val="Heading1"/>
              <w:tabs>
                <w:tab w:val="left" w:pos="379"/>
              </w:tabs>
              <w:spacing w:before="0"/>
              <w:outlineLvl w:val="0"/>
              <w:rPr>
                <w:rFonts w:ascii="Corbel" w:hAnsi="Corbel"/>
                <w:color w:val="auto"/>
                <w:sz w:val="22"/>
                <w:szCs w:val="22"/>
              </w:rPr>
            </w:pPr>
            <w:r w:rsidRPr="007B343D">
              <w:rPr>
                <w:rFonts w:ascii="Corbel" w:hAnsi="Corbel"/>
                <w:color w:val="auto"/>
                <w:sz w:val="22"/>
                <w:szCs w:val="22"/>
              </w:rPr>
              <w:t>Academy Policies</w:t>
            </w:r>
          </w:p>
        </w:tc>
        <w:tc>
          <w:tcPr>
            <w:tcW w:w="5311" w:type="dxa"/>
          </w:tcPr>
          <w:p w14:paraId="7739D5BB" w14:textId="77777777" w:rsidR="007B343D" w:rsidRPr="007B343D" w:rsidRDefault="007B343D" w:rsidP="007B343D">
            <w:pPr>
              <w:pStyle w:val="Heading1"/>
              <w:tabs>
                <w:tab w:val="left" w:pos="379"/>
              </w:tabs>
              <w:spacing w:before="0"/>
              <w:outlineLvl w:val="0"/>
              <w:rPr>
                <w:rFonts w:ascii="Corbel" w:hAnsi="Corbel"/>
                <w:color w:val="auto"/>
                <w:sz w:val="22"/>
                <w:szCs w:val="22"/>
              </w:rPr>
            </w:pPr>
            <w:r w:rsidRPr="007B343D">
              <w:rPr>
                <w:rFonts w:ascii="Corbel" w:hAnsi="Corbel"/>
                <w:color w:val="auto"/>
                <w:sz w:val="22"/>
                <w:szCs w:val="22"/>
              </w:rPr>
              <w:t xml:space="preserve">Trust Policies </w:t>
            </w:r>
          </w:p>
        </w:tc>
      </w:tr>
      <w:tr w:rsidR="007B343D" w:rsidRPr="00637A3A" w14:paraId="48FA4B6C" w14:textId="77777777" w:rsidTr="29CDF304">
        <w:tc>
          <w:tcPr>
            <w:tcW w:w="5311" w:type="dxa"/>
          </w:tcPr>
          <w:p w14:paraId="35628B03" w14:textId="77777777" w:rsidR="007B343D" w:rsidRPr="007B343D" w:rsidRDefault="2CF569C7" w:rsidP="29CDF304">
            <w:pPr>
              <w:pStyle w:val="Heading1"/>
              <w:keepNext w:val="0"/>
              <w:keepLines w:val="0"/>
              <w:widowControl w:val="0"/>
              <w:numPr>
                <w:ilvl w:val="0"/>
                <w:numId w:val="27"/>
              </w:numPr>
              <w:tabs>
                <w:tab w:val="left" w:pos="379"/>
              </w:tabs>
              <w:autoSpaceDE w:val="0"/>
              <w:autoSpaceDN w:val="0"/>
              <w:spacing w:before="0"/>
              <w:ind w:left="502" w:hanging="284"/>
              <w:outlineLvl w:val="0"/>
              <w:rPr>
                <w:rFonts w:ascii="Corbel" w:eastAsia="Corbel" w:hAnsi="Corbel" w:cs="Corbel"/>
                <w:b w:val="0"/>
                <w:bCs w:val="0"/>
                <w:color w:val="auto"/>
                <w:sz w:val="22"/>
                <w:szCs w:val="22"/>
              </w:rPr>
            </w:pPr>
            <w:r w:rsidRPr="29CDF304">
              <w:rPr>
                <w:rFonts w:ascii="Corbel" w:eastAsia="Corbel" w:hAnsi="Corbel" w:cs="Corbel"/>
                <w:b w:val="0"/>
                <w:bCs w:val="0"/>
                <w:color w:val="auto"/>
                <w:sz w:val="22"/>
                <w:szCs w:val="22"/>
              </w:rPr>
              <w:t>Early Years Policy (EYFS)</w:t>
            </w:r>
          </w:p>
          <w:p w14:paraId="207BBA06" w14:textId="77777777" w:rsidR="007B343D" w:rsidRPr="007B343D" w:rsidRDefault="2CF569C7" w:rsidP="29CDF304">
            <w:pPr>
              <w:pStyle w:val="Heading1"/>
              <w:keepNext w:val="0"/>
              <w:keepLines w:val="0"/>
              <w:widowControl w:val="0"/>
              <w:numPr>
                <w:ilvl w:val="0"/>
                <w:numId w:val="27"/>
              </w:numPr>
              <w:tabs>
                <w:tab w:val="left" w:pos="379"/>
              </w:tabs>
              <w:autoSpaceDE w:val="0"/>
              <w:autoSpaceDN w:val="0"/>
              <w:spacing w:before="0"/>
              <w:ind w:left="502" w:hanging="284"/>
              <w:outlineLvl w:val="0"/>
              <w:rPr>
                <w:rFonts w:ascii="Corbel" w:eastAsia="Corbel" w:hAnsi="Corbel" w:cs="Corbel"/>
                <w:b w:val="0"/>
                <w:bCs w:val="0"/>
                <w:color w:val="auto"/>
                <w:sz w:val="22"/>
                <w:szCs w:val="22"/>
              </w:rPr>
            </w:pPr>
            <w:r w:rsidRPr="29CDF304">
              <w:rPr>
                <w:rFonts w:ascii="Corbel" w:eastAsia="Corbel" w:hAnsi="Corbel" w:cs="Corbel"/>
                <w:b w:val="0"/>
                <w:bCs w:val="0"/>
                <w:color w:val="auto"/>
                <w:sz w:val="22"/>
                <w:szCs w:val="22"/>
              </w:rPr>
              <w:t xml:space="preserve">Equality objectives and Policy </w:t>
            </w:r>
          </w:p>
          <w:p w14:paraId="3A32C460" w14:textId="7E548E4B" w:rsidR="5115DB5F" w:rsidRDefault="5115DB5F" w:rsidP="29CDF304">
            <w:pPr>
              <w:pStyle w:val="Heading1"/>
              <w:keepNext w:val="0"/>
              <w:keepLines w:val="0"/>
              <w:widowControl w:val="0"/>
              <w:numPr>
                <w:ilvl w:val="0"/>
                <w:numId w:val="27"/>
              </w:numPr>
              <w:tabs>
                <w:tab w:val="left" w:pos="379"/>
              </w:tabs>
              <w:spacing w:before="0"/>
              <w:ind w:left="502" w:hanging="284"/>
              <w:outlineLvl w:val="0"/>
              <w:rPr>
                <w:rFonts w:ascii="Corbel" w:eastAsia="Corbel" w:hAnsi="Corbel" w:cs="Corbel"/>
                <w:color w:val="auto"/>
                <w:sz w:val="22"/>
                <w:szCs w:val="22"/>
              </w:rPr>
            </w:pPr>
            <w:r w:rsidRPr="29CDF304">
              <w:rPr>
                <w:rFonts w:ascii="Corbel" w:eastAsia="Corbel" w:hAnsi="Corbel" w:cs="Corbel"/>
                <w:b w:val="0"/>
                <w:bCs w:val="0"/>
                <w:color w:val="auto"/>
                <w:sz w:val="22"/>
                <w:szCs w:val="22"/>
              </w:rPr>
              <w:t>Attendance Policy</w:t>
            </w:r>
          </w:p>
          <w:p w14:paraId="3DB440E6" w14:textId="3A7F0C0B" w:rsidR="6093EC04" w:rsidRDefault="6093EC04" w:rsidP="29CDF304">
            <w:pPr>
              <w:pStyle w:val="Heading1"/>
              <w:keepNext w:val="0"/>
              <w:keepLines w:val="0"/>
              <w:widowControl w:val="0"/>
              <w:numPr>
                <w:ilvl w:val="0"/>
                <w:numId w:val="27"/>
              </w:numPr>
              <w:tabs>
                <w:tab w:val="left" w:pos="379"/>
              </w:tabs>
              <w:spacing w:before="0"/>
              <w:ind w:left="502" w:hanging="284"/>
              <w:outlineLvl w:val="0"/>
              <w:rPr>
                <w:rFonts w:ascii="Corbel" w:eastAsia="Corbel" w:hAnsi="Corbel" w:cs="Corbel"/>
                <w:b w:val="0"/>
                <w:bCs w:val="0"/>
                <w:color w:val="auto"/>
                <w:sz w:val="22"/>
                <w:szCs w:val="22"/>
              </w:rPr>
            </w:pPr>
            <w:r w:rsidRPr="29CDF304">
              <w:rPr>
                <w:rFonts w:ascii="Corbel" w:eastAsia="Corbel" w:hAnsi="Corbel" w:cs="Corbel"/>
                <w:b w:val="0"/>
                <w:bCs w:val="0"/>
                <w:color w:val="auto"/>
                <w:sz w:val="22"/>
                <w:szCs w:val="22"/>
              </w:rPr>
              <w:t>Food and Nutrition Policy</w:t>
            </w:r>
          </w:p>
          <w:p w14:paraId="156B84E0" w14:textId="337518BA" w:rsidR="007B343D" w:rsidRPr="007B343D" w:rsidRDefault="2CF569C7" w:rsidP="29CDF304">
            <w:pPr>
              <w:pStyle w:val="Heading1"/>
              <w:keepNext w:val="0"/>
              <w:keepLines w:val="0"/>
              <w:widowControl w:val="0"/>
              <w:numPr>
                <w:ilvl w:val="0"/>
                <w:numId w:val="27"/>
              </w:numPr>
              <w:tabs>
                <w:tab w:val="left" w:pos="379"/>
              </w:tabs>
              <w:autoSpaceDE w:val="0"/>
              <w:autoSpaceDN w:val="0"/>
              <w:spacing w:before="0"/>
              <w:ind w:left="502" w:hanging="284"/>
              <w:outlineLvl w:val="0"/>
              <w:rPr>
                <w:rFonts w:ascii="Corbel" w:eastAsia="Corbel" w:hAnsi="Corbel" w:cs="Corbel"/>
                <w:b w:val="0"/>
                <w:bCs w:val="0"/>
                <w:color w:val="auto"/>
                <w:sz w:val="22"/>
                <w:szCs w:val="22"/>
              </w:rPr>
            </w:pPr>
            <w:r w:rsidRPr="29CDF304">
              <w:rPr>
                <w:rFonts w:ascii="Corbel" w:eastAsia="Corbel" w:hAnsi="Corbel" w:cs="Corbel"/>
                <w:b w:val="0"/>
                <w:bCs w:val="0"/>
                <w:color w:val="auto"/>
                <w:sz w:val="22"/>
                <w:szCs w:val="22"/>
              </w:rPr>
              <w:t>Health and Safety Policy</w:t>
            </w:r>
          </w:p>
          <w:p w14:paraId="58D546C9" w14:textId="003E1A56" w:rsidR="007B343D" w:rsidRPr="007B343D" w:rsidRDefault="2CF569C7" w:rsidP="29CDF304">
            <w:pPr>
              <w:pStyle w:val="Heading1"/>
              <w:keepNext w:val="0"/>
              <w:keepLines w:val="0"/>
              <w:widowControl w:val="0"/>
              <w:numPr>
                <w:ilvl w:val="0"/>
                <w:numId w:val="27"/>
              </w:numPr>
              <w:tabs>
                <w:tab w:val="left" w:pos="379"/>
              </w:tabs>
              <w:autoSpaceDE w:val="0"/>
              <w:autoSpaceDN w:val="0"/>
              <w:spacing w:before="0"/>
              <w:ind w:left="502" w:hanging="284"/>
              <w:outlineLvl w:val="0"/>
              <w:rPr>
                <w:rFonts w:ascii="Corbel" w:eastAsia="Corbel" w:hAnsi="Corbel" w:cs="Corbel"/>
                <w:b w:val="0"/>
                <w:bCs w:val="0"/>
                <w:color w:val="auto"/>
                <w:sz w:val="22"/>
                <w:szCs w:val="22"/>
              </w:rPr>
            </w:pPr>
            <w:r w:rsidRPr="29CDF304">
              <w:rPr>
                <w:rFonts w:ascii="Corbel" w:eastAsia="Corbel" w:hAnsi="Corbel" w:cs="Corbel"/>
                <w:b w:val="0"/>
                <w:bCs w:val="0"/>
                <w:color w:val="auto"/>
                <w:sz w:val="22"/>
                <w:szCs w:val="22"/>
              </w:rPr>
              <w:t>Safeguarding and child protection Policy</w:t>
            </w:r>
          </w:p>
          <w:p w14:paraId="126ED87A" w14:textId="4B1D8CBD" w:rsidR="007B343D" w:rsidRPr="007B343D" w:rsidRDefault="2CF569C7" w:rsidP="29CDF304">
            <w:pPr>
              <w:pStyle w:val="Heading1"/>
              <w:keepNext w:val="0"/>
              <w:keepLines w:val="0"/>
              <w:widowControl w:val="0"/>
              <w:numPr>
                <w:ilvl w:val="0"/>
                <w:numId w:val="27"/>
              </w:numPr>
              <w:tabs>
                <w:tab w:val="left" w:pos="379"/>
              </w:tabs>
              <w:autoSpaceDE w:val="0"/>
              <w:autoSpaceDN w:val="0"/>
              <w:spacing w:before="0"/>
              <w:ind w:left="502" w:hanging="284"/>
              <w:outlineLvl w:val="0"/>
              <w:rPr>
                <w:rFonts w:ascii="Corbel" w:eastAsia="Corbel" w:hAnsi="Corbel" w:cs="Corbel"/>
                <w:b w:val="0"/>
                <w:bCs w:val="0"/>
                <w:color w:val="auto"/>
                <w:sz w:val="22"/>
                <w:szCs w:val="22"/>
              </w:rPr>
            </w:pPr>
            <w:r w:rsidRPr="29CDF304">
              <w:rPr>
                <w:rFonts w:ascii="Corbel" w:eastAsia="Corbel" w:hAnsi="Corbel" w:cs="Corbel"/>
                <w:b w:val="0"/>
                <w:bCs w:val="0"/>
                <w:color w:val="auto"/>
                <w:sz w:val="22"/>
                <w:szCs w:val="22"/>
              </w:rPr>
              <w:t>Special Educational Needs Policy</w:t>
            </w:r>
          </w:p>
          <w:p w14:paraId="4C0611B3" w14:textId="0623ADD8" w:rsidR="007B343D" w:rsidRPr="007B343D" w:rsidRDefault="2CF569C7" w:rsidP="29CDF304">
            <w:pPr>
              <w:pStyle w:val="ListParagraph"/>
              <w:numPr>
                <w:ilvl w:val="0"/>
                <w:numId w:val="27"/>
              </w:numPr>
              <w:ind w:left="502" w:hanging="284"/>
              <w:rPr>
                <w:rFonts w:ascii="Corbel" w:eastAsia="Corbel" w:hAnsi="Corbel" w:cs="Corbel"/>
              </w:rPr>
            </w:pPr>
            <w:r w:rsidRPr="29CDF304">
              <w:rPr>
                <w:rFonts w:ascii="Corbel" w:eastAsia="Corbel" w:hAnsi="Corbel" w:cs="Corbel"/>
              </w:rPr>
              <w:t xml:space="preserve">Risk assessments </w:t>
            </w:r>
          </w:p>
        </w:tc>
        <w:tc>
          <w:tcPr>
            <w:tcW w:w="5311" w:type="dxa"/>
          </w:tcPr>
          <w:p w14:paraId="3FCC93FA" w14:textId="40D54EA8" w:rsidR="007B343D" w:rsidRPr="007B343D" w:rsidRDefault="366D8951" w:rsidP="007B343D">
            <w:pPr>
              <w:pStyle w:val="Heading1"/>
              <w:keepNext w:val="0"/>
              <w:keepLines w:val="0"/>
              <w:widowControl w:val="0"/>
              <w:numPr>
                <w:ilvl w:val="0"/>
                <w:numId w:val="27"/>
              </w:numPr>
              <w:tabs>
                <w:tab w:val="left" w:pos="379"/>
              </w:tabs>
              <w:autoSpaceDE w:val="0"/>
              <w:autoSpaceDN w:val="0"/>
              <w:spacing w:before="0"/>
              <w:ind w:left="502" w:hanging="491"/>
              <w:outlineLvl w:val="0"/>
              <w:rPr>
                <w:rFonts w:ascii="Corbel" w:hAnsi="Corbel"/>
                <w:b w:val="0"/>
                <w:bCs w:val="0"/>
                <w:color w:val="auto"/>
                <w:sz w:val="22"/>
                <w:szCs w:val="22"/>
              </w:rPr>
            </w:pPr>
            <w:r w:rsidRPr="29CDF304">
              <w:rPr>
                <w:rFonts w:ascii="Corbel" w:hAnsi="Corbel"/>
                <w:b w:val="0"/>
                <w:bCs w:val="0"/>
                <w:color w:val="auto"/>
                <w:sz w:val="22"/>
                <w:szCs w:val="22"/>
              </w:rPr>
              <w:t>Allergy Policy</w:t>
            </w:r>
          </w:p>
          <w:p w14:paraId="2AF493CE" w14:textId="44B63A73" w:rsidR="007B343D" w:rsidRPr="007B343D" w:rsidRDefault="2CF569C7" w:rsidP="007B343D">
            <w:pPr>
              <w:pStyle w:val="Heading1"/>
              <w:keepNext w:val="0"/>
              <w:keepLines w:val="0"/>
              <w:widowControl w:val="0"/>
              <w:numPr>
                <w:ilvl w:val="0"/>
                <w:numId w:val="27"/>
              </w:numPr>
              <w:tabs>
                <w:tab w:val="left" w:pos="379"/>
              </w:tabs>
              <w:autoSpaceDE w:val="0"/>
              <w:autoSpaceDN w:val="0"/>
              <w:spacing w:before="0"/>
              <w:ind w:left="502" w:hanging="491"/>
              <w:outlineLvl w:val="0"/>
              <w:rPr>
                <w:rFonts w:ascii="Corbel" w:hAnsi="Corbel"/>
                <w:b w:val="0"/>
                <w:bCs w:val="0"/>
                <w:color w:val="auto"/>
                <w:sz w:val="22"/>
                <w:szCs w:val="22"/>
              </w:rPr>
            </w:pPr>
            <w:r w:rsidRPr="29CDF304">
              <w:rPr>
                <w:rFonts w:ascii="Corbel" w:hAnsi="Corbel"/>
                <w:b w:val="0"/>
                <w:bCs w:val="0"/>
                <w:color w:val="auto"/>
                <w:sz w:val="22"/>
                <w:szCs w:val="22"/>
              </w:rPr>
              <w:t>Supporting Pupils with Medical Conditions Policy</w:t>
            </w:r>
            <w:r w:rsidR="5115DB5F" w:rsidRPr="29CDF304">
              <w:rPr>
                <w:rFonts w:ascii="Corbel" w:hAnsi="Corbel"/>
                <w:b w:val="0"/>
                <w:bCs w:val="0"/>
                <w:color w:val="auto"/>
                <w:sz w:val="22"/>
                <w:szCs w:val="22"/>
              </w:rPr>
              <w:t xml:space="preserve"> and administering medication </w:t>
            </w:r>
          </w:p>
          <w:p w14:paraId="5E959FC5" w14:textId="6A507064" w:rsidR="007B343D" w:rsidRPr="007B343D" w:rsidRDefault="007B343D" w:rsidP="007B343D">
            <w:pPr>
              <w:pStyle w:val="Heading1"/>
              <w:keepNext w:val="0"/>
              <w:keepLines w:val="0"/>
              <w:widowControl w:val="0"/>
              <w:numPr>
                <w:ilvl w:val="0"/>
                <w:numId w:val="27"/>
              </w:numPr>
              <w:tabs>
                <w:tab w:val="left" w:pos="379"/>
              </w:tabs>
              <w:autoSpaceDE w:val="0"/>
              <w:autoSpaceDN w:val="0"/>
              <w:spacing w:before="0"/>
              <w:ind w:left="502" w:hanging="491"/>
              <w:outlineLvl w:val="0"/>
              <w:rPr>
                <w:rFonts w:ascii="Corbel" w:hAnsi="Corbel"/>
                <w:b w:val="0"/>
                <w:color w:val="auto"/>
                <w:sz w:val="22"/>
                <w:szCs w:val="22"/>
              </w:rPr>
            </w:pPr>
            <w:r w:rsidRPr="007B343D">
              <w:rPr>
                <w:rFonts w:ascii="Corbel" w:hAnsi="Corbel"/>
                <w:b w:val="0"/>
                <w:color w:val="auto"/>
                <w:sz w:val="22"/>
                <w:szCs w:val="22"/>
              </w:rPr>
              <w:t>Educational Visits Policy</w:t>
            </w:r>
          </w:p>
          <w:p w14:paraId="179B9796" w14:textId="16BFDDB6" w:rsidR="007B343D" w:rsidRDefault="2CF569C7" w:rsidP="29CDF304">
            <w:pPr>
              <w:pStyle w:val="ListParagraph"/>
              <w:numPr>
                <w:ilvl w:val="0"/>
                <w:numId w:val="27"/>
              </w:numPr>
              <w:tabs>
                <w:tab w:val="left" w:pos="379"/>
              </w:tabs>
              <w:ind w:left="436" w:hanging="491"/>
              <w:rPr>
                <w:rFonts w:ascii="Corbel" w:hAnsi="Corbel"/>
              </w:rPr>
            </w:pPr>
            <w:r w:rsidRPr="29CDF304">
              <w:rPr>
                <w:rFonts w:ascii="Corbel" w:hAnsi="Corbel"/>
              </w:rPr>
              <w:t>Data Protection Policy</w:t>
            </w:r>
          </w:p>
          <w:p w14:paraId="59A949B6" w14:textId="2069367A" w:rsidR="007B343D" w:rsidRDefault="2CF569C7" w:rsidP="29CDF304">
            <w:pPr>
              <w:pStyle w:val="ListParagraph"/>
              <w:numPr>
                <w:ilvl w:val="0"/>
                <w:numId w:val="27"/>
              </w:numPr>
              <w:tabs>
                <w:tab w:val="left" w:pos="379"/>
              </w:tabs>
              <w:ind w:left="436" w:hanging="491"/>
              <w:rPr>
                <w:rFonts w:ascii="Corbel" w:hAnsi="Corbel"/>
              </w:rPr>
            </w:pPr>
            <w:r w:rsidRPr="29CDF304">
              <w:rPr>
                <w:rFonts w:ascii="Corbel" w:hAnsi="Corbel"/>
              </w:rPr>
              <w:t>Records Management Policy</w:t>
            </w:r>
          </w:p>
          <w:p w14:paraId="7F5BACAD" w14:textId="615E4D6C" w:rsidR="0056158D" w:rsidRPr="007B343D" w:rsidRDefault="5115DB5F" w:rsidP="29CDF304">
            <w:pPr>
              <w:pStyle w:val="ListParagraph"/>
              <w:numPr>
                <w:ilvl w:val="0"/>
                <w:numId w:val="27"/>
              </w:numPr>
              <w:tabs>
                <w:tab w:val="left" w:pos="379"/>
              </w:tabs>
              <w:ind w:left="436" w:hanging="491"/>
              <w:rPr>
                <w:rFonts w:ascii="Corbel" w:hAnsi="Corbel"/>
              </w:rPr>
            </w:pPr>
            <w:r w:rsidRPr="29CDF304">
              <w:rPr>
                <w:rFonts w:ascii="Corbel" w:hAnsi="Corbel"/>
              </w:rPr>
              <w:t>Intimate Care Policy</w:t>
            </w:r>
          </w:p>
          <w:p w14:paraId="748D11D6" w14:textId="77777777" w:rsidR="007B343D" w:rsidRPr="007B343D" w:rsidRDefault="007B343D" w:rsidP="007B343D"/>
          <w:p w14:paraId="3963E94F" w14:textId="77777777" w:rsidR="007B343D" w:rsidRPr="007B343D" w:rsidRDefault="007B343D" w:rsidP="007B343D">
            <w:pPr>
              <w:pStyle w:val="Heading1"/>
              <w:tabs>
                <w:tab w:val="left" w:pos="379"/>
              </w:tabs>
              <w:spacing w:before="0"/>
              <w:ind w:left="502" w:hanging="284"/>
              <w:outlineLvl w:val="0"/>
              <w:rPr>
                <w:rFonts w:ascii="Corbel" w:hAnsi="Corbel"/>
                <w:color w:val="auto"/>
                <w:sz w:val="22"/>
                <w:szCs w:val="22"/>
              </w:rPr>
            </w:pPr>
          </w:p>
        </w:tc>
      </w:tr>
    </w:tbl>
    <w:p w14:paraId="3039DC08" w14:textId="01EEB7C9" w:rsidR="00E45328" w:rsidRPr="001A4A3C" w:rsidRDefault="00E45328">
      <w:pPr>
        <w:rPr>
          <w:rFonts w:ascii="Corbel" w:hAnsi="Corbel"/>
        </w:rPr>
      </w:pPr>
    </w:p>
    <w:p w14:paraId="36BAF500" w14:textId="2868C717" w:rsidR="00E45328" w:rsidRPr="007F617B" w:rsidRDefault="007B343D">
      <w:pPr>
        <w:rPr>
          <w:rFonts w:ascii="Corbel" w:hAnsi="Corbel"/>
          <w:b/>
          <w:bCs/>
        </w:rPr>
      </w:pPr>
      <w:r>
        <w:rPr>
          <w:rFonts w:ascii="Corbel" w:hAnsi="Corbel"/>
          <w:b/>
          <w:bCs/>
        </w:rPr>
        <w:t>15</w:t>
      </w:r>
      <w:r w:rsidR="00AE04FE" w:rsidRPr="007F617B">
        <w:rPr>
          <w:rFonts w:ascii="Corbel" w:hAnsi="Corbel"/>
          <w:b/>
          <w:bCs/>
        </w:rPr>
        <w:t>. Monitoring, Review, and Assurance</w:t>
      </w:r>
    </w:p>
    <w:p w14:paraId="3D55CF86" w14:textId="77777777" w:rsidR="00E45328" w:rsidRPr="001A4A3C" w:rsidRDefault="00AE04FE" w:rsidP="007B343D">
      <w:pPr>
        <w:spacing w:after="0" w:line="240" w:lineRule="auto"/>
        <w:ind w:left="709" w:hanging="283"/>
        <w:rPr>
          <w:rFonts w:ascii="Corbel" w:hAnsi="Corbel"/>
        </w:rPr>
      </w:pPr>
      <w:r w:rsidRPr="001A4A3C">
        <w:rPr>
          <w:rFonts w:ascii="Corbel" w:hAnsi="Corbel"/>
        </w:rPr>
        <w:t>•</w:t>
      </w:r>
      <w:r w:rsidRPr="001A4A3C">
        <w:rPr>
          <w:rFonts w:ascii="Corbel" w:hAnsi="Corbel"/>
        </w:rPr>
        <w:tab/>
        <w:t>Each academy’s Senior Leadership Team (SLT) and LGB review local implementation termly, including incident trends and training coverage.</w:t>
      </w:r>
    </w:p>
    <w:p w14:paraId="20072F4F" w14:textId="77777777" w:rsidR="00E45328" w:rsidRPr="001A4A3C" w:rsidRDefault="6CEFBD3C" w:rsidP="007B343D">
      <w:pPr>
        <w:spacing w:after="0" w:line="240" w:lineRule="auto"/>
        <w:ind w:left="709" w:hanging="283"/>
        <w:rPr>
          <w:rFonts w:ascii="Corbel" w:hAnsi="Corbel"/>
        </w:rPr>
      </w:pPr>
      <w:r w:rsidRPr="29CDF304">
        <w:rPr>
          <w:rFonts w:ascii="Corbel" w:hAnsi="Corbel"/>
        </w:rPr>
        <w:t>•</w:t>
      </w:r>
      <w:r w:rsidR="00AE04FE">
        <w:tab/>
      </w:r>
      <w:r w:rsidRPr="29CDF304">
        <w:rPr>
          <w:rFonts w:ascii="Corbel" w:hAnsi="Corbel"/>
        </w:rPr>
        <w:t>The Trust H&amp;S Lead collates Trust-wide data and provides termly assurance reports to the CEO and Trustees, highlighting trends, actions, and compliance.</w:t>
      </w:r>
    </w:p>
    <w:p w14:paraId="343C8D67" w14:textId="2169539C" w:rsidR="0001375A" w:rsidRPr="001A4A3C" w:rsidRDefault="6CEFBD3C" w:rsidP="009C69B1">
      <w:pPr>
        <w:spacing w:after="0" w:line="240" w:lineRule="auto"/>
        <w:ind w:left="709" w:hanging="283"/>
      </w:pPr>
      <w:r w:rsidRPr="29CDF304">
        <w:rPr>
          <w:rFonts w:ascii="Corbel" w:hAnsi="Corbel"/>
        </w:rPr>
        <w:t>•</w:t>
      </w:r>
      <w:r w:rsidR="00AE04FE">
        <w:tab/>
      </w:r>
      <w:r w:rsidRPr="29CDF304">
        <w:rPr>
          <w:rFonts w:ascii="Corbel" w:hAnsi="Corbel"/>
        </w:rPr>
        <w:t>This policy is reviewed annually by the Trust H&amp;S Lead and approved by Trustees, or sooner following significant incidents, legislative changes, or audit findings.</w:t>
      </w:r>
    </w:p>
    <w:p w14:paraId="00DE9180" w14:textId="04E9F258" w:rsidR="29CDF304" w:rsidRDefault="29CDF304" w:rsidP="29CDF304">
      <w:pPr>
        <w:spacing w:after="0" w:line="240" w:lineRule="auto"/>
        <w:ind w:left="709" w:hanging="283"/>
        <w:rPr>
          <w:rFonts w:ascii="Corbel" w:hAnsi="Corbel"/>
        </w:rPr>
      </w:pPr>
    </w:p>
    <w:p w14:paraId="1D042B2F" w14:textId="77777777" w:rsidR="00E45328" w:rsidRPr="007F617B" w:rsidRDefault="00AE04FE">
      <w:pPr>
        <w:rPr>
          <w:rFonts w:ascii="Corbel" w:hAnsi="Corbel"/>
          <w:b/>
          <w:bCs/>
        </w:rPr>
      </w:pPr>
      <w:r w:rsidRPr="007F617B">
        <w:rPr>
          <w:rFonts w:ascii="Corbel" w:hAnsi="Corbel"/>
          <w:b/>
          <w:bCs/>
        </w:rPr>
        <w:t>The Trust will monitor:</w:t>
      </w:r>
    </w:p>
    <w:p w14:paraId="43F97082" w14:textId="77777777" w:rsidR="00E45328" w:rsidRPr="001A4A3C" w:rsidRDefault="00AE04FE" w:rsidP="007B343D">
      <w:pPr>
        <w:spacing w:after="0" w:line="240" w:lineRule="auto"/>
        <w:ind w:left="-142" w:firstLine="568"/>
        <w:rPr>
          <w:rFonts w:ascii="Corbel" w:hAnsi="Corbel"/>
        </w:rPr>
      </w:pPr>
      <w:r w:rsidRPr="001A4A3C">
        <w:rPr>
          <w:rFonts w:ascii="Corbel" w:hAnsi="Corbel"/>
        </w:rPr>
        <w:t>•</w:t>
      </w:r>
      <w:r w:rsidRPr="001A4A3C">
        <w:rPr>
          <w:rFonts w:ascii="Corbel" w:hAnsi="Corbel"/>
        </w:rPr>
        <w:tab/>
        <w:t>First aider ratios</w:t>
      </w:r>
    </w:p>
    <w:p w14:paraId="535DFB2D" w14:textId="77777777" w:rsidR="00E45328" w:rsidRPr="001A4A3C" w:rsidRDefault="00AE04FE" w:rsidP="007B343D">
      <w:pPr>
        <w:spacing w:after="0" w:line="240" w:lineRule="auto"/>
        <w:ind w:left="-142" w:firstLine="568"/>
        <w:rPr>
          <w:rFonts w:ascii="Corbel" w:hAnsi="Corbel"/>
        </w:rPr>
      </w:pPr>
      <w:r w:rsidRPr="001A4A3C">
        <w:rPr>
          <w:rFonts w:ascii="Corbel" w:hAnsi="Corbel"/>
        </w:rPr>
        <w:t>•</w:t>
      </w:r>
      <w:r w:rsidRPr="001A4A3C">
        <w:rPr>
          <w:rFonts w:ascii="Corbel" w:hAnsi="Corbel"/>
        </w:rPr>
        <w:tab/>
        <w:t>Training compliance</w:t>
      </w:r>
    </w:p>
    <w:p w14:paraId="5779BFEB" w14:textId="77777777" w:rsidR="00E45328" w:rsidRPr="001A4A3C" w:rsidRDefault="00AE04FE" w:rsidP="007B343D">
      <w:pPr>
        <w:spacing w:after="0" w:line="240" w:lineRule="auto"/>
        <w:ind w:left="-142" w:firstLine="568"/>
        <w:rPr>
          <w:rFonts w:ascii="Corbel" w:hAnsi="Corbel"/>
        </w:rPr>
      </w:pPr>
      <w:r w:rsidRPr="001A4A3C">
        <w:rPr>
          <w:rFonts w:ascii="Corbel" w:hAnsi="Corbel"/>
        </w:rPr>
        <w:t>•</w:t>
      </w:r>
      <w:r w:rsidRPr="001A4A3C">
        <w:rPr>
          <w:rFonts w:ascii="Corbel" w:hAnsi="Corbel"/>
        </w:rPr>
        <w:tab/>
        <w:t>AED compliance</w:t>
      </w:r>
    </w:p>
    <w:p w14:paraId="74C47AA7" w14:textId="77777777" w:rsidR="00E45328" w:rsidRPr="001A4A3C" w:rsidRDefault="00AE04FE" w:rsidP="007B343D">
      <w:pPr>
        <w:spacing w:after="0" w:line="240" w:lineRule="auto"/>
        <w:ind w:left="-142" w:firstLine="568"/>
        <w:rPr>
          <w:rFonts w:ascii="Corbel" w:hAnsi="Corbel"/>
        </w:rPr>
      </w:pPr>
      <w:r w:rsidRPr="001A4A3C">
        <w:rPr>
          <w:rFonts w:ascii="Corbel" w:hAnsi="Corbel"/>
        </w:rPr>
        <w:t>•</w:t>
      </w:r>
      <w:r w:rsidRPr="001A4A3C">
        <w:rPr>
          <w:rFonts w:ascii="Corbel" w:hAnsi="Corbel"/>
        </w:rPr>
        <w:tab/>
        <w:t>Accident trends</w:t>
      </w:r>
    </w:p>
    <w:p w14:paraId="30A2422B" w14:textId="77777777" w:rsidR="00E45328" w:rsidRPr="001A4A3C" w:rsidRDefault="00AE04FE" w:rsidP="007B343D">
      <w:pPr>
        <w:spacing w:after="0" w:line="240" w:lineRule="auto"/>
        <w:ind w:left="-142" w:firstLine="568"/>
        <w:rPr>
          <w:rFonts w:ascii="Corbel" w:hAnsi="Corbel"/>
        </w:rPr>
      </w:pPr>
      <w:r w:rsidRPr="001A4A3C">
        <w:rPr>
          <w:rFonts w:ascii="Corbel" w:hAnsi="Corbel"/>
        </w:rPr>
        <w:t>•</w:t>
      </w:r>
      <w:r w:rsidRPr="001A4A3C">
        <w:rPr>
          <w:rFonts w:ascii="Corbel" w:hAnsi="Corbel"/>
        </w:rPr>
        <w:tab/>
        <w:t>Near misses</w:t>
      </w:r>
    </w:p>
    <w:p w14:paraId="5BD13BDE" w14:textId="77777777" w:rsidR="00E45328" w:rsidRPr="001A4A3C" w:rsidRDefault="00AE04FE" w:rsidP="007B343D">
      <w:pPr>
        <w:spacing w:after="0" w:line="240" w:lineRule="auto"/>
        <w:ind w:left="-142" w:firstLine="568"/>
        <w:rPr>
          <w:rFonts w:ascii="Corbel" w:hAnsi="Corbel"/>
        </w:rPr>
      </w:pPr>
      <w:r w:rsidRPr="001A4A3C">
        <w:rPr>
          <w:rFonts w:ascii="Corbel" w:hAnsi="Corbel"/>
        </w:rPr>
        <w:t>•</w:t>
      </w:r>
      <w:r w:rsidRPr="001A4A3C">
        <w:rPr>
          <w:rFonts w:ascii="Corbel" w:hAnsi="Corbel"/>
        </w:rPr>
        <w:tab/>
        <w:t>Head injuries</w:t>
      </w:r>
    </w:p>
    <w:p w14:paraId="04F2A219" w14:textId="77777777" w:rsidR="00E45328" w:rsidRPr="001A4A3C" w:rsidRDefault="00AE04FE" w:rsidP="007B343D">
      <w:pPr>
        <w:spacing w:after="0" w:line="240" w:lineRule="auto"/>
        <w:ind w:left="-142" w:firstLine="568"/>
        <w:rPr>
          <w:rFonts w:ascii="Corbel" w:hAnsi="Corbel"/>
        </w:rPr>
      </w:pPr>
      <w:r w:rsidRPr="001A4A3C">
        <w:rPr>
          <w:rFonts w:ascii="Corbel" w:hAnsi="Corbel"/>
        </w:rPr>
        <w:t>•</w:t>
      </w:r>
      <w:r w:rsidRPr="001A4A3C">
        <w:rPr>
          <w:rFonts w:ascii="Corbel" w:hAnsi="Corbel"/>
        </w:rPr>
        <w:tab/>
        <w:t>RIDDOR submissions</w:t>
      </w:r>
    </w:p>
    <w:p w14:paraId="6B414284" w14:textId="77777777" w:rsidR="00E45328" w:rsidRPr="001A4A3C" w:rsidRDefault="00AE04FE" w:rsidP="007B343D">
      <w:pPr>
        <w:spacing w:after="0" w:line="240" w:lineRule="auto"/>
        <w:ind w:left="-142" w:firstLine="568"/>
        <w:rPr>
          <w:rFonts w:ascii="Corbel" w:hAnsi="Corbel"/>
        </w:rPr>
      </w:pPr>
      <w:r w:rsidRPr="001A4A3C">
        <w:rPr>
          <w:rFonts w:ascii="Corbel" w:hAnsi="Corbel"/>
        </w:rPr>
        <w:t>•</w:t>
      </w:r>
      <w:r w:rsidRPr="001A4A3C">
        <w:rPr>
          <w:rFonts w:ascii="Corbel" w:hAnsi="Corbel"/>
        </w:rPr>
        <w:tab/>
        <w:t>Patterns relating to safeguarding</w:t>
      </w:r>
    </w:p>
    <w:p w14:paraId="41A1ACF3" w14:textId="0A871AF1" w:rsidR="00E45328" w:rsidRPr="001A4A3C" w:rsidRDefault="00AE04FE" w:rsidP="007B343D">
      <w:pPr>
        <w:spacing w:after="0" w:line="240" w:lineRule="auto"/>
        <w:ind w:left="-142" w:firstLine="568"/>
        <w:rPr>
          <w:rFonts w:ascii="Corbel" w:hAnsi="Corbel"/>
        </w:rPr>
      </w:pPr>
      <w:r w:rsidRPr="001A4A3C">
        <w:rPr>
          <w:rFonts w:ascii="Corbel" w:hAnsi="Corbel"/>
        </w:rPr>
        <w:t>•</w:t>
      </w:r>
      <w:r w:rsidRPr="001A4A3C">
        <w:rPr>
          <w:rFonts w:ascii="Corbel" w:hAnsi="Corbel"/>
        </w:rPr>
        <w:tab/>
        <w:t xml:space="preserve">Equality to </w:t>
      </w:r>
      <w:r w:rsidR="007F617B" w:rsidRPr="001A4A3C">
        <w:rPr>
          <w:rFonts w:ascii="Corbel" w:hAnsi="Corbel"/>
        </w:rPr>
        <w:t>access</w:t>
      </w:r>
      <w:r w:rsidRPr="001A4A3C">
        <w:rPr>
          <w:rFonts w:ascii="Corbel" w:hAnsi="Corbel"/>
        </w:rPr>
        <w:t xml:space="preserve"> first aid</w:t>
      </w:r>
    </w:p>
    <w:p w14:paraId="16F1C198" w14:textId="2324885C" w:rsidR="007F617B" w:rsidRPr="007F617B" w:rsidRDefault="007F617B">
      <w:pPr>
        <w:rPr>
          <w:rFonts w:ascii="Corbel" w:hAnsi="Corbel"/>
          <w:b/>
          <w:bCs/>
        </w:rPr>
      </w:pPr>
    </w:p>
    <w:p w14:paraId="3FA09D26" w14:textId="65EA9CED" w:rsidR="00E45328" w:rsidRPr="007F617B" w:rsidRDefault="007B343D">
      <w:pPr>
        <w:rPr>
          <w:rFonts w:ascii="Corbel" w:hAnsi="Corbel"/>
          <w:b/>
          <w:bCs/>
        </w:rPr>
      </w:pPr>
      <w:r>
        <w:rPr>
          <w:rFonts w:ascii="Corbel" w:hAnsi="Corbel"/>
          <w:b/>
          <w:bCs/>
        </w:rPr>
        <w:t>15</w:t>
      </w:r>
      <w:r w:rsidR="00AE04FE" w:rsidRPr="007F617B">
        <w:rPr>
          <w:rFonts w:ascii="Corbel" w:hAnsi="Corbel"/>
          <w:b/>
          <w:bCs/>
        </w:rPr>
        <w:t>.1 Learning from Incidents</w:t>
      </w:r>
    </w:p>
    <w:p w14:paraId="0FB993AC" w14:textId="156B93FE" w:rsidR="00E45328" w:rsidRPr="001A4A3C" w:rsidRDefault="00AE04FE">
      <w:pPr>
        <w:rPr>
          <w:rFonts w:ascii="Corbel" w:hAnsi="Corbel"/>
        </w:rPr>
      </w:pPr>
      <w:r w:rsidRPr="001A4A3C">
        <w:rPr>
          <w:rFonts w:ascii="Corbel" w:hAnsi="Corbel"/>
        </w:rPr>
        <w:t xml:space="preserve">The Trust will regularly analyse </w:t>
      </w:r>
      <w:r w:rsidR="007F617B" w:rsidRPr="001A4A3C">
        <w:rPr>
          <w:rFonts w:ascii="Corbel" w:hAnsi="Corbel"/>
        </w:rPr>
        <w:t>accidents</w:t>
      </w:r>
      <w:r w:rsidRPr="001A4A3C">
        <w:rPr>
          <w:rFonts w:ascii="Corbel" w:hAnsi="Corbel"/>
        </w:rPr>
        <w:t xml:space="preserve"> and first aid data to:</w:t>
      </w:r>
    </w:p>
    <w:p w14:paraId="5D62F14B" w14:textId="77777777" w:rsidR="00E45328" w:rsidRPr="001A4A3C" w:rsidRDefault="00AE04FE" w:rsidP="007B343D">
      <w:pPr>
        <w:spacing w:after="0" w:line="240" w:lineRule="auto"/>
        <w:ind w:left="-284" w:firstLine="710"/>
        <w:rPr>
          <w:rFonts w:ascii="Corbel" w:hAnsi="Corbel"/>
        </w:rPr>
      </w:pPr>
      <w:r w:rsidRPr="001A4A3C">
        <w:rPr>
          <w:rFonts w:ascii="Corbel" w:hAnsi="Corbel"/>
        </w:rPr>
        <w:t>•</w:t>
      </w:r>
      <w:r w:rsidRPr="001A4A3C">
        <w:rPr>
          <w:rFonts w:ascii="Corbel" w:hAnsi="Corbel"/>
        </w:rPr>
        <w:tab/>
        <w:t>Identify recurring trends</w:t>
      </w:r>
    </w:p>
    <w:p w14:paraId="37CFB2D9" w14:textId="77777777" w:rsidR="00E45328" w:rsidRPr="001A4A3C" w:rsidRDefault="00AE04FE" w:rsidP="007B343D">
      <w:pPr>
        <w:spacing w:after="0" w:line="240" w:lineRule="auto"/>
        <w:ind w:left="-284" w:firstLine="710"/>
        <w:rPr>
          <w:rFonts w:ascii="Corbel" w:hAnsi="Corbel"/>
        </w:rPr>
      </w:pPr>
      <w:r w:rsidRPr="001A4A3C">
        <w:rPr>
          <w:rFonts w:ascii="Corbel" w:hAnsi="Corbel"/>
        </w:rPr>
        <w:t>•</w:t>
      </w:r>
      <w:r w:rsidRPr="001A4A3C">
        <w:rPr>
          <w:rFonts w:ascii="Corbel" w:hAnsi="Corbel"/>
        </w:rPr>
        <w:tab/>
        <w:t>Reduce avoidable accidents</w:t>
      </w:r>
    </w:p>
    <w:p w14:paraId="360CF830" w14:textId="77777777" w:rsidR="00E45328" w:rsidRPr="001A4A3C" w:rsidRDefault="00AE04FE" w:rsidP="007B343D">
      <w:pPr>
        <w:spacing w:after="0" w:line="240" w:lineRule="auto"/>
        <w:ind w:left="-284" w:firstLine="710"/>
        <w:rPr>
          <w:rFonts w:ascii="Corbel" w:hAnsi="Corbel"/>
        </w:rPr>
      </w:pPr>
      <w:r w:rsidRPr="001A4A3C">
        <w:rPr>
          <w:rFonts w:ascii="Corbel" w:hAnsi="Corbel"/>
        </w:rPr>
        <w:t>•</w:t>
      </w:r>
      <w:r w:rsidRPr="001A4A3C">
        <w:rPr>
          <w:rFonts w:ascii="Corbel" w:hAnsi="Corbel"/>
        </w:rPr>
        <w:tab/>
        <w:t>Improve risk assessments</w:t>
      </w:r>
    </w:p>
    <w:p w14:paraId="2A9A1C9C" w14:textId="77777777" w:rsidR="00E45328" w:rsidRPr="001A4A3C" w:rsidRDefault="00AE04FE" w:rsidP="007B343D">
      <w:pPr>
        <w:spacing w:after="0" w:line="240" w:lineRule="auto"/>
        <w:ind w:left="-284" w:firstLine="710"/>
        <w:rPr>
          <w:rFonts w:ascii="Corbel" w:hAnsi="Corbel"/>
        </w:rPr>
      </w:pPr>
      <w:r w:rsidRPr="001A4A3C">
        <w:rPr>
          <w:rFonts w:ascii="Corbel" w:hAnsi="Corbel"/>
        </w:rPr>
        <w:t>•</w:t>
      </w:r>
      <w:r w:rsidRPr="001A4A3C">
        <w:rPr>
          <w:rFonts w:ascii="Corbel" w:hAnsi="Corbel"/>
        </w:rPr>
        <w:tab/>
        <w:t>Inform staff training</w:t>
      </w:r>
    </w:p>
    <w:p w14:paraId="754857F9" w14:textId="77777777" w:rsidR="00E45328" w:rsidRPr="001A4A3C" w:rsidRDefault="00AE04FE" w:rsidP="007B343D">
      <w:pPr>
        <w:spacing w:after="0" w:line="240" w:lineRule="auto"/>
        <w:ind w:left="-284" w:firstLine="710"/>
        <w:rPr>
          <w:rFonts w:ascii="Corbel" w:hAnsi="Corbel"/>
        </w:rPr>
      </w:pPr>
      <w:r w:rsidRPr="001A4A3C">
        <w:rPr>
          <w:rFonts w:ascii="Corbel" w:hAnsi="Corbel"/>
        </w:rPr>
        <w:t>•</w:t>
      </w:r>
      <w:r w:rsidRPr="001A4A3C">
        <w:rPr>
          <w:rFonts w:ascii="Corbel" w:hAnsi="Corbel"/>
        </w:rPr>
        <w:tab/>
        <w:t>Improve environmental safety</w:t>
      </w:r>
    </w:p>
    <w:p w14:paraId="7363DA59" w14:textId="77777777" w:rsidR="00E45328" w:rsidRDefault="00AE04FE" w:rsidP="007B343D">
      <w:pPr>
        <w:spacing w:after="0" w:line="240" w:lineRule="auto"/>
        <w:ind w:left="-284" w:firstLine="710"/>
        <w:rPr>
          <w:rFonts w:ascii="Corbel" w:hAnsi="Corbel"/>
        </w:rPr>
      </w:pPr>
      <w:r w:rsidRPr="001A4A3C">
        <w:rPr>
          <w:rFonts w:ascii="Corbel" w:hAnsi="Corbel"/>
        </w:rPr>
        <w:t>•</w:t>
      </w:r>
      <w:r w:rsidRPr="001A4A3C">
        <w:rPr>
          <w:rFonts w:ascii="Corbel" w:hAnsi="Corbel"/>
        </w:rPr>
        <w:tab/>
        <w:t>Strengthen safeguarding where patterns emerge</w:t>
      </w:r>
    </w:p>
    <w:p w14:paraId="5F0B2751" w14:textId="77777777" w:rsidR="007F617B" w:rsidRDefault="007F617B" w:rsidP="007F617B">
      <w:pPr>
        <w:spacing w:after="0" w:line="240" w:lineRule="auto"/>
        <w:ind w:left="-284"/>
        <w:rPr>
          <w:rFonts w:ascii="Corbel" w:hAnsi="Corbel"/>
        </w:rPr>
      </w:pPr>
    </w:p>
    <w:p w14:paraId="21253DC2" w14:textId="77777777" w:rsidR="007F617B" w:rsidRPr="0004570E" w:rsidRDefault="007F617B" w:rsidP="007F617B">
      <w:pPr>
        <w:spacing w:after="0" w:line="240" w:lineRule="auto"/>
        <w:ind w:left="-284"/>
        <w:rPr>
          <w:rFonts w:ascii="Corbel" w:hAnsi="Corbel"/>
          <w:sz w:val="8"/>
          <w:szCs w:val="8"/>
        </w:rPr>
      </w:pPr>
    </w:p>
    <w:p w14:paraId="58BC81F1" w14:textId="79D213F6" w:rsidR="00E45328" w:rsidRPr="007F617B" w:rsidRDefault="007B343D">
      <w:pPr>
        <w:rPr>
          <w:rFonts w:ascii="Corbel" w:hAnsi="Corbel"/>
          <w:b/>
          <w:bCs/>
        </w:rPr>
      </w:pPr>
      <w:r>
        <w:rPr>
          <w:rFonts w:ascii="Corbel" w:hAnsi="Corbel"/>
          <w:b/>
          <w:bCs/>
        </w:rPr>
        <w:t>15</w:t>
      </w:r>
      <w:r w:rsidR="00AE04FE" w:rsidRPr="007F617B">
        <w:rPr>
          <w:rFonts w:ascii="Corbel" w:hAnsi="Corbel"/>
          <w:b/>
          <w:bCs/>
        </w:rPr>
        <w:t>.2 Near misses</w:t>
      </w:r>
    </w:p>
    <w:p w14:paraId="36602AD4" w14:textId="7EDBA68D" w:rsidR="009E403D" w:rsidRDefault="009E403D" w:rsidP="009E403D">
      <w:pPr>
        <w:spacing w:after="0" w:line="240" w:lineRule="auto"/>
        <w:rPr>
          <w:rFonts w:ascii="Corbel" w:eastAsia="Times New Roman" w:hAnsi="Corbel" w:cs="Times New Roman"/>
          <w:szCs w:val="24"/>
          <w:lang w:val="en-GB" w:eastAsia="en-GB"/>
        </w:rPr>
      </w:pPr>
      <w:r w:rsidRPr="009E403D">
        <w:rPr>
          <w:rFonts w:ascii="Corbel" w:eastAsia="Times New Roman" w:hAnsi="Corbel" w:cs="Times New Roman"/>
          <w:szCs w:val="24"/>
          <w:lang w:val="en-GB" w:eastAsia="en-GB"/>
        </w:rPr>
        <w:t xml:space="preserve">Staff must report </w:t>
      </w:r>
      <w:r w:rsidRPr="009E403D">
        <w:rPr>
          <w:rFonts w:ascii="Corbel" w:eastAsia="Times New Roman" w:hAnsi="Corbel" w:cs="Times New Roman"/>
          <w:b/>
          <w:bCs/>
          <w:szCs w:val="24"/>
          <w:lang w:val="en-GB" w:eastAsia="en-GB"/>
        </w:rPr>
        <w:t>near misses</w:t>
      </w:r>
      <w:r w:rsidRPr="009E403D">
        <w:rPr>
          <w:rFonts w:ascii="Corbel" w:eastAsia="Times New Roman" w:hAnsi="Corbel" w:cs="Times New Roman"/>
          <w:szCs w:val="24"/>
          <w:lang w:val="en-GB" w:eastAsia="en-GB"/>
        </w:rPr>
        <w:t xml:space="preserve"> where no injury or harm has occurred but an incident had the potential to cause injury, illness, damage or harm. Near-miss reporting supports proactive risk management by identifying hazards and enabling appropriate action to be taken before an accident occurs.</w:t>
      </w:r>
    </w:p>
    <w:p w14:paraId="4B9161B6" w14:textId="77777777" w:rsidR="009E403D" w:rsidRPr="009E403D" w:rsidRDefault="009E403D" w:rsidP="009E403D">
      <w:pPr>
        <w:spacing w:after="0" w:line="240" w:lineRule="auto"/>
        <w:rPr>
          <w:rFonts w:ascii="Corbel" w:eastAsia="Times New Roman" w:hAnsi="Corbel" w:cs="Times New Roman"/>
          <w:szCs w:val="24"/>
          <w:lang w:val="en-GB" w:eastAsia="en-GB"/>
        </w:rPr>
      </w:pPr>
    </w:p>
    <w:p w14:paraId="2257DC70" w14:textId="5E505BE3" w:rsidR="009E403D" w:rsidRPr="009E403D" w:rsidRDefault="0DBB425A" w:rsidP="29CDF304">
      <w:pPr>
        <w:spacing w:after="0" w:line="240" w:lineRule="auto"/>
        <w:rPr>
          <w:rFonts w:ascii="Corbel" w:eastAsia="Times New Roman" w:hAnsi="Corbel" w:cs="Times New Roman"/>
          <w:lang w:val="en-GB" w:eastAsia="en-GB"/>
        </w:rPr>
      </w:pPr>
      <w:r w:rsidRPr="29CDF304">
        <w:rPr>
          <w:rFonts w:ascii="Corbel" w:eastAsia="Times New Roman" w:hAnsi="Corbel" w:cs="Times New Roman"/>
          <w:lang w:val="en-GB" w:eastAsia="en-GB"/>
        </w:rPr>
        <w:t xml:space="preserve">Near misses should be recorded using the Trust-approved Near Miss </w:t>
      </w:r>
      <w:r w:rsidR="47EDDEEE" w:rsidRPr="29CDF304">
        <w:rPr>
          <w:rFonts w:ascii="Corbel" w:eastAsia="Times New Roman" w:hAnsi="Corbel" w:cs="Times New Roman"/>
          <w:lang w:val="en-GB" w:eastAsia="en-GB"/>
        </w:rPr>
        <w:t xml:space="preserve">Accident </w:t>
      </w:r>
      <w:r w:rsidRPr="29CDF304">
        <w:rPr>
          <w:rFonts w:ascii="Corbel" w:eastAsia="Times New Roman" w:hAnsi="Corbel" w:cs="Times New Roman"/>
          <w:lang w:val="en-GB" w:eastAsia="en-GB"/>
        </w:rPr>
        <w:t>Reporting Form</w:t>
      </w:r>
      <w:r w:rsidR="49B84012" w:rsidRPr="29CDF304">
        <w:rPr>
          <w:rFonts w:ascii="Corbel" w:eastAsia="Times New Roman" w:hAnsi="Corbel" w:cs="Times New Roman"/>
          <w:lang w:val="en-GB" w:eastAsia="en-GB"/>
        </w:rPr>
        <w:t xml:space="preserve"> </w:t>
      </w:r>
      <w:r w:rsidR="49B84012" w:rsidRPr="29CDF304">
        <w:rPr>
          <w:rFonts w:ascii="Corbel" w:hAnsi="Corbel"/>
        </w:rPr>
        <w:t>via forms on the Trust Landing Page</w:t>
      </w:r>
      <w:r w:rsidRPr="29CDF304">
        <w:rPr>
          <w:rFonts w:ascii="Corbel" w:eastAsia="Times New Roman" w:hAnsi="Corbel" w:cs="Times New Roman"/>
          <w:b/>
          <w:bCs/>
          <w:lang w:val="en-GB" w:eastAsia="en-GB"/>
        </w:rPr>
        <w:t xml:space="preserve"> </w:t>
      </w:r>
      <w:r w:rsidR="2208803C" w:rsidRPr="29CDF304">
        <w:rPr>
          <w:rFonts w:ascii="Corbel" w:hAnsi="Corbel"/>
        </w:rPr>
        <w:t xml:space="preserve">or </w:t>
      </w:r>
      <w:r w:rsidR="2208803C" w:rsidRPr="29CDF304">
        <w:rPr>
          <w:rFonts w:ascii="Corbel" w:hAnsi="Corbel"/>
          <w:b/>
          <w:bCs/>
        </w:rPr>
        <w:t>Appendix 5</w:t>
      </w:r>
      <w:r w:rsidR="2208803C" w:rsidRPr="29CDF304">
        <w:rPr>
          <w:rFonts w:ascii="Corbel" w:hAnsi="Corbel"/>
        </w:rPr>
        <w:t xml:space="preserve"> if no internet access.</w:t>
      </w:r>
      <w:r w:rsidRPr="29CDF304">
        <w:rPr>
          <w:rFonts w:ascii="Corbel" w:eastAsia="Times New Roman" w:hAnsi="Corbel" w:cs="Times New Roman"/>
          <w:lang w:val="en-GB" w:eastAsia="en-GB"/>
        </w:rPr>
        <w:t xml:space="preserve"> Academies should review reported near misses and take appropriate action to reduce the likelihood of recurrence.</w:t>
      </w:r>
    </w:p>
    <w:p w14:paraId="30F91D5E" w14:textId="3811D5EE" w:rsidR="00E45328" w:rsidRPr="0004570E" w:rsidRDefault="00E45328">
      <w:pPr>
        <w:rPr>
          <w:rFonts w:ascii="Corbel" w:hAnsi="Corbel"/>
          <w:sz w:val="8"/>
          <w:szCs w:val="8"/>
        </w:rPr>
      </w:pPr>
    </w:p>
    <w:p w14:paraId="372F2F5E" w14:textId="1BDCBA4D" w:rsidR="007B343D" w:rsidRDefault="007B343D" w:rsidP="007B343D">
      <w:pPr>
        <w:rPr>
          <w:rFonts w:ascii="Corbel" w:hAnsi="Corbel"/>
          <w:b/>
          <w:bCs/>
          <w:color w:val="7030A0"/>
        </w:rPr>
      </w:pPr>
      <w:r>
        <w:rPr>
          <w:rFonts w:ascii="Corbel" w:hAnsi="Corbel"/>
          <w:b/>
          <w:bCs/>
        </w:rPr>
        <w:t>16</w:t>
      </w:r>
      <w:r w:rsidRPr="007F617B">
        <w:rPr>
          <w:rFonts w:ascii="Corbel" w:hAnsi="Corbel"/>
          <w:b/>
          <w:bCs/>
        </w:rPr>
        <w:t>. Appendix</w:t>
      </w:r>
      <w:r w:rsidRPr="001A4A3C">
        <w:rPr>
          <w:rFonts w:ascii="Corbel" w:hAnsi="Corbel"/>
        </w:rPr>
        <w:t xml:space="preserve"> </w:t>
      </w:r>
    </w:p>
    <w:p w14:paraId="0A23BB67" w14:textId="21949BB3" w:rsidR="009E403D" w:rsidRPr="009E403D" w:rsidRDefault="0DBB425A" w:rsidP="29CDF304">
      <w:pPr>
        <w:pStyle w:val="Heading3"/>
        <w:spacing w:before="0" w:line="360" w:lineRule="auto"/>
        <w:rPr>
          <w:rFonts w:ascii="Corbel" w:hAnsi="Corbel"/>
          <w:color w:val="auto"/>
          <w:u w:val="single"/>
        </w:rPr>
      </w:pPr>
      <w:r w:rsidRPr="29CDF304">
        <w:rPr>
          <w:rFonts w:ascii="Corbel" w:hAnsi="Corbel"/>
          <w:color w:val="auto"/>
        </w:rPr>
        <w:t>Appendix 1</w:t>
      </w:r>
      <w:r w:rsidRPr="29CDF304">
        <w:rPr>
          <w:rFonts w:ascii="Corbel" w:hAnsi="Corbel"/>
          <w:b w:val="0"/>
          <w:bCs w:val="0"/>
          <w:color w:val="auto"/>
        </w:rPr>
        <w:t>- First Aid Kit Check Record</w:t>
      </w:r>
    </w:p>
    <w:p w14:paraId="7DE3DE81" w14:textId="7D3C10E6" w:rsidR="00217A98" w:rsidRPr="009E403D" w:rsidRDefault="762E12CC" w:rsidP="29CDF304">
      <w:pPr>
        <w:spacing w:after="0" w:line="360" w:lineRule="auto"/>
        <w:rPr>
          <w:rFonts w:ascii="Corbel" w:hAnsi="Corbel"/>
          <w:b/>
          <w:bCs/>
        </w:rPr>
      </w:pPr>
      <w:r w:rsidRPr="29CDF304">
        <w:rPr>
          <w:rFonts w:ascii="Corbel" w:hAnsi="Corbel"/>
          <w:b/>
          <w:bCs/>
        </w:rPr>
        <w:t xml:space="preserve">Appendix </w:t>
      </w:r>
      <w:r w:rsidR="0DBB425A" w:rsidRPr="29CDF304">
        <w:rPr>
          <w:rFonts w:ascii="Corbel" w:hAnsi="Corbel"/>
          <w:b/>
          <w:bCs/>
        </w:rPr>
        <w:t>2</w:t>
      </w:r>
      <w:r w:rsidRPr="29CDF304">
        <w:rPr>
          <w:rFonts w:ascii="Corbel" w:hAnsi="Corbel"/>
          <w:b/>
          <w:bCs/>
        </w:rPr>
        <w:t>-</w:t>
      </w:r>
      <w:r w:rsidR="0DB1E2EE" w:rsidRPr="29CDF304">
        <w:rPr>
          <w:rFonts w:ascii="Corbel" w:hAnsi="Corbel"/>
        </w:rPr>
        <w:t xml:space="preserve"> AED location(s), serial numbers, and check schedule</w:t>
      </w:r>
    </w:p>
    <w:p w14:paraId="21C99904" w14:textId="474D46AF" w:rsidR="00217A98" w:rsidRPr="009E403D" w:rsidRDefault="762E12CC" w:rsidP="29CDF304">
      <w:pPr>
        <w:spacing w:after="0" w:line="360" w:lineRule="auto"/>
        <w:rPr>
          <w:rFonts w:ascii="Corbel" w:hAnsi="Corbel"/>
          <w:b/>
          <w:bCs/>
          <w:u w:val="single"/>
        </w:rPr>
      </w:pPr>
      <w:r w:rsidRPr="29CDF304">
        <w:rPr>
          <w:rFonts w:ascii="Corbel" w:hAnsi="Corbel"/>
          <w:b/>
          <w:bCs/>
        </w:rPr>
        <w:t xml:space="preserve">Appendix </w:t>
      </w:r>
      <w:r w:rsidR="0DBB425A" w:rsidRPr="29CDF304">
        <w:rPr>
          <w:rFonts w:ascii="Corbel" w:hAnsi="Corbel"/>
          <w:b/>
          <w:bCs/>
        </w:rPr>
        <w:t>3</w:t>
      </w:r>
      <w:r w:rsidRPr="29CDF304">
        <w:rPr>
          <w:rFonts w:ascii="Corbel" w:hAnsi="Corbel"/>
          <w:b/>
          <w:bCs/>
        </w:rPr>
        <w:t xml:space="preserve">- </w:t>
      </w:r>
      <w:r w:rsidRPr="29CDF304">
        <w:rPr>
          <w:rFonts w:ascii="Corbel" w:hAnsi="Corbel"/>
        </w:rPr>
        <w:t>First Aid and Health and Safety Training</w:t>
      </w:r>
      <w:r w:rsidR="0DB1E2EE" w:rsidRPr="29CDF304">
        <w:rPr>
          <w:rFonts w:ascii="Corbel" w:hAnsi="Corbel"/>
        </w:rPr>
        <w:t xml:space="preserve"> Overview</w:t>
      </w:r>
      <w:r w:rsidRPr="29CDF304">
        <w:rPr>
          <w:rFonts w:ascii="Corbel" w:hAnsi="Corbel"/>
        </w:rPr>
        <w:t xml:space="preserve"> Record</w:t>
      </w:r>
    </w:p>
    <w:p w14:paraId="3D2369E0" w14:textId="276EDB12" w:rsidR="00217A98" w:rsidRDefault="762E12CC" w:rsidP="29CDF304">
      <w:pPr>
        <w:spacing w:after="0" w:line="360" w:lineRule="auto"/>
        <w:rPr>
          <w:rFonts w:ascii="Corbel" w:hAnsi="Corbel"/>
        </w:rPr>
      </w:pPr>
      <w:r w:rsidRPr="29CDF304">
        <w:rPr>
          <w:rFonts w:ascii="Corbel" w:hAnsi="Corbel"/>
          <w:b/>
          <w:bCs/>
        </w:rPr>
        <w:t xml:space="preserve">Appendix </w:t>
      </w:r>
      <w:r w:rsidR="0DBB425A" w:rsidRPr="29CDF304">
        <w:rPr>
          <w:rFonts w:ascii="Corbel" w:hAnsi="Corbel"/>
          <w:b/>
          <w:bCs/>
        </w:rPr>
        <w:t>4</w:t>
      </w:r>
      <w:r w:rsidRPr="29CDF304">
        <w:rPr>
          <w:rFonts w:ascii="Corbel" w:hAnsi="Corbel"/>
          <w:b/>
          <w:bCs/>
        </w:rPr>
        <w:t xml:space="preserve">- </w:t>
      </w:r>
      <w:r w:rsidRPr="29CDF304">
        <w:rPr>
          <w:rFonts w:ascii="Corbel" w:hAnsi="Corbel"/>
        </w:rPr>
        <w:t xml:space="preserve">Paediatric First Aid Poster (Photo, Name, Role and start/expiry date) </w:t>
      </w:r>
    </w:p>
    <w:p w14:paraId="62D70C17" w14:textId="139A0DFB" w:rsidR="009E403D" w:rsidRPr="009E403D" w:rsidRDefault="0DBB425A" w:rsidP="29CDF304">
      <w:pPr>
        <w:spacing w:after="0" w:line="360" w:lineRule="auto"/>
        <w:rPr>
          <w:rFonts w:ascii="Corbel" w:hAnsi="Corbel"/>
        </w:rPr>
      </w:pPr>
      <w:r w:rsidRPr="29CDF304">
        <w:rPr>
          <w:rFonts w:ascii="Corbel" w:hAnsi="Corbel"/>
          <w:b/>
          <w:bCs/>
        </w:rPr>
        <w:t>Appendix 5</w:t>
      </w:r>
      <w:r w:rsidRPr="29CDF304">
        <w:rPr>
          <w:rFonts w:ascii="Corbel" w:hAnsi="Corbel"/>
        </w:rPr>
        <w:t>- Near Miss Accident Form</w:t>
      </w:r>
    </w:p>
    <w:p w14:paraId="124398AB" w14:textId="5ED34379" w:rsidR="00B02D01" w:rsidRDefault="4B4EFC3B" w:rsidP="29CDF304">
      <w:pPr>
        <w:spacing w:after="0" w:line="360" w:lineRule="auto"/>
        <w:rPr>
          <w:rFonts w:ascii="Corbel" w:hAnsi="Corbel"/>
        </w:rPr>
      </w:pPr>
      <w:r w:rsidRPr="29CDF304">
        <w:rPr>
          <w:rFonts w:ascii="Corbel" w:hAnsi="Corbel"/>
          <w:b/>
          <w:bCs/>
        </w:rPr>
        <w:t>Appendix 6-</w:t>
      </w:r>
      <w:r w:rsidRPr="29CDF304">
        <w:rPr>
          <w:rFonts w:ascii="Corbel" w:hAnsi="Corbel"/>
        </w:rPr>
        <w:t xml:space="preserve"> Accident and Incident Reporting Form</w:t>
      </w:r>
    </w:p>
    <w:p w14:paraId="3DC82274" w14:textId="218A0D19" w:rsidR="00B376F3" w:rsidRPr="0004570E" w:rsidRDefault="004845B0" w:rsidP="0004570E">
      <w:pPr>
        <w:rPr>
          <w:rFonts w:ascii="Corbel" w:hAnsi="Corbel"/>
          <w:color w:val="EE0000"/>
        </w:rPr>
      </w:pPr>
      <w:bookmarkStart w:id="0" w:name="_GoBack"/>
      <w:r w:rsidRPr="00372F65">
        <w:rPr>
          <w:rFonts w:ascii="KG Primary Penmanship 2" w:hAnsi="KG Primary Penmanship 2"/>
          <w:b/>
          <w:bCs/>
          <w:i/>
          <w:iCs/>
          <w:noProof/>
          <w:color w:val="0070C0"/>
          <w:sz w:val="32"/>
          <w:lang w:eastAsia="en-GB"/>
        </w:rPr>
        <w:lastRenderedPageBreak/>
        <w:drawing>
          <wp:anchor distT="0" distB="0" distL="114300" distR="114300" simplePos="0" relativeHeight="251721728" behindDoc="0" locked="0" layoutInCell="1" allowOverlap="1" wp14:anchorId="72E738D3" wp14:editId="6ECFE71C">
            <wp:simplePos x="0" y="0"/>
            <wp:positionH relativeFrom="margin">
              <wp:posOffset>6185535</wp:posOffset>
            </wp:positionH>
            <wp:positionV relativeFrom="paragraph">
              <wp:posOffset>-8890</wp:posOffset>
            </wp:positionV>
            <wp:extent cx="940500" cy="62865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9667"/>
                    <a:stretch/>
                  </pic:blipFill>
                  <pic:spPr bwMode="auto">
                    <a:xfrm>
                      <a:off x="0" y="0"/>
                      <a:ext cx="940500" cy="628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0"/>
      <w:r w:rsidR="00B376F3" w:rsidRPr="00B376F3">
        <w:rPr>
          <w:rFonts w:ascii="Corbel" w:hAnsi="Corbel"/>
        </w:rPr>
        <w:t>Appendix 1</w:t>
      </w:r>
      <w:r w:rsidR="00B376F3" w:rsidRPr="00B376F3">
        <w:rPr>
          <w:rFonts w:ascii="Corbel" w:hAnsi="Corbel"/>
          <w:sz w:val="36"/>
        </w:rPr>
        <w:t xml:space="preserve">  </w:t>
      </w:r>
    </w:p>
    <w:p w14:paraId="60891B71" w14:textId="37C272D9" w:rsidR="00B376F3" w:rsidRPr="009E403D" w:rsidRDefault="00B376F3" w:rsidP="00B376F3">
      <w:pPr>
        <w:pStyle w:val="Heading3"/>
        <w:spacing w:before="0" w:line="240" w:lineRule="auto"/>
        <w:jc w:val="center"/>
        <w:rPr>
          <w:rFonts w:ascii="Corbel" w:hAnsi="Corbel"/>
          <w:color w:val="auto"/>
          <w:sz w:val="36"/>
          <w:u w:val="single"/>
        </w:rPr>
      </w:pPr>
      <w:r w:rsidRPr="009E403D">
        <w:rPr>
          <w:rFonts w:ascii="Corbel" w:hAnsi="Corbel"/>
          <w:color w:val="auto"/>
          <w:sz w:val="36"/>
          <w:u w:val="single"/>
        </w:rPr>
        <w:t>First Aid Kit Check Record</w:t>
      </w:r>
    </w:p>
    <w:p w14:paraId="54DA22D2" w14:textId="77777777" w:rsidR="00B376F3" w:rsidRPr="00B376F3" w:rsidRDefault="00B376F3" w:rsidP="00B376F3">
      <w:pPr>
        <w:rPr>
          <w:sz w:val="4"/>
        </w:rPr>
      </w:pPr>
    </w:p>
    <w:tbl>
      <w:tblPr>
        <w:tblStyle w:val="TableGrid"/>
        <w:tblW w:w="0" w:type="auto"/>
        <w:tblLook w:val="04A0" w:firstRow="1" w:lastRow="0" w:firstColumn="1" w:lastColumn="0" w:noHBand="0" w:noVBand="1"/>
      </w:tblPr>
      <w:tblGrid>
        <w:gridCol w:w="2761"/>
        <w:gridCol w:w="2762"/>
        <w:gridCol w:w="2762"/>
        <w:gridCol w:w="2762"/>
      </w:tblGrid>
      <w:tr w:rsidR="00B376F3" w14:paraId="15FFDC8B" w14:textId="77777777" w:rsidTr="00B376F3">
        <w:tc>
          <w:tcPr>
            <w:tcW w:w="2761" w:type="dxa"/>
            <w:shd w:val="clear" w:color="auto" w:fill="F2F2F2" w:themeFill="background1" w:themeFillShade="F2"/>
          </w:tcPr>
          <w:p w14:paraId="017C3C79" w14:textId="48C8803D" w:rsidR="00B376F3" w:rsidRPr="00B376F3" w:rsidRDefault="00B376F3" w:rsidP="00B376F3">
            <w:pPr>
              <w:pStyle w:val="Heading3"/>
              <w:outlineLvl w:val="2"/>
              <w:rPr>
                <w:rFonts w:ascii="Corbel" w:hAnsi="Corbel"/>
                <w:b w:val="0"/>
                <w:color w:val="auto"/>
              </w:rPr>
            </w:pPr>
            <w:r w:rsidRPr="00B376F3">
              <w:rPr>
                <w:rStyle w:val="Strong"/>
                <w:rFonts w:ascii="Corbel" w:hAnsi="Corbel"/>
                <w:b/>
                <w:color w:val="auto"/>
              </w:rPr>
              <w:t>Academy:</w:t>
            </w:r>
          </w:p>
        </w:tc>
        <w:tc>
          <w:tcPr>
            <w:tcW w:w="2762" w:type="dxa"/>
            <w:shd w:val="clear" w:color="auto" w:fill="F2F2F2" w:themeFill="background1" w:themeFillShade="F2"/>
          </w:tcPr>
          <w:p w14:paraId="162891C7" w14:textId="159C1708" w:rsidR="00B376F3" w:rsidRPr="00B376F3" w:rsidRDefault="00B376F3" w:rsidP="00B376F3">
            <w:pPr>
              <w:pStyle w:val="Heading3"/>
              <w:outlineLvl w:val="2"/>
              <w:rPr>
                <w:rFonts w:ascii="Corbel" w:hAnsi="Corbel"/>
                <w:b w:val="0"/>
                <w:color w:val="auto"/>
              </w:rPr>
            </w:pPr>
            <w:r w:rsidRPr="00B376F3">
              <w:rPr>
                <w:rStyle w:val="Strong"/>
                <w:rFonts w:ascii="Corbel" w:hAnsi="Corbel"/>
                <w:b/>
                <w:color w:val="auto"/>
              </w:rPr>
              <w:t>Location of First Aid Kit:</w:t>
            </w:r>
          </w:p>
        </w:tc>
        <w:tc>
          <w:tcPr>
            <w:tcW w:w="2762" w:type="dxa"/>
            <w:shd w:val="clear" w:color="auto" w:fill="F2F2F2" w:themeFill="background1" w:themeFillShade="F2"/>
          </w:tcPr>
          <w:p w14:paraId="2D6D2C07" w14:textId="1F34CC5D" w:rsidR="00B376F3" w:rsidRPr="00B376F3" w:rsidRDefault="00B376F3" w:rsidP="00B376F3">
            <w:pPr>
              <w:pStyle w:val="Heading3"/>
              <w:outlineLvl w:val="2"/>
              <w:rPr>
                <w:rFonts w:ascii="Corbel" w:hAnsi="Corbel"/>
                <w:b w:val="0"/>
                <w:color w:val="auto"/>
              </w:rPr>
            </w:pPr>
            <w:r w:rsidRPr="00B376F3">
              <w:rPr>
                <w:rStyle w:val="Strong"/>
                <w:rFonts w:ascii="Corbel" w:hAnsi="Corbel"/>
                <w:b/>
                <w:color w:val="auto"/>
              </w:rPr>
              <w:t>Kit/Reference Number:</w:t>
            </w:r>
          </w:p>
        </w:tc>
        <w:tc>
          <w:tcPr>
            <w:tcW w:w="2762" w:type="dxa"/>
            <w:shd w:val="clear" w:color="auto" w:fill="F2F2F2" w:themeFill="background1" w:themeFillShade="F2"/>
          </w:tcPr>
          <w:p w14:paraId="503ED861" w14:textId="4B01DD0D" w:rsidR="00B376F3" w:rsidRPr="00B376F3" w:rsidRDefault="00B376F3" w:rsidP="00B376F3">
            <w:pPr>
              <w:pStyle w:val="Heading3"/>
              <w:outlineLvl w:val="2"/>
              <w:rPr>
                <w:rFonts w:ascii="Corbel" w:hAnsi="Corbel"/>
                <w:b w:val="0"/>
                <w:color w:val="auto"/>
              </w:rPr>
            </w:pPr>
            <w:r w:rsidRPr="00B376F3">
              <w:rPr>
                <w:rStyle w:val="Strong"/>
                <w:rFonts w:ascii="Corbel" w:hAnsi="Corbel"/>
                <w:b/>
                <w:color w:val="auto"/>
              </w:rPr>
              <w:t>Person Responsible:</w:t>
            </w:r>
          </w:p>
        </w:tc>
      </w:tr>
      <w:tr w:rsidR="00B376F3" w14:paraId="22CEFAE2" w14:textId="77777777" w:rsidTr="00B376F3">
        <w:tc>
          <w:tcPr>
            <w:tcW w:w="2761" w:type="dxa"/>
          </w:tcPr>
          <w:p w14:paraId="13BC6D75" w14:textId="77777777" w:rsidR="00B376F3" w:rsidRPr="00B376F3" w:rsidRDefault="00B376F3" w:rsidP="00B376F3">
            <w:pPr>
              <w:pStyle w:val="Heading3"/>
              <w:outlineLvl w:val="2"/>
              <w:rPr>
                <w:rFonts w:ascii="Corbel" w:hAnsi="Corbel"/>
                <w:color w:val="auto"/>
              </w:rPr>
            </w:pPr>
          </w:p>
        </w:tc>
        <w:tc>
          <w:tcPr>
            <w:tcW w:w="2762" w:type="dxa"/>
          </w:tcPr>
          <w:p w14:paraId="3EBFD461" w14:textId="77777777" w:rsidR="00B376F3" w:rsidRPr="00B376F3" w:rsidRDefault="00B376F3" w:rsidP="00B376F3">
            <w:pPr>
              <w:pStyle w:val="Heading3"/>
              <w:outlineLvl w:val="2"/>
              <w:rPr>
                <w:rFonts w:ascii="Corbel" w:hAnsi="Corbel"/>
                <w:color w:val="auto"/>
              </w:rPr>
            </w:pPr>
          </w:p>
        </w:tc>
        <w:tc>
          <w:tcPr>
            <w:tcW w:w="2762" w:type="dxa"/>
          </w:tcPr>
          <w:p w14:paraId="604373E3" w14:textId="438B30D4" w:rsidR="00B376F3" w:rsidRPr="00B376F3" w:rsidRDefault="00B376F3" w:rsidP="00B376F3">
            <w:pPr>
              <w:pStyle w:val="Heading3"/>
              <w:outlineLvl w:val="2"/>
              <w:rPr>
                <w:rFonts w:ascii="Corbel" w:hAnsi="Corbel"/>
                <w:color w:val="auto"/>
              </w:rPr>
            </w:pPr>
          </w:p>
        </w:tc>
        <w:tc>
          <w:tcPr>
            <w:tcW w:w="2762" w:type="dxa"/>
          </w:tcPr>
          <w:p w14:paraId="16C1C5D3" w14:textId="43F0B282" w:rsidR="00B376F3" w:rsidRPr="00B376F3" w:rsidRDefault="00B376F3" w:rsidP="00B376F3">
            <w:pPr>
              <w:pStyle w:val="Heading3"/>
              <w:outlineLvl w:val="2"/>
              <w:rPr>
                <w:rFonts w:ascii="Corbel" w:hAnsi="Corbel"/>
                <w:color w:val="auto"/>
              </w:rPr>
            </w:pPr>
          </w:p>
        </w:tc>
      </w:tr>
    </w:tbl>
    <w:p w14:paraId="1E263FA0" w14:textId="77777777" w:rsidR="00B376F3" w:rsidRPr="00B376F3" w:rsidRDefault="00B376F3" w:rsidP="00B376F3">
      <w:pPr>
        <w:pStyle w:val="Heading3"/>
        <w:rPr>
          <w:rFonts w:ascii="Corbel" w:hAnsi="Corbel"/>
        </w:rPr>
      </w:pPr>
    </w:p>
    <w:tbl>
      <w:tblPr>
        <w:tblStyle w:val="TableGrid"/>
        <w:tblW w:w="0" w:type="auto"/>
        <w:tblLook w:val="04A0" w:firstRow="1" w:lastRow="0" w:firstColumn="1" w:lastColumn="0" w:noHBand="0" w:noVBand="1"/>
      </w:tblPr>
      <w:tblGrid>
        <w:gridCol w:w="1578"/>
        <w:gridCol w:w="1578"/>
        <w:gridCol w:w="1578"/>
        <w:gridCol w:w="1578"/>
        <w:gridCol w:w="1578"/>
        <w:gridCol w:w="1578"/>
        <w:gridCol w:w="1579"/>
      </w:tblGrid>
      <w:tr w:rsidR="00B376F3" w14:paraId="3E33F9FA" w14:textId="77777777" w:rsidTr="009E403D">
        <w:tc>
          <w:tcPr>
            <w:tcW w:w="1578" w:type="dxa"/>
            <w:vAlign w:val="center"/>
          </w:tcPr>
          <w:p w14:paraId="145575C8" w14:textId="5B9E74A8" w:rsidR="00B376F3" w:rsidRDefault="00B376F3" w:rsidP="00B376F3">
            <w:pPr>
              <w:pStyle w:val="NormalWeb"/>
              <w:rPr>
                <w:rFonts w:ascii="Corbel" w:hAnsi="Corbel"/>
                <w:sz w:val="22"/>
                <w:szCs w:val="22"/>
              </w:rPr>
            </w:pPr>
            <w:r w:rsidRPr="00B376F3">
              <w:rPr>
                <w:rFonts w:ascii="Corbel" w:hAnsi="Corbel"/>
                <w:b/>
                <w:bCs/>
                <w:sz w:val="22"/>
                <w:szCs w:val="22"/>
              </w:rPr>
              <w:t>Check Date</w:t>
            </w:r>
          </w:p>
        </w:tc>
        <w:tc>
          <w:tcPr>
            <w:tcW w:w="1578" w:type="dxa"/>
            <w:vAlign w:val="center"/>
          </w:tcPr>
          <w:p w14:paraId="2D942839" w14:textId="68EE4AB6" w:rsidR="00B376F3" w:rsidRDefault="00B376F3" w:rsidP="00B376F3">
            <w:pPr>
              <w:pStyle w:val="NormalWeb"/>
              <w:rPr>
                <w:rFonts w:ascii="Corbel" w:hAnsi="Corbel"/>
                <w:sz w:val="22"/>
                <w:szCs w:val="22"/>
              </w:rPr>
            </w:pPr>
            <w:r w:rsidRPr="00B376F3">
              <w:rPr>
                <w:rFonts w:ascii="Corbel" w:hAnsi="Corbel"/>
                <w:b/>
                <w:bCs/>
                <w:sz w:val="22"/>
                <w:szCs w:val="22"/>
              </w:rPr>
              <w:t>Contents Complete?</w:t>
            </w:r>
          </w:p>
        </w:tc>
        <w:tc>
          <w:tcPr>
            <w:tcW w:w="1578" w:type="dxa"/>
            <w:vAlign w:val="center"/>
          </w:tcPr>
          <w:p w14:paraId="27D7E47E" w14:textId="18B527B9" w:rsidR="00B376F3" w:rsidRDefault="00B376F3" w:rsidP="00B376F3">
            <w:pPr>
              <w:pStyle w:val="NormalWeb"/>
              <w:rPr>
                <w:rFonts w:ascii="Corbel" w:hAnsi="Corbel"/>
                <w:sz w:val="22"/>
                <w:szCs w:val="22"/>
              </w:rPr>
            </w:pPr>
            <w:r w:rsidRPr="00B376F3">
              <w:rPr>
                <w:rFonts w:ascii="Corbel" w:hAnsi="Corbel"/>
                <w:b/>
                <w:bCs/>
                <w:sz w:val="22"/>
                <w:szCs w:val="22"/>
              </w:rPr>
              <w:t>Items Used/Missing</w:t>
            </w:r>
          </w:p>
        </w:tc>
        <w:tc>
          <w:tcPr>
            <w:tcW w:w="1578" w:type="dxa"/>
            <w:vAlign w:val="center"/>
          </w:tcPr>
          <w:p w14:paraId="20658670" w14:textId="78C1A47E" w:rsidR="00B376F3" w:rsidRDefault="00B376F3" w:rsidP="00B376F3">
            <w:pPr>
              <w:pStyle w:val="NormalWeb"/>
              <w:rPr>
                <w:rFonts w:ascii="Corbel" w:hAnsi="Corbel"/>
                <w:sz w:val="22"/>
                <w:szCs w:val="22"/>
              </w:rPr>
            </w:pPr>
            <w:r w:rsidRPr="00B376F3">
              <w:rPr>
                <w:rFonts w:ascii="Corbel" w:hAnsi="Corbel"/>
                <w:b/>
                <w:bCs/>
                <w:sz w:val="22"/>
                <w:szCs w:val="22"/>
              </w:rPr>
              <w:t>Expired Items Removed</w:t>
            </w:r>
          </w:p>
        </w:tc>
        <w:tc>
          <w:tcPr>
            <w:tcW w:w="1578" w:type="dxa"/>
            <w:vAlign w:val="center"/>
          </w:tcPr>
          <w:p w14:paraId="71E32B8C" w14:textId="37D07022" w:rsidR="00B376F3" w:rsidRDefault="00B376F3" w:rsidP="00B376F3">
            <w:pPr>
              <w:pStyle w:val="NormalWeb"/>
              <w:rPr>
                <w:rFonts w:ascii="Corbel" w:hAnsi="Corbel"/>
                <w:sz w:val="22"/>
                <w:szCs w:val="22"/>
              </w:rPr>
            </w:pPr>
            <w:r w:rsidRPr="00B376F3">
              <w:rPr>
                <w:rFonts w:ascii="Corbel" w:hAnsi="Corbel"/>
                <w:b/>
                <w:bCs/>
                <w:sz w:val="22"/>
                <w:szCs w:val="22"/>
              </w:rPr>
              <w:t>Replacements Required</w:t>
            </w:r>
          </w:p>
        </w:tc>
        <w:tc>
          <w:tcPr>
            <w:tcW w:w="1578" w:type="dxa"/>
            <w:vAlign w:val="center"/>
          </w:tcPr>
          <w:p w14:paraId="330A8C8A" w14:textId="526A93A7" w:rsidR="00B376F3" w:rsidRDefault="00B376F3" w:rsidP="00B376F3">
            <w:pPr>
              <w:pStyle w:val="NormalWeb"/>
              <w:rPr>
                <w:rFonts w:ascii="Corbel" w:hAnsi="Corbel"/>
                <w:sz w:val="22"/>
                <w:szCs w:val="22"/>
              </w:rPr>
            </w:pPr>
            <w:r w:rsidRPr="00B376F3">
              <w:rPr>
                <w:rFonts w:ascii="Corbel" w:hAnsi="Corbel"/>
                <w:b/>
                <w:bCs/>
                <w:sz w:val="22"/>
                <w:szCs w:val="22"/>
              </w:rPr>
              <w:t>Action Completed</w:t>
            </w:r>
          </w:p>
        </w:tc>
        <w:tc>
          <w:tcPr>
            <w:tcW w:w="1579" w:type="dxa"/>
            <w:vAlign w:val="center"/>
          </w:tcPr>
          <w:p w14:paraId="36BE50F1" w14:textId="5DAF5C8F" w:rsidR="00B376F3" w:rsidRDefault="00B376F3" w:rsidP="00B376F3">
            <w:pPr>
              <w:pStyle w:val="NormalWeb"/>
              <w:rPr>
                <w:rFonts w:ascii="Corbel" w:hAnsi="Corbel"/>
                <w:sz w:val="22"/>
                <w:szCs w:val="22"/>
              </w:rPr>
            </w:pPr>
            <w:r w:rsidRPr="00B376F3">
              <w:rPr>
                <w:rFonts w:ascii="Corbel" w:hAnsi="Corbel"/>
                <w:b/>
                <w:bCs/>
                <w:sz w:val="22"/>
                <w:szCs w:val="22"/>
              </w:rPr>
              <w:t>Checked By</w:t>
            </w:r>
          </w:p>
        </w:tc>
      </w:tr>
      <w:tr w:rsidR="00B376F3" w14:paraId="2F3C79B0" w14:textId="77777777" w:rsidTr="009E403D">
        <w:tc>
          <w:tcPr>
            <w:tcW w:w="1578" w:type="dxa"/>
          </w:tcPr>
          <w:p w14:paraId="6B09D026" w14:textId="77777777" w:rsidR="00B376F3" w:rsidRDefault="00B376F3" w:rsidP="00B376F3">
            <w:pPr>
              <w:pStyle w:val="NormalWeb"/>
              <w:rPr>
                <w:rFonts w:ascii="Corbel" w:hAnsi="Corbel"/>
                <w:sz w:val="22"/>
                <w:szCs w:val="22"/>
              </w:rPr>
            </w:pPr>
          </w:p>
        </w:tc>
        <w:tc>
          <w:tcPr>
            <w:tcW w:w="1578" w:type="dxa"/>
            <w:vAlign w:val="center"/>
          </w:tcPr>
          <w:p w14:paraId="728323F5" w14:textId="7B9B257A" w:rsidR="00B376F3" w:rsidRDefault="00B376F3" w:rsidP="00B376F3">
            <w:pPr>
              <w:pStyle w:val="NormalWeb"/>
              <w:rPr>
                <w:rFonts w:ascii="Corbel" w:hAnsi="Corbel"/>
                <w:sz w:val="22"/>
                <w:szCs w:val="22"/>
              </w:rPr>
            </w:pPr>
            <w:r w:rsidRPr="00B376F3">
              <w:rPr>
                <w:rFonts w:ascii="Segoe UI Symbol" w:hAnsi="Segoe UI Symbol" w:cs="Segoe UI Symbol"/>
                <w:sz w:val="22"/>
                <w:szCs w:val="22"/>
              </w:rPr>
              <w:t>☐</w:t>
            </w:r>
            <w:r w:rsidRPr="00B376F3">
              <w:rPr>
                <w:rFonts w:ascii="Corbel" w:hAnsi="Corbel"/>
                <w:sz w:val="22"/>
                <w:szCs w:val="22"/>
              </w:rPr>
              <w:t xml:space="preserve"> Yes </w:t>
            </w:r>
            <w:r w:rsidRPr="00B376F3">
              <w:rPr>
                <w:rFonts w:ascii="Segoe UI Symbol" w:hAnsi="Segoe UI Symbol" w:cs="Segoe UI Symbol"/>
                <w:sz w:val="22"/>
                <w:szCs w:val="22"/>
              </w:rPr>
              <w:t>☐</w:t>
            </w:r>
            <w:r w:rsidRPr="00B376F3">
              <w:rPr>
                <w:rFonts w:ascii="Corbel" w:hAnsi="Corbel"/>
                <w:sz w:val="22"/>
                <w:szCs w:val="22"/>
              </w:rPr>
              <w:t xml:space="preserve"> No</w:t>
            </w:r>
          </w:p>
        </w:tc>
        <w:tc>
          <w:tcPr>
            <w:tcW w:w="1578" w:type="dxa"/>
          </w:tcPr>
          <w:p w14:paraId="2C076C69" w14:textId="77777777" w:rsidR="00B376F3" w:rsidRDefault="00B376F3" w:rsidP="00B376F3">
            <w:pPr>
              <w:pStyle w:val="NormalWeb"/>
              <w:rPr>
                <w:rFonts w:ascii="Corbel" w:hAnsi="Corbel"/>
                <w:sz w:val="22"/>
                <w:szCs w:val="22"/>
              </w:rPr>
            </w:pPr>
          </w:p>
        </w:tc>
        <w:tc>
          <w:tcPr>
            <w:tcW w:w="1578" w:type="dxa"/>
          </w:tcPr>
          <w:p w14:paraId="33D6BC1B" w14:textId="77777777" w:rsidR="00B376F3" w:rsidRDefault="00B376F3" w:rsidP="00B376F3">
            <w:pPr>
              <w:pStyle w:val="NormalWeb"/>
              <w:rPr>
                <w:rFonts w:ascii="Corbel" w:hAnsi="Corbel"/>
                <w:sz w:val="22"/>
                <w:szCs w:val="22"/>
              </w:rPr>
            </w:pPr>
          </w:p>
        </w:tc>
        <w:tc>
          <w:tcPr>
            <w:tcW w:w="1578" w:type="dxa"/>
          </w:tcPr>
          <w:p w14:paraId="4FFB27FB" w14:textId="77777777" w:rsidR="00B376F3" w:rsidRDefault="00B376F3" w:rsidP="00B376F3">
            <w:pPr>
              <w:pStyle w:val="NormalWeb"/>
              <w:rPr>
                <w:rFonts w:ascii="Corbel" w:hAnsi="Corbel"/>
                <w:sz w:val="22"/>
                <w:szCs w:val="22"/>
              </w:rPr>
            </w:pPr>
          </w:p>
        </w:tc>
        <w:tc>
          <w:tcPr>
            <w:tcW w:w="1578" w:type="dxa"/>
          </w:tcPr>
          <w:p w14:paraId="7139AFA8" w14:textId="77777777" w:rsidR="00B376F3" w:rsidRDefault="00B376F3" w:rsidP="00B376F3">
            <w:pPr>
              <w:pStyle w:val="NormalWeb"/>
              <w:rPr>
                <w:rFonts w:ascii="Corbel" w:hAnsi="Corbel"/>
                <w:sz w:val="22"/>
                <w:szCs w:val="22"/>
              </w:rPr>
            </w:pPr>
          </w:p>
        </w:tc>
        <w:tc>
          <w:tcPr>
            <w:tcW w:w="1579" w:type="dxa"/>
          </w:tcPr>
          <w:p w14:paraId="4D14BA50" w14:textId="77777777" w:rsidR="00B376F3" w:rsidRDefault="00B376F3" w:rsidP="00B376F3">
            <w:pPr>
              <w:pStyle w:val="NormalWeb"/>
              <w:rPr>
                <w:rFonts w:ascii="Corbel" w:hAnsi="Corbel"/>
                <w:sz w:val="22"/>
                <w:szCs w:val="22"/>
              </w:rPr>
            </w:pPr>
          </w:p>
        </w:tc>
      </w:tr>
      <w:tr w:rsidR="00B376F3" w14:paraId="5E23B86A" w14:textId="77777777" w:rsidTr="009E403D">
        <w:tc>
          <w:tcPr>
            <w:tcW w:w="1578" w:type="dxa"/>
          </w:tcPr>
          <w:p w14:paraId="3E151A9F" w14:textId="77777777" w:rsidR="00B376F3" w:rsidRDefault="00B376F3" w:rsidP="00B376F3">
            <w:pPr>
              <w:pStyle w:val="NormalWeb"/>
              <w:rPr>
                <w:rFonts w:ascii="Corbel" w:hAnsi="Corbel"/>
                <w:sz w:val="22"/>
                <w:szCs w:val="22"/>
              </w:rPr>
            </w:pPr>
          </w:p>
        </w:tc>
        <w:tc>
          <w:tcPr>
            <w:tcW w:w="1578" w:type="dxa"/>
            <w:vAlign w:val="center"/>
          </w:tcPr>
          <w:p w14:paraId="4AAB1CC1" w14:textId="09F9C2E4" w:rsidR="00B376F3" w:rsidRDefault="00B376F3" w:rsidP="00B376F3">
            <w:pPr>
              <w:pStyle w:val="NormalWeb"/>
              <w:rPr>
                <w:rFonts w:ascii="Corbel" w:hAnsi="Corbel"/>
                <w:sz w:val="22"/>
                <w:szCs w:val="22"/>
              </w:rPr>
            </w:pPr>
            <w:r w:rsidRPr="00B376F3">
              <w:rPr>
                <w:rFonts w:ascii="Segoe UI Symbol" w:hAnsi="Segoe UI Symbol" w:cs="Segoe UI Symbol"/>
                <w:sz w:val="22"/>
                <w:szCs w:val="22"/>
              </w:rPr>
              <w:t>☐</w:t>
            </w:r>
            <w:r w:rsidRPr="00B376F3">
              <w:rPr>
                <w:rFonts w:ascii="Corbel" w:hAnsi="Corbel"/>
                <w:sz w:val="22"/>
                <w:szCs w:val="22"/>
              </w:rPr>
              <w:t xml:space="preserve"> Yes </w:t>
            </w:r>
            <w:r w:rsidRPr="00B376F3">
              <w:rPr>
                <w:rFonts w:ascii="Segoe UI Symbol" w:hAnsi="Segoe UI Symbol" w:cs="Segoe UI Symbol"/>
                <w:sz w:val="22"/>
                <w:szCs w:val="22"/>
              </w:rPr>
              <w:t>☐</w:t>
            </w:r>
            <w:r w:rsidRPr="00B376F3">
              <w:rPr>
                <w:rFonts w:ascii="Corbel" w:hAnsi="Corbel"/>
                <w:sz w:val="22"/>
                <w:szCs w:val="22"/>
              </w:rPr>
              <w:t xml:space="preserve"> No</w:t>
            </w:r>
          </w:p>
        </w:tc>
        <w:tc>
          <w:tcPr>
            <w:tcW w:w="1578" w:type="dxa"/>
          </w:tcPr>
          <w:p w14:paraId="217AED89" w14:textId="77777777" w:rsidR="00B376F3" w:rsidRDefault="00B376F3" w:rsidP="00B376F3">
            <w:pPr>
              <w:pStyle w:val="NormalWeb"/>
              <w:rPr>
                <w:rFonts w:ascii="Corbel" w:hAnsi="Corbel"/>
                <w:sz w:val="22"/>
                <w:szCs w:val="22"/>
              </w:rPr>
            </w:pPr>
          </w:p>
        </w:tc>
        <w:tc>
          <w:tcPr>
            <w:tcW w:w="1578" w:type="dxa"/>
          </w:tcPr>
          <w:p w14:paraId="03F756F2" w14:textId="77777777" w:rsidR="00B376F3" w:rsidRDefault="00B376F3" w:rsidP="00B376F3">
            <w:pPr>
              <w:pStyle w:val="NormalWeb"/>
              <w:rPr>
                <w:rFonts w:ascii="Corbel" w:hAnsi="Corbel"/>
                <w:sz w:val="22"/>
                <w:szCs w:val="22"/>
              </w:rPr>
            </w:pPr>
          </w:p>
        </w:tc>
        <w:tc>
          <w:tcPr>
            <w:tcW w:w="1578" w:type="dxa"/>
          </w:tcPr>
          <w:p w14:paraId="42CF41E7" w14:textId="77777777" w:rsidR="00B376F3" w:rsidRDefault="00B376F3" w:rsidP="00B376F3">
            <w:pPr>
              <w:pStyle w:val="NormalWeb"/>
              <w:rPr>
                <w:rFonts w:ascii="Corbel" w:hAnsi="Corbel"/>
                <w:sz w:val="22"/>
                <w:szCs w:val="22"/>
              </w:rPr>
            </w:pPr>
          </w:p>
        </w:tc>
        <w:tc>
          <w:tcPr>
            <w:tcW w:w="1578" w:type="dxa"/>
          </w:tcPr>
          <w:p w14:paraId="24201968" w14:textId="77777777" w:rsidR="00B376F3" w:rsidRDefault="00B376F3" w:rsidP="00B376F3">
            <w:pPr>
              <w:pStyle w:val="NormalWeb"/>
              <w:rPr>
                <w:rFonts w:ascii="Corbel" w:hAnsi="Corbel"/>
                <w:sz w:val="22"/>
                <w:szCs w:val="22"/>
              </w:rPr>
            </w:pPr>
          </w:p>
        </w:tc>
        <w:tc>
          <w:tcPr>
            <w:tcW w:w="1579" w:type="dxa"/>
          </w:tcPr>
          <w:p w14:paraId="7E7B6020" w14:textId="77777777" w:rsidR="00B376F3" w:rsidRDefault="00B376F3" w:rsidP="00B376F3">
            <w:pPr>
              <w:pStyle w:val="NormalWeb"/>
              <w:rPr>
                <w:rFonts w:ascii="Corbel" w:hAnsi="Corbel"/>
                <w:sz w:val="22"/>
                <w:szCs w:val="22"/>
              </w:rPr>
            </w:pPr>
          </w:p>
        </w:tc>
      </w:tr>
      <w:tr w:rsidR="00B376F3" w14:paraId="5A75999A" w14:textId="77777777" w:rsidTr="009E403D">
        <w:tc>
          <w:tcPr>
            <w:tcW w:w="1578" w:type="dxa"/>
          </w:tcPr>
          <w:p w14:paraId="1B66A00A" w14:textId="77777777" w:rsidR="00B376F3" w:rsidRDefault="00B376F3" w:rsidP="00B376F3">
            <w:pPr>
              <w:pStyle w:val="NormalWeb"/>
              <w:rPr>
                <w:rFonts w:ascii="Corbel" w:hAnsi="Corbel"/>
                <w:sz w:val="22"/>
                <w:szCs w:val="22"/>
              </w:rPr>
            </w:pPr>
          </w:p>
        </w:tc>
        <w:tc>
          <w:tcPr>
            <w:tcW w:w="1578" w:type="dxa"/>
            <w:vAlign w:val="center"/>
          </w:tcPr>
          <w:p w14:paraId="4B1657D4" w14:textId="4DB66B2F" w:rsidR="00B376F3" w:rsidRDefault="00B376F3" w:rsidP="00B376F3">
            <w:pPr>
              <w:pStyle w:val="NormalWeb"/>
              <w:rPr>
                <w:rFonts w:ascii="Corbel" w:hAnsi="Corbel"/>
                <w:sz w:val="22"/>
                <w:szCs w:val="22"/>
              </w:rPr>
            </w:pPr>
            <w:r w:rsidRPr="00B376F3">
              <w:rPr>
                <w:rFonts w:ascii="Segoe UI Symbol" w:hAnsi="Segoe UI Symbol" w:cs="Segoe UI Symbol"/>
                <w:sz w:val="22"/>
                <w:szCs w:val="22"/>
              </w:rPr>
              <w:t>☐</w:t>
            </w:r>
            <w:r w:rsidRPr="00B376F3">
              <w:rPr>
                <w:rFonts w:ascii="Corbel" w:hAnsi="Corbel"/>
                <w:sz w:val="22"/>
                <w:szCs w:val="22"/>
              </w:rPr>
              <w:t xml:space="preserve"> Yes </w:t>
            </w:r>
            <w:r w:rsidRPr="00B376F3">
              <w:rPr>
                <w:rFonts w:ascii="Segoe UI Symbol" w:hAnsi="Segoe UI Symbol" w:cs="Segoe UI Symbol"/>
                <w:sz w:val="22"/>
                <w:szCs w:val="22"/>
              </w:rPr>
              <w:t>☐</w:t>
            </w:r>
            <w:r w:rsidRPr="00B376F3">
              <w:rPr>
                <w:rFonts w:ascii="Corbel" w:hAnsi="Corbel"/>
                <w:sz w:val="22"/>
                <w:szCs w:val="22"/>
              </w:rPr>
              <w:t xml:space="preserve"> No</w:t>
            </w:r>
          </w:p>
        </w:tc>
        <w:tc>
          <w:tcPr>
            <w:tcW w:w="1578" w:type="dxa"/>
          </w:tcPr>
          <w:p w14:paraId="333442B3" w14:textId="77777777" w:rsidR="00B376F3" w:rsidRDefault="00B376F3" w:rsidP="00B376F3">
            <w:pPr>
              <w:pStyle w:val="NormalWeb"/>
              <w:rPr>
                <w:rFonts w:ascii="Corbel" w:hAnsi="Corbel"/>
                <w:sz w:val="22"/>
                <w:szCs w:val="22"/>
              </w:rPr>
            </w:pPr>
          </w:p>
        </w:tc>
        <w:tc>
          <w:tcPr>
            <w:tcW w:w="1578" w:type="dxa"/>
          </w:tcPr>
          <w:p w14:paraId="76EF88F8" w14:textId="77777777" w:rsidR="00B376F3" w:rsidRDefault="00B376F3" w:rsidP="00B376F3">
            <w:pPr>
              <w:pStyle w:val="NormalWeb"/>
              <w:rPr>
                <w:rFonts w:ascii="Corbel" w:hAnsi="Corbel"/>
                <w:sz w:val="22"/>
                <w:szCs w:val="22"/>
              </w:rPr>
            </w:pPr>
          </w:p>
        </w:tc>
        <w:tc>
          <w:tcPr>
            <w:tcW w:w="1578" w:type="dxa"/>
          </w:tcPr>
          <w:p w14:paraId="5E6677EB" w14:textId="77777777" w:rsidR="00B376F3" w:rsidRDefault="00B376F3" w:rsidP="00B376F3">
            <w:pPr>
              <w:pStyle w:val="NormalWeb"/>
              <w:rPr>
                <w:rFonts w:ascii="Corbel" w:hAnsi="Corbel"/>
                <w:sz w:val="22"/>
                <w:szCs w:val="22"/>
              </w:rPr>
            </w:pPr>
          </w:p>
        </w:tc>
        <w:tc>
          <w:tcPr>
            <w:tcW w:w="1578" w:type="dxa"/>
          </w:tcPr>
          <w:p w14:paraId="1C136CE2" w14:textId="77777777" w:rsidR="00B376F3" w:rsidRDefault="00B376F3" w:rsidP="00B376F3">
            <w:pPr>
              <w:pStyle w:val="NormalWeb"/>
              <w:rPr>
                <w:rFonts w:ascii="Corbel" w:hAnsi="Corbel"/>
                <w:sz w:val="22"/>
                <w:szCs w:val="22"/>
              </w:rPr>
            </w:pPr>
          </w:p>
        </w:tc>
        <w:tc>
          <w:tcPr>
            <w:tcW w:w="1579" w:type="dxa"/>
          </w:tcPr>
          <w:p w14:paraId="3044CCE7" w14:textId="77777777" w:rsidR="00B376F3" w:rsidRDefault="00B376F3" w:rsidP="00B376F3">
            <w:pPr>
              <w:pStyle w:val="NormalWeb"/>
              <w:rPr>
                <w:rFonts w:ascii="Corbel" w:hAnsi="Corbel"/>
                <w:sz w:val="22"/>
                <w:szCs w:val="22"/>
              </w:rPr>
            </w:pPr>
          </w:p>
        </w:tc>
      </w:tr>
      <w:tr w:rsidR="00B376F3" w14:paraId="17CEA892" w14:textId="77777777" w:rsidTr="009E403D">
        <w:tc>
          <w:tcPr>
            <w:tcW w:w="1578" w:type="dxa"/>
          </w:tcPr>
          <w:p w14:paraId="6C92810F" w14:textId="77777777" w:rsidR="00B376F3" w:rsidRDefault="00B376F3" w:rsidP="00B376F3">
            <w:pPr>
              <w:pStyle w:val="NormalWeb"/>
              <w:rPr>
                <w:rFonts w:ascii="Corbel" w:hAnsi="Corbel"/>
                <w:sz w:val="22"/>
                <w:szCs w:val="22"/>
              </w:rPr>
            </w:pPr>
          </w:p>
        </w:tc>
        <w:tc>
          <w:tcPr>
            <w:tcW w:w="1578" w:type="dxa"/>
            <w:vAlign w:val="center"/>
          </w:tcPr>
          <w:p w14:paraId="4B6E0DAA" w14:textId="6A3AD96A" w:rsidR="00B376F3" w:rsidRDefault="00B376F3" w:rsidP="00B376F3">
            <w:pPr>
              <w:pStyle w:val="NormalWeb"/>
              <w:rPr>
                <w:rFonts w:ascii="Corbel" w:hAnsi="Corbel"/>
                <w:sz w:val="22"/>
                <w:szCs w:val="22"/>
              </w:rPr>
            </w:pPr>
            <w:r w:rsidRPr="00B376F3">
              <w:rPr>
                <w:rFonts w:ascii="Segoe UI Symbol" w:hAnsi="Segoe UI Symbol" w:cs="Segoe UI Symbol"/>
                <w:sz w:val="22"/>
                <w:szCs w:val="22"/>
              </w:rPr>
              <w:t>☐</w:t>
            </w:r>
            <w:r w:rsidRPr="00B376F3">
              <w:rPr>
                <w:rFonts w:ascii="Corbel" w:hAnsi="Corbel"/>
                <w:sz w:val="22"/>
                <w:szCs w:val="22"/>
              </w:rPr>
              <w:t xml:space="preserve"> Yes </w:t>
            </w:r>
            <w:r w:rsidRPr="00B376F3">
              <w:rPr>
                <w:rFonts w:ascii="Segoe UI Symbol" w:hAnsi="Segoe UI Symbol" w:cs="Segoe UI Symbol"/>
                <w:sz w:val="22"/>
                <w:szCs w:val="22"/>
              </w:rPr>
              <w:t>☐</w:t>
            </w:r>
            <w:r w:rsidRPr="00B376F3">
              <w:rPr>
                <w:rFonts w:ascii="Corbel" w:hAnsi="Corbel"/>
                <w:sz w:val="22"/>
                <w:szCs w:val="22"/>
              </w:rPr>
              <w:t xml:space="preserve"> No</w:t>
            </w:r>
          </w:p>
        </w:tc>
        <w:tc>
          <w:tcPr>
            <w:tcW w:w="1578" w:type="dxa"/>
          </w:tcPr>
          <w:p w14:paraId="580F1E47" w14:textId="77777777" w:rsidR="00B376F3" w:rsidRDefault="00B376F3" w:rsidP="00B376F3">
            <w:pPr>
              <w:pStyle w:val="NormalWeb"/>
              <w:rPr>
                <w:rFonts w:ascii="Corbel" w:hAnsi="Corbel"/>
                <w:sz w:val="22"/>
                <w:szCs w:val="22"/>
              </w:rPr>
            </w:pPr>
          </w:p>
        </w:tc>
        <w:tc>
          <w:tcPr>
            <w:tcW w:w="1578" w:type="dxa"/>
          </w:tcPr>
          <w:p w14:paraId="57097CBB" w14:textId="77777777" w:rsidR="00B376F3" w:rsidRDefault="00B376F3" w:rsidP="00B376F3">
            <w:pPr>
              <w:pStyle w:val="NormalWeb"/>
              <w:rPr>
                <w:rFonts w:ascii="Corbel" w:hAnsi="Corbel"/>
                <w:sz w:val="22"/>
                <w:szCs w:val="22"/>
              </w:rPr>
            </w:pPr>
          </w:p>
        </w:tc>
        <w:tc>
          <w:tcPr>
            <w:tcW w:w="1578" w:type="dxa"/>
          </w:tcPr>
          <w:p w14:paraId="22030434" w14:textId="77777777" w:rsidR="00B376F3" w:rsidRDefault="00B376F3" w:rsidP="00B376F3">
            <w:pPr>
              <w:pStyle w:val="NormalWeb"/>
              <w:rPr>
                <w:rFonts w:ascii="Corbel" w:hAnsi="Corbel"/>
                <w:sz w:val="22"/>
                <w:szCs w:val="22"/>
              </w:rPr>
            </w:pPr>
          </w:p>
        </w:tc>
        <w:tc>
          <w:tcPr>
            <w:tcW w:w="1578" w:type="dxa"/>
          </w:tcPr>
          <w:p w14:paraId="68C4F270" w14:textId="77777777" w:rsidR="00B376F3" w:rsidRDefault="00B376F3" w:rsidP="00B376F3">
            <w:pPr>
              <w:pStyle w:val="NormalWeb"/>
              <w:rPr>
                <w:rFonts w:ascii="Corbel" w:hAnsi="Corbel"/>
                <w:sz w:val="22"/>
                <w:szCs w:val="22"/>
              </w:rPr>
            </w:pPr>
          </w:p>
        </w:tc>
        <w:tc>
          <w:tcPr>
            <w:tcW w:w="1579" w:type="dxa"/>
          </w:tcPr>
          <w:p w14:paraId="6695B1B0" w14:textId="77777777" w:rsidR="00B376F3" w:rsidRDefault="00B376F3" w:rsidP="00B376F3">
            <w:pPr>
              <w:pStyle w:val="NormalWeb"/>
              <w:rPr>
                <w:rFonts w:ascii="Corbel" w:hAnsi="Corbel"/>
                <w:sz w:val="22"/>
                <w:szCs w:val="22"/>
              </w:rPr>
            </w:pPr>
          </w:p>
        </w:tc>
      </w:tr>
      <w:tr w:rsidR="00B376F3" w14:paraId="087D4667" w14:textId="77777777" w:rsidTr="009E403D">
        <w:tc>
          <w:tcPr>
            <w:tcW w:w="1578" w:type="dxa"/>
          </w:tcPr>
          <w:p w14:paraId="6E25B7A3" w14:textId="77777777" w:rsidR="00B376F3" w:rsidRDefault="00B376F3" w:rsidP="00B376F3">
            <w:pPr>
              <w:pStyle w:val="NormalWeb"/>
              <w:rPr>
                <w:rFonts w:ascii="Corbel" w:hAnsi="Corbel"/>
                <w:sz w:val="22"/>
                <w:szCs w:val="22"/>
              </w:rPr>
            </w:pPr>
          </w:p>
        </w:tc>
        <w:tc>
          <w:tcPr>
            <w:tcW w:w="1578" w:type="dxa"/>
            <w:vAlign w:val="center"/>
          </w:tcPr>
          <w:p w14:paraId="3802D6CF" w14:textId="6EB3B490" w:rsidR="00B376F3" w:rsidRDefault="00B376F3" w:rsidP="00B376F3">
            <w:pPr>
              <w:pStyle w:val="NormalWeb"/>
              <w:rPr>
                <w:rFonts w:ascii="Corbel" w:hAnsi="Corbel"/>
                <w:sz w:val="22"/>
                <w:szCs w:val="22"/>
              </w:rPr>
            </w:pPr>
            <w:r w:rsidRPr="00B376F3">
              <w:rPr>
                <w:rFonts w:ascii="Segoe UI Symbol" w:hAnsi="Segoe UI Symbol" w:cs="Segoe UI Symbol"/>
                <w:sz w:val="22"/>
                <w:szCs w:val="22"/>
              </w:rPr>
              <w:t>☐</w:t>
            </w:r>
            <w:r w:rsidRPr="00B376F3">
              <w:rPr>
                <w:rFonts w:ascii="Corbel" w:hAnsi="Corbel"/>
                <w:sz w:val="22"/>
                <w:szCs w:val="22"/>
              </w:rPr>
              <w:t xml:space="preserve"> Yes </w:t>
            </w:r>
            <w:r w:rsidRPr="00B376F3">
              <w:rPr>
                <w:rFonts w:ascii="Segoe UI Symbol" w:hAnsi="Segoe UI Symbol" w:cs="Segoe UI Symbol"/>
                <w:sz w:val="22"/>
                <w:szCs w:val="22"/>
              </w:rPr>
              <w:t>☐</w:t>
            </w:r>
            <w:r w:rsidRPr="00B376F3">
              <w:rPr>
                <w:rFonts w:ascii="Corbel" w:hAnsi="Corbel"/>
                <w:sz w:val="22"/>
                <w:szCs w:val="22"/>
              </w:rPr>
              <w:t xml:space="preserve"> No</w:t>
            </w:r>
          </w:p>
        </w:tc>
        <w:tc>
          <w:tcPr>
            <w:tcW w:w="1578" w:type="dxa"/>
          </w:tcPr>
          <w:p w14:paraId="5FF7A0EF" w14:textId="77777777" w:rsidR="00B376F3" w:rsidRDefault="00B376F3" w:rsidP="00B376F3">
            <w:pPr>
              <w:pStyle w:val="NormalWeb"/>
              <w:rPr>
                <w:rFonts w:ascii="Corbel" w:hAnsi="Corbel"/>
                <w:sz w:val="22"/>
                <w:szCs w:val="22"/>
              </w:rPr>
            </w:pPr>
          </w:p>
        </w:tc>
        <w:tc>
          <w:tcPr>
            <w:tcW w:w="1578" w:type="dxa"/>
          </w:tcPr>
          <w:p w14:paraId="39E5D395" w14:textId="77777777" w:rsidR="00B376F3" w:rsidRDefault="00B376F3" w:rsidP="00B376F3">
            <w:pPr>
              <w:pStyle w:val="NormalWeb"/>
              <w:rPr>
                <w:rFonts w:ascii="Corbel" w:hAnsi="Corbel"/>
                <w:sz w:val="22"/>
                <w:szCs w:val="22"/>
              </w:rPr>
            </w:pPr>
          </w:p>
        </w:tc>
        <w:tc>
          <w:tcPr>
            <w:tcW w:w="1578" w:type="dxa"/>
          </w:tcPr>
          <w:p w14:paraId="40F2BE0A" w14:textId="77777777" w:rsidR="00B376F3" w:rsidRDefault="00B376F3" w:rsidP="00B376F3">
            <w:pPr>
              <w:pStyle w:val="NormalWeb"/>
              <w:rPr>
                <w:rFonts w:ascii="Corbel" w:hAnsi="Corbel"/>
                <w:sz w:val="22"/>
                <w:szCs w:val="22"/>
              </w:rPr>
            </w:pPr>
          </w:p>
        </w:tc>
        <w:tc>
          <w:tcPr>
            <w:tcW w:w="1578" w:type="dxa"/>
          </w:tcPr>
          <w:p w14:paraId="3B716757" w14:textId="77777777" w:rsidR="00B376F3" w:rsidRDefault="00B376F3" w:rsidP="00B376F3">
            <w:pPr>
              <w:pStyle w:val="NormalWeb"/>
              <w:rPr>
                <w:rFonts w:ascii="Corbel" w:hAnsi="Corbel"/>
                <w:sz w:val="22"/>
                <w:szCs w:val="22"/>
              </w:rPr>
            </w:pPr>
          </w:p>
        </w:tc>
        <w:tc>
          <w:tcPr>
            <w:tcW w:w="1579" w:type="dxa"/>
          </w:tcPr>
          <w:p w14:paraId="0896490E" w14:textId="77777777" w:rsidR="00B376F3" w:rsidRDefault="00B376F3" w:rsidP="00B376F3">
            <w:pPr>
              <w:pStyle w:val="NormalWeb"/>
              <w:rPr>
                <w:rFonts w:ascii="Corbel" w:hAnsi="Corbel"/>
                <w:sz w:val="22"/>
                <w:szCs w:val="22"/>
              </w:rPr>
            </w:pPr>
          </w:p>
        </w:tc>
      </w:tr>
      <w:tr w:rsidR="00B376F3" w14:paraId="579EF370" w14:textId="77777777" w:rsidTr="009E403D">
        <w:tc>
          <w:tcPr>
            <w:tcW w:w="1578" w:type="dxa"/>
          </w:tcPr>
          <w:p w14:paraId="68252485" w14:textId="77777777" w:rsidR="00B376F3" w:rsidRDefault="00B376F3" w:rsidP="00B376F3">
            <w:pPr>
              <w:pStyle w:val="NormalWeb"/>
              <w:rPr>
                <w:rFonts w:ascii="Corbel" w:hAnsi="Corbel"/>
                <w:sz w:val="22"/>
                <w:szCs w:val="22"/>
              </w:rPr>
            </w:pPr>
          </w:p>
        </w:tc>
        <w:tc>
          <w:tcPr>
            <w:tcW w:w="1578" w:type="dxa"/>
            <w:vAlign w:val="center"/>
          </w:tcPr>
          <w:p w14:paraId="73F6F986" w14:textId="07EDE45C" w:rsidR="00B376F3" w:rsidRPr="00B376F3" w:rsidRDefault="00B376F3" w:rsidP="00B376F3">
            <w:pPr>
              <w:pStyle w:val="NormalWeb"/>
              <w:rPr>
                <w:rFonts w:ascii="Segoe UI Symbol" w:hAnsi="Segoe UI Symbol" w:cs="Segoe UI Symbol"/>
                <w:sz w:val="22"/>
                <w:szCs w:val="22"/>
              </w:rPr>
            </w:pPr>
            <w:r w:rsidRPr="00B376F3">
              <w:rPr>
                <w:rFonts w:ascii="Segoe UI Symbol" w:hAnsi="Segoe UI Symbol" w:cs="Segoe UI Symbol"/>
                <w:sz w:val="22"/>
                <w:szCs w:val="22"/>
              </w:rPr>
              <w:t>☐</w:t>
            </w:r>
            <w:r w:rsidRPr="00B376F3">
              <w:rPr>
                <w:rFonts w:ascii="Corbel" w:hAnsi="Corbel"/>
                <w:sz w:val="22"/>
                <w:szCs w:val="22"/>
              </w:rPr>
              <w:t xml:space="preserve"> Yes </w:t>
            </w:r>
            <w:r w:rsidRPr="00B376F3">
              <w:rPr>
                <w:rFonts w:ascii="Segoe UI Symbol" w:hAnsi="Segoe UI Symbol" w:cs="Segoe UI Symbol"/>
                <w:sz w:val="22"/>
                <w:szCs w:val="22"/>
              </w:rPr>
              <w:t>☐</w:t>
            </w:r>
            <w:r w:rsidRPr="00B376F3">
              <w:rPr>
                <w:rFonts w:ascii="Corbel" w:hAnsi="Corbel"/>
                <w:sz w:val="22"/>
                <w:szCs w:val="22"/>
              </w:rPr>
              <w:t xml:space="preserve"> No</w:t>
            </w:r>
          </w:p>
        </w:tc>
        <w:tc>
          <w:tcPr>
            <w:tcW w:w="1578" w:type="dxa"/>
          </w:tcPr>
          <w:p w14:paraId="64CF8981" w14:textId="77777777" w:rsidR="00B376F3" w:rsidRDefault="00B376F3" w:rsidP="00B376F3">
            <w:pPr>
              <w:pStyle w:val="NormalWeb"/>
              <w:rPr>
                <w:rFonts w:ascii="Corbel" w:hAnsi="Corbel"/>
                <w:sz w:val="22"/>
                <w:szCs w:val="22"/>
              </w:rPr>
            </w:pPr>
          </w:p>
        </w:tc>
        <w:tc>
          <w:tcPr>
            <w:tcW w:w="1578" w:type="dxa"/>
          </w:tcPr>
          <w:p w14:paraId="08DB1593" w14:textId="77777777" w:rsidR="00B376F3" w:rsidRDefault="00B376F3" w:rsidP="00B376F3">
            <w:pPr>
              <w:pStyle w:val="NormalWeb"/>
              <w:rPr>
                <w:rFonts w:ascii="Corbel" w:hAnsi="Corbel"/>
                <w:sz w:val="22"/>
                <w:szCs w:val="22"/>
              </w:rPr>
            </w:pPr>
          </w:p>
        </w:tc>
        <w:tc>
          <w:tcPr>
            <w:tcW w:w="1578" w:type="dxa"/>
          </w:tcPr>
          <w:p w14:paraId="57D7579B" w14:textId="77777777" w:rsidR="00B376F3" w:rsidRDefault="00B376F3" w:rsidP="00B376F3">
            <w:pPr>
              <w:pStyle w:val="NormalWeb"/>
              <w:rPr>
                <w:rFonts w:ascii="Corbel" w:hAnsi="Corbel"/>
                <w:sz w:val="22"/>
                <w:szCs w:val="22"/>
              </w:rPr>
            </w:pPr>
          </w:p>
        </w:tc>
        <w:tc>
          <w:tcPr>
            <w:tcW w:w="1578" w:type="dxa"/>
          </w:tcPr>
          <w:p w14:paraId="7B48BFC7" w14:textId="77777777" w:rsidR="00B376F3" w:rsidRDefault="00B376F3" w:rsidP="00B376F3">
            <w:pPr>
              <w:pStyle w:val="NormalWeb"/>
              <w:rPr>
                <w:rFonts w:ascii="Corbel" w:hAnsi="Corbel"/>
                <w:sz w:val="22"/>
                <w:szCs w:val="22"/>
              </w:rPr>
            </w:pPr>
          </w:p>
        </w:tc>
        <w:tc>
          <w:tcPr>
            <w:tcW w:w="1579" w:type="dxa"/>
          </w:tcPr>
          <w:p w14:paraId="30F239C4" w14:textId="77777777" w:rsidR="00B376F3" w:rsidRDefault="00B376F3" w:rsidP="00B376F3">
            <w:pPr>
              <w:pStyle w:val="NormalWeb"/>
              <w:rPr>
                <w:rFonts w:ascii="Corbel" w:hAnsi="Corbel"/>
                <w:sz w:val="22"/>
                <w:szCs w:val="22"/>
              </w:rPr>
            </w:pPr>
          </w:p>
        </w:tc>
      </w:tr>
    </w:tbl>
    <w:p w14:paraId="2533E2E5" w14:textId="77777777" w:rsidR="00B376F3" w:rsidRDefault="00B376F3" w:rsidP="00B376F3">
      <w:pPr>
        <w:pStyle w:val="Heading3"/>
        <w:spacing w:before="0" w:line="240" w:lineRule="auto"/>
        <w:rPr>
          <w:rFonts w:ascii="Corbel" w:hAnsi="Corbel"/>
        </w:rPr>
      </w:pPr>
    </w:p>
    <w:p w14:paraId="2B793ADC" w14:textId="3F5B1B52" w:rsidR="00B376F3" w:rsidRPr="00B376F3" w:rsidRDefault="00B376F3" w:rsidP="00B376F3">
      <w:pPr>
        <w:pStyle w:val="Heading3"/>
        <w:spacing w:before="0" w:line="240" w:lineRule="auto"/>
        <w:rPr>
          <w:rFonts w:ascii="Corbel" w:hAnsi="Corbel"/>
          <w:color w:val="auto"/>
          <w:u w:val="single"/>
        </w:rPr>
      </w:pPr>
      <w:r w:rsidRPr="00B376F3">
        <w:rPr>
          <w:rFonts w:ascii="Corbel" w:hAnsi="Corbel"/>
          <w:color w:val="auto"/>
          <w:u w:val="single"/>
        </w:rPr>
        <w:t>Checklist</w:t>
      </w:r>
    </w:p>
    <w:p w14:paraId="64D3DE5D" w14:textId="77777777" w:rsidR="00B376F3" w:rsidRPr="00B376F3" w:rsidRDefault="00B376F3" w:rsidP="00B376F3">
      <w:pPr>
        <w:pStyle w:val="NormalWeb"/>
        <w:spacing w:before="0" w:beforeAutospacing="0" w:after="0" w:afterAutospacing="0"/>
        <w:rPr>
          <w:rFonts w:ascii="Corbel" w:hAnsi="Corbel"/>
          <w:sz w:val="22"/>
          <w:szCs w:val="22"/>
        </w:rPr>
      </w:pPr>
      <w:r w:rsidRPr="00B376F3">
        <w:rPr>
          <w:rFonts w:ascii="Corbel" w:hAnsi="Corbel"/>
          <w:sz w:val="22"/>
          <w:szCs w:val="22"/>
        </w:rPr>
        <w:t>At each check, confirm:</w:t>
      </w:r>
    </w:p>
    <w:p w14:paraId="2F068AD3" w14:textId="77777777" w:rsidR="00B376F3" w:rsidRPr="00B376F3" w:rsidRDefault="00B376F3" w:rsidP="00B376F3">
      <w:pPr>
        <w:spacing w:after="0" w:line="240" w:lineRule="auto"/>
        <w:ind w:left="357"/>
        <w:rPr>
          <w:rFonts w:ascii="Corbel" w:hAnsi="Corbel"/>
        </w:rPr>
      </w:pPr>
      <w:r w:rsidRPr="00B376F3">
        <w:rPr>
          <w:rFonts w:ascii="Segoe UI Symbol" w:hAnsi="Segoe UI Symbol" w:cs="Segoe UI Symbol"/>
        </w:rPr>
        <w:t>☐</w:t>
      </w:r>
      <w:r w:rsidRPr="00B376F3">
        <w:rPr>
          <w:rFonts w:ascii="Corbel" w:hAnsi="Corbel"/>
        </w:rPr>
        <w:t xml:space="preserve"> First aid kit is </w:t>
      </w:r>
      <w:r w:rsidRPr="00B376F3">
        <w:rPr>
          <w:rStyle w:val="Strong"/>
          <w:rFonts w:ascii="Corbel" w:hAnsi="Corbel"/>
        </w:rPr>
        <w:t>clearly identified and accessible</w:t>
      </w:r>
      <w:r w:rsidRPr="00B376F3">
        <w:rPr>
          <w:rFonts w:ascii="Corbel" w:hAnsi="Corbel"/>
        </w:rPr>
        <w:t xml:space="preserve"> </w:t>
      </w:r>
    </w:p>
    <w:p w14:paraId="29088FDA" w14:textId="77777777" w:rsidR="00B376F3" w:rsidRPr="00B376F3" w:rsidRDefault="00B376F3" w:rsidP="00B376F3">
      <w:pPr>
        <w:spacing w:after="0" w:line="240" w:lineRule="auto"/>
        <w:ind w:left="357"/>
        <w:rPr>
          <w:rFonts w:ascii="Corbel" w:hAnsi="Corbel"/>
        </w:rPr>
      </w:pPr>
      <w:r w:rsidRPr="00B376F3">
        <w:rPr>
          <w:rFonts w:ascii="Segoe UI Symbol" w:hAnsi="Segoe UI Symbol" w:cs="Segoe UI Symbol"/>
        </w:rPr>
        <w:t>☐</w:t>
      </w:r>
      <w:r w:rsidRPr="00B376F3">
        <w:rPr>
          <w:rFonts w:ascii="Corbel" w:hAnsi="Corbel"/>
        </w:rPr>
        <w:t xml:space="preserve"> Contents are </w:t>
      </w:r>
      <w:r w:rsidRPr="00B376F3">
        <w:rPr>
          <w:rStyle w:val="Strong"/>
          <w:rFonts w:ascii="Corbel" w:hAnsi="Corbel"/>
        </w:rPr>
        <w:t>clean and in good condition</w:t>
      </w:r>
      <w:r w:rsidRPr="00B376F3">
        <w:rPr>
          <w:rFonts w:ascii="Corbel" w:hAnsi="Corbel"/>
        </w:rPr>
        <w:t xml:space="preserve"> </w:t>
      </w:r>
    </w:p>
    <w:p w14:paraId="488377CF" w14:textId="77777777" w:rsidR="00B376F3" w:rsidRPr="00B376F3" w:rsidRDefault="00B376F3" w:rsidP="00B376F3">
      <w:pPr>
        <w:spacing w:after="0" w:line="240" w:lineRule="auto"/>
        <w:ind w:left="357"/>
        <w:rPr>
          <w:rFonts w:ascii="Corbel" w:hAnsi="Corbel"/>
        </w:rPr>
      </w:pPr>
      <w:r w:rsidRPr="00B376F3">
        <w:rPr>
          <w:rFonts w:ascii="Segoe UI Symbol" w:hAnsi="Segoe UI Symbol" w:cs="Segoe UI Symbol"/>
        </w:rPr>
        <w:t>☐</w:t>
      </w:r>
      <w:r w:rsidRPr="00B376F3">
        <w:rPr>
          <w:rFonts w:ascii="Corbel" w:hAnsi="Corbel"/>
        </w:rPr>
        <w:t xml:space="preserve"> Required items are present </w:t>
      </w:r>
    </w:p>
    <w:p w14:paraId="76982354" w14:textId="77777777" w:rsidR="00B376F3" w:rsidRPr="00B376F3" w:rsidRDefault="00B376F3" w:rsidP="00B376F3">
      <w:pPr>
        <w:spacing w:after="0" w:line="240" w:lineRule="auto"/>
        <w:ind w:left="357"/>
        <w:rPr>
          <w:rFonts w:ascii="Corbel" w:hAnsi="Corbel"/>
        </w:rPr>
      </w:pPr>
      <w:r w:rsidRPr="00B376F3">
        <w:rPr>
          <w:rFonts w:ascii="Segoe UI Symbol" w:hAnsi="Segoe UI Symbol" w:cs="Segoe UI Symbol"/>
        </w:rPr>
        <w:t>☐</w:t>
      </w:r>
      <w:r w:rsidRPr="00B376F3">
        <w:rPr>
          <w:rFonts w:ascii="Corbel" w:hAnsi="Corbel"/>
        </w:rPr>
        <w:t xml:space="preserve"> Used items have been replaced </w:t>
      </w:r>
    </w:p>
    <w:p w14:paraId="45903345" w14:textId="77777777" w:rsidR="00B376F3" w:rsidRPr="00B376F3" w:rsidRDefault="00B376F3" w:rsidP="00B376F3">
      <w:pPr>
        <w:spacing w:after="0" w:line="240" w:lineRule="auto"/>
        <w:ind w:left="357"/>
        <w:rPr>
          <w:rFonts w:ascii="Corbel" w:hAnsi="Corbel"/>
        </w:rPr>
      </w:pPr>
      <w:r w:rsidRPr="00B376F3">
        <w:rPr>
          <w:rFonts w:ascii="Segoe UI Symbol" w:hAnsi="Segoe UI Symbol" w:cs="Segoe UI Symbol"/>
        </w:rPr>
        <w:t>☐</w:t>
      </w:r>
      <w:r w:rsidRPr="00B376F3">
        <w:rPr>
          <w:rFonts w:ascii="Corbel" w:hAnsi="Corbel"/>
        </w:rPr>
        <w:t xml:space="preserve"> Expired items have been removed and replaced </w:t>
      </w:r>
    </w:p>
    <w:p w14:paraId="480BAB51" w14:textId="77777777" w:rsidR="00B376F3" w:rsidRPr="00B376F3" w:rsidRDefault="00B376F3" w:rsidP="00B376F3">
      <w:pPr>
        <w:spacing w:after="0" w:line="240" w:lineRule="auto"/>
        <w:ind w:left="357"/>
        <w:rPr>
          <w:rFonts w:ascii="Corbel" w:hAnsi="Corbel"/>
        </w:rPr>
      </w:pPr>
      <w:r w:rsidRPr="00B376F3">
        <w:rPr>
          <w:rFonts w:ascii="Segoe UI Symbol" w:hAnsi="Segoe UI Symbol" w:cs="Segoe UI Symbol"/>
        </w:rPr>
        <w:t>☐</w:t>
      </w:r>
      <w:r w:rsidRPr="00B376F3">
        <w:rPr>
          <w:rFonts w:ascii="Corbel" w:hAnsi="Corbel"/>
        </w:rPr>
        <w:t xml:space="preserve"> No damaged packaging </w:t>
      </w:r>
    </w:p>
    <w:p w14:paraId="02B826AF" w14:textId="77777777" w:rsidR="00B376F3" w:rsidRPr="00B376F3" w:rsidRDefault="00B376F3" w:rsidP="00B376F3">
      <w:pPr>
        <w:spacing w:after="0" w:line="240" w:lineRule="auto"/>
        <w:ind w:left="357"/>
        <w:rPr>
          <w:rFonts w:ascii="Corbel" w:hAnsi="Corbel"/>
        </w:rPr>
      </w:pPr>
      <w:r w:rsidRPr="00B376F3">
        <w:rPr>
          <w:rFonts w:ascii="Segoe UI Symbol" w:hAnsi="Segoe UI Symbol" w:cs="Segoe UI Symbol"/>
        </w:rPr>
        <w:t>☐</w:t>
      </w:r>
      <w:r w:rsidRPr="00B376F3">
        <w:rPr>
          <w:rFonts w:ascii="Corbel" w:hAnsi="Corbel"/>
        </w:rPr>
        <w:t xml:space="preserve"> Disposable items are sealed and suitable for use </w:t>
      </w:r>
    </w:p>
    <w:p w14:paraId="6DB0BC65" w14:textId="77777777" w:rsidR="00B376F3" w:rsidRPr="00B376F3" w:rsidRDefault="00B376F3" w:rsidP="00B376F3">
      <w:pPr>
        <w:spacing w:after="0" w:line="240" w:lineRule="auto"/>
        <w:ind w:left="357"/>
        <w:rPr>
          <w:rFonts w:ascii="Corbel" w:hAnsi="Corbel"/>
        </w:rPr>
      </w:pPr>
      <w:r w:rsidRPr="00B376F3">
        <w:rPr>
          <w:rFonts w:ascii="Segoe UI Symbol" w:hAnsi="Segoe UI Symbol" w:cs="Segoe UI Symbol"/>
        </w:rPr>
        <w:t>☐</w:t>
      </w:r>
      <w:r w:rsidRPr="00B376F3">
        <w:rPr>
          <w:rFonts w:ascii="Corbel" w:hAnsi="Corbel"/>
        </w:rPr>
        <w:t xml:space="preserve"> PPE is available where required </w:t>
      </w:r>
    </w:p>
    <w:p w14:paraId="30387112" w14:textId="1F70F25E" w:rsidR="00B376F3" w:rsidRDefault="00B376F3" w:rsidP="00B376F3">
      <w:pPr>
        <w:spacing w:after="0" w:line="240" w:lineRule="auto"/>
        <w:ind w:left="357"/>
        <w:rPr>
          <w:rFonts w:ascii="Corbel" w:hAnsi="Corbel"/>
        </w:rPr>
      </w:pPr>
      <w:r w:rsidRPr="00B376F3">
        <w:rPr>
          <w:rFonts w:ascii="Segoe UI Symbol" w:hAnsi="Segoe UI Symbol" w:cs="Segoe UI Symbol"/>
        </w:rPr>
        <w:t>☐</w:t>
      </w:r>
      <w:r w:rsidRPr="00B376F3">
        <w:rPr>
          <w:rFonts w:ascii="Corbel" w:hAnsi="Corbel"/>
        </w:rPr>
        <w:t xml:space="preserve"> Kit is returned to its designated location after checking </w:t>
      </w:r>
    </w:p>
    <w:p w14:paraId="4B0ECD8D" w14:textId="77777777" w:rsidR="00B376F3" w:rsidRPr="00B376F3" w:rsidRDefault="00B376F3" w:rsidP="00B376F3">
      <w:pPr>
        <w:spacing w:after="0" w:line="240" w:lineRule="auto"/>
        <w:rPr>
          <w:rFonts w:ascii="Corbel" w:hAnsi="Corbel"/>
        </w:rPr>
      </w:pPr>
    </w:p>
    <w:tbl>
      <w:tblPr>
        <w:tblStyle w:val="TableGrid"/>
        <w:tblW w:w="0" w:type="auto"/>
        <w:tblLook w:val="04A0" w:firstRow="1" w:lastRow="0" w:firstColumn="1" w:lastColumn="0" w:noHBand="0" w:noVBand="1"/>
      </w:tblPr>
      <w:tblGrid>
        <w:gridCol w:w="11047"/>
      </w:tblGrid>
      <w:tr w:rsidR="00B376F3" w14:paraId="5A12FD5C" w14:textId="77777777" w:rsidTr="00B376F3">
        <w:tc>
          <w:tcPr>
            <w:tcW w:w="11047" w:type="dxa"/>
          </w:tcPr>
          <w:p w14:paraId="709D0797" w14:textId="391A5641" w:rsidR="00B376F3" w:rsidRDefault="00B376F3" w:rsidP="00B376F3">
            <w:pPr>
              <w:pStyle w:val="NormalWeb"/>
              <w:rPr>
                <w:rStyle w:val="Strong"/>
                <w:rFonts w:ascii="Corbel" w:hAnsi="Corbel"/>
                <w:sz w:val="22"/>
                <w:szCs w:val="22"/>
              </w:rPr>
            </w:pPr>
            <w:r w:rsidRPr="00B376F3">
              <w:rPr>
                <w:rStyle w:val="Strong"/>
                <w:rFonts w:ascii="Corbel" w:hAnsi="Corbel"/>
                <w:sz w:val="22"/>
                <w:szCs w:val="22"/>
              </w:rPr>
              <w:t>Issues identified / action taken:</w:t>
            </w:r>
          </w:p>
          <w:p w14:paraId="426BC784" w14:textId="2BDECD98" w:rsidR="00B376F3" w:rsidRDefault="00B376F3" w:rsidP="00B376F3">
            <w:pPr>
              <w:pStyle w:val="NormalWeb"/>
              <w:rPr>
                <w:rStyle w:val="Strong"/>
              </w:rPr>
            </w:pPr>
          </w:p>
          <w:p w14:paraId="1D8218C9" w14:textId="77777777" w:rsidR="00B376F3" w:rsidRPr="00B376F3" w:rsidRDefault="00B376F3" w:rsidP="00B376F3">
            <w:pPr>
              <w:pStyle w:val="NormalWeb"/>
              <w:rPr>
                <w:rFonts w:ascii="Corbel" w:hAnsi="Corbel"/>
                <w:sz w:val="22"/>
                <w:szCs w:val="22"/>
              </w:rPr>
            </w:pPr>
          </w:p>
          <w:p w14:paraId="163DC09D" w14:textId="77777777" w:rsidR="00B376F3" w:rsidRDefault="00B376F3" w:rsidP="00B376F3">
            <w:pPr>
              <w:pStyle w:val="NormalWeb"/>
              <w:rPr>
                <w:rStyle w:val="Strong"/>
                <w:rFonts w:ascii="Corbel" w:hAnsi="Corbel"/>
                <w:sz w:val="22"/>
                <w:szCs w:val="22"/>
              </w:rPr>
            </w:pPr>
          </w:p>
        </w:tc>
      </w:tr>
    </w:tbl>
    <w:p w14:paraId="134D06AD" w14:textId="3FC54708" w:rsidR="00B376F3" w:rsidRPr="00B376F3" w:rsidRDefault="00B376F3" w:rsidP="00B376F3">
      <w:pPr>
        <w:rPr>
          <w:rFonts w:ascii="Corbel" w:hAnsi="Corbel"/>
        </w:rPr>
      </w:pPr>
    </w:p>
    <w:tbl>
      <w:tblPr>
        <w:tblStyle w:val="TableGrid"/>
        <w:tblW w:w="0" w:type="auto"/>
        <w:tblLook w:val="04A0" w:firstRow="1" w:lastRow="0" w:firstColumn="1" w:lastColumn="0" w:noHBand="0" w:noVBand="1"/>
      </w:tblPr>
      <w:tblGrid>
        <w:gridCol w:w="3682"/>
        <w:gridCol w:w="3682"/>
        <w:gridCol w:w="3683"/>
      </w:tblGrid>
      <w:tr w:rsidR="00B376F3" w14:paraId="5407E521" w14:textId="77777777" w:rsidTr="00B376F3">
        <w:tc>
          <w:tcPr>
            <w:tcW w:w="3682" w:type="dxa"/>
            <w:shd w:val="clear" w:color="auto" w:fill="F2F2F2" w:themeFill="background1" w:themeFillShade="F2"/>
          </w:tcPr>
          <w:p w14:paraId="4D08ED90" w14:textId="5EB063B3" w:rsidR="00B376F3" w:rsidRDefault="00B376F3" w:rsidP="00B376F3">
            <w:pPr>
              <w:rPr>
                <w:rFonts w:ascii="Corbel" w:hAnsi="Corbel"/>
              </w:rPr>
            </w:pPr>
            <w:r w:rsidRPr="00B376F3">
              <w:rPr>
                <w:rStyle w:val="Strong"/>
                <w:rFonts w:ascii="Corbel" w:hAnsi="Corbel"/>
              </w:rPr>
              <w:t>Signature:</w:t>
            </w:r>
          </w:p>
        </w:tc>
        <w:tc>
          <w:tcPr>
            <w:tcW w:w="3682" w:type="dxa"/>
            <w:shd w:val="clear" w:color="auto" w:fill="F2F2F2" w:themeFill="background1" w:themeFillShade="F2"/>
          </w:tcPr>
          <w:p w14:paraId="6A8E9D54" w14:textId="1E4BEBF8" w:rsidR="00B376F3" w:rsidRPr="00B376F3" w:rsidRDefault="00B376F3" w:rsidP="00B376F3">
            <w:pPr>
              <w:rPr>
                <w:rFonts w:ascii="Corbel" w:hAnsi="Corbel"/>
                <w:b/>
              </w:rPr>
            </w:pPr>
            <w:r w:rsidRPr="00B376F3">
              <w:rPr>
                <w:rFonts w:ascii="Corbel" w:hAnsi="Corbel"/>
                <w:b/>
              </w:rPr>
              <w:t>Name of Staff member:</w:t>
            </w:r>
          </w:p>
        </w:tc>
        <w:tc>
          <w:tcPr>
            <w:tcW w:w="3683" w:type="dxa"/>
            <w:shd w:val="clear" w:color="auto" w:fill="F2F2F2" w:themeFill="background1" w:themeFillShade="F2"/>
          </w:tcPr>
          <w:p w14:paraId="7C368E8E" w14:textId="5952998F" w:rsidR="00B376F3" w:rsidRPr="00B376F3" w:rsidRDefault="00B376F3" w:rsidP="00B376F3">
            <w:pPr>
              <w:rPr>
                <w:rFonts w:ascii="Corbel" w:hAnsi="Corbel"/>
                <w:b/>
              </w:rPr>
            </w:pPr>
            <w:r w:rsidRPr="00B376F3">
              <w:rPr>
                <w:rFonts w:ascii="Corbel" w:hAnsi="Corbel"/>
                <w:b/>
              </w:rPr>
              <w:t>Date:</w:t>
            </w:r>
          </w:p>
        </w:tc>
      </w:tr>
      <w:tr w:rsidR="00B376F3" w14:paraId="001B68FB" w14:textId="77777777" w:rsidTr="00B376F3">
        <w:tc>
          <w:tcPr>
            <w:tcW w:w="3682" w:type="dxa"/>
          </w:tcPr>
          <w:p w14:paraId="58AC5401" w14:textId="77777777" w:rsidR="00B376F3" w:rsidRDefault="00B376F3" w:rsidP="00B376F3">
            <w:pPr>
              <w:rPr>
                <w:rFonts w:ascii="Corbel" w:hAnsi="Corbel"/>
              </w:rPr>
            </w:pPr>
          </w:p>
          <w:p w14:paraId="4DEE1375" w14:textId="2CABDF90" w:rsidR="00B376F3" w:rsidRDefault="00B376F3" w:rsidP="00B376F3">
            <w:pPr>
              <w:rPr>
                <w:rFonts w:ascii="Corbel" w:hAnsi="Corbel"/>
              </w:rPr>
            </w:pPr>
          </w:p>
        </w:tc>
        <w:tc>
          <w:tcPr>
            <w:tcW w:w="3682" w:type="dxa"/>
          </w:tcPr>
          <w:p w14:paraId="416D3BA2" w14:textId="77777777" w:rsidR="00B376F3" w:rsidRDefault="00B376F3" w:rsidP="00B376F3">
            <w:pPr>
              <w:rPr>
                <w:rFonts w:ascii="Corbel" w:hAnsi="Corbel"/>
              </w:rPr>
            </w:pPr>
          </w:p>
        </w:tc>
        <w:tc>
          <w:tcPr>
            <w:tcW w:w="3683" w:type="dxa"/>
          </w:tcPr>
          <w:p w14:paraId="16957E4F" w14:textId="77777777" w:rsidR="00B376F3" w:rsidRDefault="00B376F3" w:rsidP="00B376F3">
            <w:pPr>
              <w:rPr>
                <w:rFonts w:ascii="Corbel" w:hAnsi="Corbel"/>
              </w:rPr>
            </w:pPr>
          </w:p>
        </w:tc>
      </w:tr>
    </w:tbl>
    <w:p w14:paraId="322DED2D" w14:textId="7C18DFE0" w:rsidR="00B376F3" w:rsidRPr="00B376F3" w:rsidRDefault="00B376F3" w:rsidP="00B376F3">
      <w:pPr>
        <w:pStyle w:val="NormalWeb"/>
        <w:rPr>
          <w:rFonts w:ascii="Corbel" w:hAnsi="Corbel"/>
          <w:sz w:val="22"/>
          <w:szCs w:val="22"/>
        </w:rPr>
      </w:pPr>
    </w:p>
    <w:p w14:paraId="1D456A91" w14:textId="69661639" w:rsidR="00B376F3" w:rsidRDefault="00B376F3">
      <w:pPr>
        <w:rPr>
          <w:rFonts w:ascii="Corbel" w:hAnsi="Corbel"/>
        </w:rPr>
      </w:pPr>
    </w:p>
    <w:p w14:paraId="611D3664" w14:textId="2B27B957" w:rsidR="009E403D" w:rsidRPr="009C69B1" w:rsidRDefault="009C69B1">
      <w:pPr>
        <w:rPr>
          <w:rFonts w:ascii="Corbel" w:hAnsi="Corbel"/>
          <w:i/>
          <w:color w:val="0070C0"/>
        </w:rPr>
        <w:sectPr w:rsidR="009E403D" w:rsidRPr="009C69B1" w:rsidSect="00BA248E">
          <w:footerReference w:type="default" r:id="rId17"/>
          <w:pgSz w:w="12240" w:h="15840"/>
          <w:pgMar w:top="284" w:right="616" w:bottom="709" w:left="567" w:header="720" w:footer="0" w:gutter="0"/>
          <w:cols w:space="720"/>
          <w:docGrid w:linePitch="360"/>
        </w:sectPr>
      </w:pPr>
      <w:r w:rsidRPr="009C69B1">
        <w:rPr>
          <w:rFonts w:ascii="Corbel" w:hAnsi="Corbel"/>
          <w:i/>
          <w:color w:val="0070C0"/>
        </w:rPr>
        <w:t>*Academies may use an excel version of this form to track the checks of First Aid Kits</w:t>
      </w:r>
    </w:p>
    <w:p w14:paraId="3A3B5B86" w14:textId="0217081A" w:rsidR="00B02D01" w:rsidRDefault="003933E5" w:rsidP="00B02D01">
      <w:pPr>
        <w:rPr>
          <w:rFonts w:ascii="Corbel" w:hAnsi="Corbel"/>
          <w:b/>
        </w:rPr>
      </w:pPr>
      <w:r w:rsidRPr="00372F65">
        <w:rPr>
          <w:rFonts w:ascii="KG Primary Penmanship 2" w:hAnsi="KG Primary Penmanship 2"/>
          <w:b/>
          <w:bCs/>
          <w:i/>
          <w:iCs/>
          <w:noProof/>
          <w:color w:val="0070C0"/>
          <w:sz w:val="32"/>
          <w:lang w:eastAsia="en-GB"/>
        </w:rPr>
        <w:lastRenderedPageBreak/>
        <w:drawing>
          <wp:anchor distT="0" distB="0" distL="114300" distR="114300" simplePos="0" relativeHeight="251711488" behindDoc="0" locked="0" layoutInCell="1" allowOverlap="1" wp14:anchorId="5B4EFDA9" wp14:editId="2A32E75A">
            <wp:simplePos x="0" y="0"/>
            <wp:positionH relativeFrom="margin">
              <wp:posOffset>8217535</wp:posOffset>
            </wp:positionH>
            <wp:positionV relativeFrom="paragraph">
              <wp:posOffset>-274320</wp:posOffset>
            </wp:positionV>
            <wp:extent cx="1240155" cy="828946"/>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9667"/>
                    <a:stretch/>
                  </pic:blipFill>
                  <pic:spPr bwMode="auto">
                    <a:xfrm>
                      <a:off x="0" y="0"/>
                      <a:ext cx="1246596" cy="8332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02D01" w:rsidRPr="007371A7">
        <w:rPr>
          <w:rFonts w:ascii="Comic Sans MS" w:hAnsi="Comic Sans MS"/>
          <w:noProof/>
          <w:color w:val="FF0000"/>
          <w:sz w:val="20"/>
          <w:szCs w:val="20"/>
          <w:lang w:val="en-GB" w:eastAsia="en-GB"/>
        </w:rPr>
        <w:drawing>
          <wp:anchor distT="0" distB="0" distL="114300" distR="114300" simplePos="0" relativeHeight="251681792" behindDoc="1" locked="0" layoutInCell="1" allowOverlap="1" wp14:anchorId="7E0C078D" wp14:editId="642DE6F8">
            <wp:simplePos x="0" y="0"/>
            <wp:positionH relativeFrom="margin">
              <wp:posOffset>-107848</wp:posOffset>
            </wp:positionH>
            <wp:positionV relativeFrom="paragraph">
              <wp:posOffset>274037</wp:posOffset>
            </wp:positionV>
            <wp:extent cx="1559560" cy="1149350"/>
            <wp:effectExtent l="0" t="0" r="2540" b="0"/>
            <wp:wrapTight wrapText="bothSides">
              <wp:wrapPolygon edited="0">
                <wp:start x="0" y="0"/>
                <wp:lineTo x="0" y="21123"/>
                <wp:lineTo x="21371" y="21123"/>
                <wp:lineTo x="2137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59560" cy="1149350"/>
                    </a:xfrm>
                    <a:prstGeom prst="rect">
                      <a:avLst/>
                    </a:prstGeom>
                  </pic:spPr>
                </pic:pic>
              </a:graphicData>
            </a:graphic>
            <wp14:sizeRelH relativeFrom="page">
              <wp14:pctWidth>0</wp14:pctWidth>
            </wp14:sizeRelH>
            <wp14:sizeRelV relativeFrom="page">
              <wp14:pctHeight>0</wp14:pctHeight>
            </wp14:sizeRelV>
          </wp:anchor>
        </w:drawing>
      </w:r>
      <w:r w:rsidR="00B02D01" w:rsidRPr="00D76BBB">
        <w:rPr>
          <w:rFonts w:ascii="Corbel" w:hAnsi="Corbel"/>
          <w:b/>
        </w:rPr>
        <w:t xml:space="preserve">Appendix </w:t>
      </w:r>
      <w:r w:rsidR="00B376F3">
        <w:rPr>
          <w:rFonts w:ascii="Corbel" w:hAnsi="Corbel"/>
          <w:b/>
        </w:rPr>
        <w:t>2</w:t>
      </w:r>
      <w:r w:rsidR="00B02D01">
        <w:rPr>
          <w:rFonts w:ascii="Corbel" w:hAnsi="Corbel"/>
          <w:b/>
        </w:rPr>
        <w:t xml:space="preserve">   </w:t>
      </w:r>
    </w:p>
    <w:p w14:paraId="1232E40C" w14:textId="79064F24" w:rsidR="00B02D01" w:rsidRPr="00B970E6" w:rsidRDefault="00B02D01" w:rsidP="00B02D01">
      <w:pPr>
        <w:jc w:val="center"/>
        <w:rPr>
          <w:rFonts w:ascii="Corbel" w:hAnsi="Corbel"/>
          <w:b/>
          <w:sz w:val="36"/>
          <w:u w:val="single"/>
        </w:rPr>
      </w:pPr>
      <w:r w:rsidRPr="00B970E6">
        <w:rPr>
          <w:rFonts w:ascii="Corbel" w:hAnsi="Corbel"/>
          <w:b/>
          <w:sz w:val="36"/>
          <w:u w:val="single"/>
        </w:rPr>
        <w:t>AED location(s), serial numbers, and check schedule</w:t>
      </w:r>
    </w:p>
    <w:tbl>
      <w:tblPr>
        <w:tblStyle w:val="TableGrid"/>
        <w:tblpPr w:leftFromText="180" w:rightFromText="180" w:vertAnchor="text" w:horzAnchor="margin" w:tblpXSpec="center" w:tblpY="35"/>
        <w:tblW w:w="0" w:type="auto"/>
        <w:tblLook w:val="04A0" w:firstRow="1" w:lastRow="0" w:firstColumn="1" w:lastColumn="0" w:noHBand="0" w:noVBand="1"/>
      </w:tblPr>
      <w:tblGrid>
        <w:gridCol w:w="2127"/>
        <w:gridCol w:w="1979"/>
        <w:gridCol w:w="1985"/>
        <w:gridCol w:w="1559"/>
        <w:gridCol w:w="2268"/>
      </w:tblGrid>
      <w:tr w:rsidR="00B02D01" w14:paraId="49C4DD21" w14:textId="77777777" w:rsidTr="00B02D01">
        <w:tc>
          <w:tcPr>
            <w:tcW w:w="2127" w:type="dxa"/>
            <w:shd w:val="clear" w:color="auto" w:fill="F2F2F2" w:themeFill="background1" w:themeFillShade="F2"/>
            <w:vAlign w:val="center"/>
          </w:tcPr>
          <w:p w14:paraId="1B8813D9" w14:textId="77777777" w:rsidR="00B02D01" w:rsidRDefault="00B02D01" w:rsidP="00B02D01">
            <w:pPr>
              <w:rPr>
                <w:rFonts w:ascii="Corbel" w:hAnsi="Corbel"/>
              </w:rPr>
            </w:pPr>
            <w:r w:rsidRPr="00B970E6">
              <w:rPr>
                <w:rFonts w:ascii="Corbel" w:eastAsia="Times New Roman" w:hAnsi="Corbel" w:cs="Times New Roman"/>
                <w:b/>
                <w:bCs/>
                <w:lang w:val="en-GB" w:eastAsia="en-GB"/>
              </w:rPr>
              <w:t>AED Location</w:t>
            </w:r>
          </w:p>
        </w:tc>
        <w:tc>
          <w:tcPr>
            <w:tcW w:w="1979" w:type="dxa"/>
            <w:shd w:val="clear" w:color="auto" w:fill="F2F2F2" w:themeFill="background1" w:themeFillShade="F2"/>
            <w:vAlign w:val="center"/>
          </w:tcPr>
          <w:p w14:paraId="4E6E2BE5" w14:textId="77777777" w:rsidR="00B02D01" w:rsidRDefault="00B02D01" w:rsidP="00B02D01">
            <w:pPr>
              <w:rPr>
                <w:rFonts w:ascii="Corbel" w:hAnsi="Corbel"/>
              </w:rPr>
            </w:pPr>
            <w:r w:rsidRPr="00B970E6">
              <w:rPr>
                <w:rFonts w:ascii="Corbel" w:eastAsia="Times New Roman" w:hAnsi="Corbel" w:cs="Times New Roman"/>
                <w:b/>
                <w:bCs/>
                <w:lang w:val="en-GB" w:eastAsia="en-GB"/>
              </w:rPr>
              <w:t>AED Make/Model</w:t>
            </w:r>
          </w:p>
        </w:tc>
        <w:tc>
          <w:tcPr>
            <w:tcW w:w="1985" w:type="dxa"/>
            <w:shd w:val="clear" w:color="auto" w:fill="F2F2F2" w:themeFill="background1" w:themeFillShade="F2"/>
            <w:vAlign w:val="center"/>
          </w:tcPr>
          <w:p w14:paraId="7396D5A4" w14:textId="77777777" w:rsidR="00B02D01" w:rsidRDefault="00B02D01" w:rsidP="00B02D01">
            <w:pPr>
              <w:rPr>
                <w:rFonts w:ascii="Corbel" w:hAnsi="Corbel"/>
              </w:rPr>
            </w:pPr>
            <w:r w:rsidRPr="00B970E6">
              <w:rPr>
                <w:rFonts w:ascii="Corbel" w:eastAsia="Times New Roman" w:hAnsi="Corbel" w:cs="Times New Roman"/>
                <w:b/>
                <w:bCs/>
                <w:lang w:val="en-GB" w:eastAsia="en-GB"/>
              </w:rPr>
              <w:t>Serial Number</w:t>
            </w:r>
          </w:p>
        </w:tc>
        <w:tc>
          <w:tcPr>
            <w:tcW w:w="1559" w:type="dxa"/>
            <w:shd w:val="clear" w:color="auto" w:fill="F2F2F2" w:themeFill="background1" w:themeFillShade="F2"/>
            <w:vAlign w:val="center"/>
          </w:tcPr>
          <w:p w14:paraId="7C8EF287" w14:textId="77777777" w:rsidR="00B02D01" w:rsidRDefault="00B02D01" w:rsidP="00B02D01">
            <w:pPr>
              <w:rPr>
                <w:rFonts w:ascii="Corbel" w:hAnsi="Corbel"/>
              </w:rPr>
            </w:pPr>
            <w:r w:rsidRPr="00B970E6">
              <w:rPr>
                <w:rFonts w:ascii="Corbel" w:eastAsia="Times New Roman" w:hAnsi="Corbel" w:cs="Times New Roman"/>
                <w:b/>
                <w:bCs/>
                <w:lang w:val="en-GB" w:eastAsia="en-GB"/>
              </w:rPr>
              <w:t>Date Installed</w:t>
            </w:r>
          </w:p>
        </w:tc>
        <w:tc>
          <w:tcPr>
            <w:tcW w:w="2268" w:type="dxa"/>
            <w:shd w:val="clear" w:color="auto" w:fill="F2F2F2" w:themeFill="background1" w:themeFillShade="F2"/>
            <w:vAlign w:val="center"/>
          </w:tcPr>
          <w:p w14:paraId="12FB3249" w14:textId="77777777" w:rsidR="00B02D01" w:rsidRDefault="00B02D01" w:rsidP="00B02D01">
            <w:pPr>
              <w:rPr>
                <w:rFonts w:ascii="Corbel" w:hAnsi="Corbel"/>
              </w:rPr>
            </w:pPr>
            <w:r w:rsidRPr="00B970E6">
              <w:rPr>
                <w:rFonts w:ascii="Corbel" w:eastAsia="Times New Roman" w:hAnsi="Corbel" w:cs="Times New Roman"/>
                <w:b/>
                <w:bCs/>
                <w:lang w:val="en-GB" w:eastAsia="en-GB"/>
              </w:rPr>
              <w:t>Check Frequency</w:t>
            </w:r>
          </w:p>
        </w:tc>
      </w:tr>
      <w:tr w:rsidR="00B02D01" w14:paraId="1F44F55A" w14:textId="77777777" w:rsidTr="00B02D01">
        <w:tc>
          <w:tcPr>
            <w:tcW w:w="2127" w:type="dxa"/>
          </w:tcPr>
          <w:p w14:paraId="1E2AF63F" w14:textId="2F6D60E9" w:rsidR="00B02D01" w:rsidRDefault="00E34D63" w:rsidP="00B02D01">
            <w:pPr>
              <w:rPr>
                <w:rFonts w:ascii="Corbel" w:hAnsi="Corbel"/>
              </w:rPr>
            </w:pPr>
            <w:r>
              <w:rPr>
                <w:rFonts w:ascii="Corbel" w:hAnsi="Corbel"/>
              </w:rPr>
              <w:t>Front entrance</w:t>
            </w:r>
          </w:p>
          <w:p w14:paraId="20642730" w14:textId="0B3227BB" w:rsidR="00B02D01" w:rsidRDefault="00B02D01" w:rsidP="00B02D01">
            <w:pPr>
              <w:rPr>
                <w:rFonts w:ascii="Corbel" w:hAnsi="Corbel"/>
              </w:rPr>
            </w:pPr>
          </w:p>
        </w:tc>
        <w:tc>
          <w:tcPr>
            <w:tcW w:w="1979" w:type="dxa"/>
          </w:tcPr>
          <w:p w14:paraId="3D401B01" w14:textId="5C65528A" w:rsidR="00B02D01" w:rsidRDefault="00E34D63" w:rsidP="00B02D01">
            <w:pPr>
              <w:rPr>
                <w:rFonts w:ascii="Corbel" w:hAnsi="Corbel"/>
              </w:rPr>
            </w:pPr>
            <w:r>
              <w:rPr>
                <w:rFonts w:ascii="Corbel" w:hAnsi="Corbel"/>
              </w:rPr>
              <w:t>Mediana 2797</w:t>
            </w:r>
          </w:p>
        </w:tc>
        <w:tc>
          <w:tcPr>
            <w:tcW w:w="1985" w:type="dxa"/>
          </w:tcPr>
          <w:p w14:paraId="5F58C28A" w14:textId="16C4EEF6" w:rsidR="00B02D01" w:rsidRDefault="00E34D63" w:rsidP="00B02D01">
            <w:pPr>
              <w:rPr>
                <w:rFonts w:ascii="Corbel" w:hAnsi="Corbel"/>
              </w:rPr>
            </w:pPr>
            <w:r>
              <w:rPr>
                <w:rFonts w:ascii="Corbel" w:hAnsi="Corbel"/>
              </w:rPr>
              <w:t>471492314719</w:t>
            </w:r>
          </w:p>
        </w:tc>
        <w:tc>
          <w:tcPr>
            <w:tcW w:w="1559" w:type="dxa"/>
          </w:tcPr>
          <w:p w14:paraId="6B2C056B" w14:textId="523925BE" w:rsidR="00B02D01" w:rsidRDefault="00E34D63" w:rsidP="00B02D01">
            <w:pPr>
              <w:rPr>
                <w:rFonts w:ascii="Corbel" w:hAnsi="Corbel"/>
              </w:rPr>
            </w:pPr>
            <w:r>
              <w:rPr>
                <w:rFonts w:ascii="Corbel" w:hAnsi="Corbel"/>
              </w:rPr>
              <w:t>23.06.23</w:t>
            </w:r>
          </w:p>
        </w:tc>
        <w:tc>
          <w:tcPr>
            <w:tcW w:w="2268" w:type="dxa"/>
          </w:tcPr>
          <w:p w14:paraId="12D8B92F" w14:textId="2A76F895" w:rsidR="00B02D01" w:rsidRDefault="00002741" w:rsidP="00B02D01">
            <w:pPr>
              <w:rPr>
                <w:rFonts w:ascii="Corbel" w:hAnsi="Corbel"/>
              </w:rPr>
            </w:pPr>
            <w:r>
              <w:rPr>
                <w:rFonts w:ascii="Corbel" w:hAnsi="Corbel"/>
              </w:rPr>
              <w:t>Every three months</w:t>
            </w:r>
          </w:p>
        </w:tc>
      </w:tr>
    </w:tbl>
    <w:p w14:paraId="456354F6" w14:textId="77777777" w:rsidR="00B02D01" w:rsidRDefault="00B02D01" w:rsidP="00B02D01">
      <w:pPr>
        <w:rPr>
          <w:rFonts w:ascii="Corbel" w:hAnsi="Corbel"/>
        </w:rPr>
      </w:pPr>
    </w:p>
    <w:p w14:paraId="6B68F1A3" w14:textId="108477A5" w:rsidR="00B02D01" w:rsidRDefault="00B02D01" w:rsidP="00B02D01">
      <w:pPr>
        <w:rPr>
          <w:rFonts w:ascii="Corbel" w:hAnsi="Corbel"/>
        </w:rPr>
      </w:pPr>
    </w:p>
    <w:tbl>
      <w:tblPr>
        <w:tblStyle w:val="TableGrid"/>
        <w:tblW w:w="0" w:type="auto"/>
        <w:tblLook w:val="04A0" w:firstRow="1" w:lastRow="0" w:firstColumn="1" w:lastColumn="0" w:noHBand="0" w:noVBand="1"/>
      </w:tblPr>
      <w:tblGrid>
        <w:gridCol w:w="1417"/>
        <w:gridCol w:w="1417"/>
        <w:gridCol w:w="3398"/>
        <w:gridCol w:w="1418"/>
      </w:tblGrid>
      <w:tr w:rsidR="00B02D01" w14:paraId="38E214FA" w14:textId="0728D91B" w:rsidTr="00B02D01">
        <w:tc>
          <w:tcPr>
            <w:tcW w:w="1417" w:type="dxa"/>
            <w:shd w:val="clear" w:color="auto" w:fill="F2F2F2" w:themeFill="background1" w:themeFillShade="F2"/>
            <w:vAlign w:val="center"/>
          </w:tcPr>
          <w:p w14:paraId="43FB2F2B" w14:textId="77777777" w:rsidR="00B02D01" w:rsidRDefault="00B02D01" w:rsidP="009E403D">
            <w:pPr>
              <w:rPr>
                <w:rFonts w:ascii="Corbel" w:hAnsi="Corbel"/>
              </w:rPr>
            </w:pPr>
            <w:r w:rsidRPr="00B970E6">
              <w:rPr>
                <w:rFonts w:ascii="Corbel" w:eastAsia="Times New Roman" w:hAnsi="Corbel" w:cs="Times New Roman"/>
                <w:b/>
                <w:bCs/>
                <w:lang w:val="en-GB" w:eastAsia="en-GB"/>
              </w:rPr>
              <w:t>Last Check</w:t>
            </w:r>
          </w:p>
        </w:tc>
        <w:tc>
          <w:tcPr>
            <w:tcW w:w="1417" w:type="dxa"/>
            <w:shd w:val="clear" w:color="auto" w:fill="F2F2F2" w:themeFill="background1" w:themeFillShade="F2"/>
            <w:vAlign w:val="center"/>
          </w:tcPr>
          <w:p w14:paraId="33E5473E" w14:textId="77777777" w:rsidR="00B02D01" w:rsidRDefault="00B02D01" w:rsidP="009E403D">
            <w:pPr>
              <w:rPr>
                <w:rFonts w:ascii="Corbel" w:hAnsi="Corbel"/>
              </w:rPr>
            </w:pPr>
            <w:r w:rsidRPr="00B970E6">
              <w:rPr>
                <w:rFonts w:ascii="Corbel" w:eastAsia="Times New Roman" w:hAnsi="Corbel" w:cs="Times New Roman"/>
                <w:b/>
                <w:bCs/>
                <w:lang w:val="en-GB" w:eastAsia="en-GB"/>
              </w:rPr>
              <w:t>Checked By</w:t>
            </w:r>
          </w:p>
        </w:tc>
        <w:tc>
          <w:tcPr>
            <w:tcW w:w="3398" w:type="dxa"/>
            <w:shd w:val="clear" w:color="auto" w:fill="F2F2F2" w:themeFill="background1" w:themeFillShade="F2"/>
            <w:vAlign w:val="center"/>
          </w:tcPr>
          <w:p w14:paraId="7DEAEF0F" w14:textId="10E63E18" w:rsidR="00B02D01" w:rsidRDefault="00B02D01" w:rsidP="009E403D">
            <w:pPr>
              <w:rPr>
                <w:rFonts w:ascii="Corbel" w:hAnsi="Corbel"/>
              </w:rPr>
            </w:pPr>
            <w:r>
              <w:rPr>
                <w:rFonts w:ascii="Corbel" w:eastAsia="Times New Roman" w:hAnsi="Corbel" w:cs="Times New Roman"/>
                <w:b/>
                <w:bCs/>
                <w:lang w:val="en-GB" w:eastAsia="en-GB"/>
              </w:rPr>
              <w:t xml:space="preserve">Comments/ </w:t>
            </w:r>
            <w:r w:rsidRPr="00B970E6">
              <w:rPr>
                <w:rFonts w:ascii="Corbel" w:eastAsia="Times New Roman" w:hAnsi="Corbel" w:cs="Times New Roman"/>
                <w:b/>
                <w:bCs/>
                <w:lang w:val="en-GB" w:eastAsia="en-GB"/>
              </w:rPr>
              <w:t>Action Required</w:t>
            </w:r>
          </w:p>
        </w:tc>
        <w:tc>
          <w:tcPr>
            <w:tcW w:w="1418" w:type="dxa"/>
            <w:shd w:val="clear" w:color="auto" w:fill="F2F2F2" w:themeFill="background1" w:themeFillShade="F2"/>
          </w:tcPr>
          <w:p w14:paraId="451D90B0" w14:textId="1D15E13C" w:rsidR="00B02D01" w:rsidRPr="00B970E6" w:rsidRDefault="00B02D01" w:rsidP="009E403D">
            <w:pPr>
              <w:rPr>
                <w:rFonts w:ascii="Corbel" w:eastAsia="Times New Roman" w:hAnsi="Corbel" w:cs="Times New Roman"/>
                <w:b/>
                <w:bCs/>
                <w:lang w:val="en-GB" w:eastAsia="en-GB"/>
              </w:rPr>
            </w:pPr>
            <w:r w:rsidRPr="00B970E6">
              <w:rPr>
                <w:rFonts w:ascii="Corbel" w:eastAsia="Times New Roman" w:hAnsi="Corbel" w:cs="Times New Roman"/>
                <w:b/>
                <w:bCs/>
                <w:lang w:val="en-GB" w:eastAsia="en-GB"/>
              </w:rPr>
              <w:t>Next Check</w:t>
            </w:r>
          </w:p>
        </w:tc>
      </w:tr>
      <w:tr w:rsidR="00B02D01" w14:paraId="428FA693" w14:textId="1A448C67" w:rsidTr="00B02D01">
        <w:tc>
          <w:tcPr>
            <w:tcW w:w="1417" w:type="dxa"/>
          </w:tcPr>
          <w:p w14:paraId="1467BF0D" w14:textId="77777777" w:rsidR="00B02D01" w:rsidRDefault="00B02D01" w:rsidP="009E403D">
            <w:pPr>
              <w:rPr>
                <w:rFonts w:ascii="Corbel" w:hAnsi="Corbel"/>
              </w:rPr>
            </w:pPr>
          </w:p>
        </w:tc>
        <w:tc>
          <w:tcPr>
            <w:tcW w:w="1417" w:type="dxa"/>
          </w:tcPr>
          <w:p w14:paraId="39074C45" w14:textId="77777777" w:rsidR="00B02D01" w:rsidRDefault="00B02D01" w:rsidP="009E403D">
            <w:pPr>
              <w:rPr>
                <w:rFonts w:ascii="Corbel" w:hAnsi="Corbel"/>
              </w:rPr>
            </w:pPr>
          </w:p>
        </w:tc>
        <w:tc>
          <w:tcPr>
            <w:tcW w:w="3398" w:type="dxa"/>
          </w:tcPr>
          <w:p w14:paraId="7E6A1D0F" w14:textId="77777777" w:rsidR="00B02D01" w:rsidRDefault="00B02D01" w:rsidP="009E403D">
            <w:pPr>
              <w:rPr>
                <w:rFonts w:ascii="Corbel" w:hAnsi="Corbel"/>
              </w:rPr>
            </w:pPr>
          </w:p>
          <w:p w14:paraId="0FA7F4F7" w14:textId="77777777" w:rsidR="00B02D01" w:rsidRDefault="00B02D01" w:rsidP="009E403D">
            <w:pPr>
              <w:rPr>
                <w:rFonts w:ascii="Corbel" w:hAnsi="Corbel"/>
              </w:rPr>
            </w:pPr>
          </w:p>
          <w:p w14:paraId="6805D37F" w14:textId="7F342CCF" w:rsidR="00B02D01" w:rsidRDefault="00B02D01" w:rsidP="009E403D">
            <w:pPr>
              <w:rPr>
                <w:rFonts w:ascii="Corbel" w:hAnsi="Corbel"/>
              </w:rPr>
            </w:pPr>
          </w:p>
        </w:tc>
        <w:tc>
          <w:tcPr>
            <w:tcW w:w="1418" w:type="dxa"/>
          </w:tcPr>
          <w:p w14:paraId="52CB0470" w14:textId="77777777" w:rsidR="00B02D01" w:rsidRDefault="00B02D01" w:rsidP="009E403D">
            <w:pPr>
              <w:rPr>
                <w:rFonts w:ascii="Corbel" w:hAnsi="Corbel"/>
              </w:rPr>
            </w:pPr>
          </w:p>
        </w:tc>
      </w:tr>
      <w:tr w:rsidR="00B02D01" w14:paraId="19C64474" w14:textId="51761F4B" w:rsidTr="00B02D01">
        <w:tc>
          <w:tcPr>
            <w:tcW w:w="1417" w:type="dxa"/>
          </w:tcPr>
          <w:p w14:paraId="36A65EBC" w14:textId="77777777" w:rsidR="00B02D01" w:rsidRDefault="00B02D01" w:rsidP="009E403D">
            <w:pPr>
              <w:rPr>
                <w:rFonts w:ascii="Corbel" w:hAnsi="Corbel"/>
              </w:rPr>
            </w:pPr>
          </w:p>
        </w:tc>
        <w:tc>
          <w:tcPr>
            <w:tcW w:w="1417" w:type="dxa"/>
          </w:tcPr>
          <w:p w14:paraId="01DE3EC3" w14:textId="77777777" w:rsidR="00B02D01" w:rsidRDefault="00B02D01" w:rsidP="009E403D">
            <w:pPr>
              <w:rPr>
                <w:rFonts w:ascii="Corbel" w:hAnsi="Corbel"/>
              </w:rPr>
            </w:pPr>
          </w:p>
          <w:p w14:paraId="5571EA91" w14:textId="77777777" w:rsidR="00B02D01" w:rsidRDefault="00B02D01" w:rsidP="009E403D">
            <w:pPr>
              <w:rPr>
                <w:rFonts w:ascii="Corbel" w:hAnsi="Corbel"/>
              </w:rPr>
            </w:pPr>
          </w:p>
          <w:p w14:paraId="69AFFCC1" w14:textId="3784667E" w:rsidR="00B02D01" w:rsidRDefault="00B02D01" w:rsidP="009E403D">
            <w:pPr>
              <w:rPr>
                <w:rFonts w:ascii="Corbel" w:hAnsi="Corbel"/>
              </w:rPr>
            </w:pPr>
          </w:p>
        </w:tc>
        <w:tc>
          <w:tcPr>
            <w:tcW w:w="3398" w:type="dxa"/>
          </w:tcPr>
          <w:p w14:paraId="1F805840" w14:textId="77777777" w:rsidR="00B02D01" w:rsidRDefault="00B02D01" w:rsidP="009E403D">
            <w:pPr>
              <w:rPr>
                <w:rFonts w:ascii="Corbel" w:hAnsi="Corbel"/>
              </w:rPr>
            </w:pPr>
          </w:p>
        </w:tc>
        <w:tc>
          <w:tcPr>
            <w:tcW w:w="1418" w:type="dxa"/>
          </w:tcPr>
          <w:p w14:paraId="3B9B5B96" w14:textId="77777777" w:rsidR="00B02D01" w:rsidRDefault="00B02D01" w:rsidP="009E403D">
            <w:pPr>
              <w:rPr>
                <w:rFonts w:ascii="Corbel" w:hAnsi="Corbel"/>
              </w:rPr>
            </w:pPr>
          </w:p>
        </w:tc>
      </w:tr>
      <w:tr w:rsidR="00B02D01" w14:paraId="6E9A7029" w14:textId="52154D14" w:rsidTr="00B02D01">
        <w:tc>
          <w:tcPr>
            <w:tcW w:w="1417" w:type="dxa"/>
          </w:tcPr>
          <w:p w14:paraId="5C449AAD" w14:textId="77777777" w:rsidR="00B02D01" w:rsidRDefault="00B02D01" w:rsidP="009E403D">
            <w:pPr>
              <w:rPr>
                <w:rFonts w:ascii="Corbel" w:hAnsi="Corbel"/>
              </w:rPr>
            </w:pPr>
          </w:p>
        </w:tc>
        <w:tc>
          <w:tcPr>
            <w:tcW w:w="1417" w:type="dxa"/>
          </w:tcPr>
          <w:p w14:paraId="6460C7EC" w14:textId="77777777" w:rsidR="00B02D01" w:rsidRDefault="00B02D01" w:rsidP="009E403D">
            <w:pPr>
              <w:rPr>
                <w:rFonts w:ascii="Corbel" w:hAnsi="Corbel"/>
              </w:rPr>
            </w:pPr>
          </w:p>
          <w:p w14:paraId="79F021DF" w14:textId="77777777" w:rsidR="00B02D01" w:rsidRDefault="00B02D01" w:rsidP="009E403D">
            <w:pPr>
              <w:rPr>
                <w:rFonts w:ascii="Corbel" w:hAnsi="Corbel"/>
              </w:rPr>
            </w:pPr>
          </w:p>
          <w:p w14:paraId="37B163CA" w14:textId="70E0C4F0" w:rsidR="00B02D01" w:rsidRDefault="00B02D01" w:rsidP="009E403D">
            <w:pPr>
              <w:rPr>
                <w:rFonts w:ascii="Corbel" w:hAnsi="Corbel"/>
              </w:rPr>
            </w:pPr>
          </w:p>
        </w:tc>
        <w:tc>
          <w:tcPr>
            <w:tcW w:w="3398" w:type="dxa"/>
          </w:tcPr>
          <w:p w14:paraId="2B4E1C25" w14:textId="77777777" w:rsidR="00B02D01" w:rsidRDefault="00B02D01" w:rsidP="009E403D">
            <w:pPr>
              <w:rPr>
                <w:rFonts w:ascii="Corbel" w:hAnsi="Corbel"/>
              </w:rPr>
            </w:pPr>
          </w:p>
        </w:tc>
        <w:tc>
          <w:tcPr>
            <w:tcW w:w="1418" w:type="dxa"/>
          </w:tcPr>
          <w:p w14:paraId="163ACBF7" w14:textId="77777777" w:rsidR="00B02D01" w:rsidRDefault="00B02D01" w:rsidP="009E403D">
            <w:pPr>
              <w:rPr>
                <w:rFonts w:ascii="Corbel" w:hAnsi="Corbel"/>
              </w:rPr>
            </w:pPr>
          </w:p>
        </w:tc>
      </w:tr>
      <w:tr w:rsidR="00B02D01" w14:paraId="7E088CA6" w14:textId="68AF7215" w:rsidTr="00B02D01">
        <w:tc>
          <w:tcPr>
            <w:tcW w:w="1417" w:type="dxa"/>
          </w:tcPr>
          <w:p w14:paraId="6789F401" w14:textId="77777777" w:rsidR="00B02D01" w:rsidRDefault="00B02D01" w:rsidP="009E403D">
            <w:pPr>
              <w:rPr>
                <w:rFonts w:ascii="Corbel" w:hAnsi="Corbel"/>
              </w:rPr>
            </w:pPr>
          </w:p>
        </w:tc>
        <w:tc>
          <w:tcPr>
            <w:tcW w:w="1417" w:type="dxa"/>
          </w:tcPr>
          <w:p w14:paraId="7DE81085" w14:textId="77777777" w:rsidR="00B02D01" w:rsidRDefault="00B02D01" w:rsidP="009E403D">
            <w:pPr>
              <w:rPr>
                <w:rFonts w:ascii="Corbel" w:hAnsi="Corbel"/>
              </w:rPr>
            </w:pPr>
          </w:p>
          <w:p w14:paraId="0DEE36DA" w14:textId="77777777" w:rsidR="00B02D01" w:rsidRDefault="00B02D01" w:rsidP="009E403D">
            <w:pPr>
              <w:rPr>
                <w:rFonts w:ascii="Corbel" w:hAnsi="Corbel"/>
              </w:rPr>
            </w:pPr>
          </w:p>
          <w:p w14:paraId="11782012" w14:textId="59E05373" w:rsidR="00B02D01" w:rsidRDefault="00B02D01" w:rsidP="009E403D">
            <w:pPr>
              <w:rPr>
                <w:rFonts w:ascii="Corbel" w:hAnsi="Corbel"/>
              </w:rPr>
            </w:pPr>
          </w:p>
        </w:tc>
        <w:tc>
          <w:tcPr>
            <w:tcW w:w="3398" w:type="dxa"/>
          </w:tcPr>
          <w:p w14:paraId="4872FAB3" w14:textId="77777777" w:rsidR="00B02D01" w:rsidRDefault="00B02D01" w:rsidP="009E403D">
            <w:pPr>
              <w:rPr>
                <w:rFonts w:ascii="Corbel" w:hAnsi="Corbel"/>
              </w:rPr>
            </w:pPr>
          </w:p>
        </w:tc>
        <w:tc>
          <w:tcPr>
            <w:tcW w:w="1418" w:type="dxa"/>
          </w:tcPr>
          <w:p w14:paraId="2DB8880A" w14:textId="77777777" w:rsidR="00B02D01" w:rsidRDefault="00B02D01" w:rsidP="009E403D">
            <w:pPr>
              <w:rPr>
                <w:rFonts w:ascii="Corbel" w:hAnsi="Corbel"/>
              </w:rPr>
            </w:pPr>
          </w:p>
        </w:tc>
      </w:tr>
      <w:tr w:rsidR="00B02D01" w14:paraId="1B0CEDEF" w14:textId="77777777" w:rsidTr="00B02D01">
        <w:tc>
          <w:tcPr>
            <w:tcW w:w="1417" w:type="dxa"/>
          </w:tcPr>
          <w:p w14:paraId="17246759" w14:textId="77777777" w:rsidR="00B02D01" w:rsidRDefault="00B02D01" w:rsidP="009E403D">
            <w:pPr>
              <w:rPr>
                <w:rFonts w:ascii="Corbel" w:hAnsi="Corbel"/>
              </w:rPr>
            </w:pPr>
          </w:p>
        </w:tc>
        <w:tc>
          <w:tcPr>
            <w:tcW w:w="1417" w:type="dxa"/>
          </w:tcPr>
          <w:p w14:paraId="7476A8A3" w14:textId="77777777" w:rsidR="00B02D01" w:rsidRDefault="00B02D01" w:rsidP="009E403D">
            <w:pPr>
              <w:rPr>
                <w:rFonts w:ascii="Corbel" w:hAnsi="Corbel"/>
              </w:rPr>
            </w:pPr>
          </w:p>
          <w:p w14:paraId="37F7ADD4" w14:textId="77777777" w:rsidR="00B02D01" w:rsidRDefault="00B02D01" w:rsidP="009E403D">
            <w:pPr>
              <w:rPr>
                <w:rFonts w:ascii="Corbel" w:hAnsi="Corbel"/>
              </w:rPr>
            </w:pPr>
          </w:p>
          <w:p w14:paraId="6A9D8763" w14:textId="7A7D677A" w:rsidR="00B02D01" w:rsidRDefault="00B02D01" w:rsidP="009E403D">
            <w:pPr>
              <w:rPr>
                <w:rFonts w:ascii="Corbel" w:hAnsi="Corbel"/>
              </w:rPr>
            </w:pPr>
          </w:p>
        </w:tc>
        <w:tc>
          <w:tcPr>
            <w:tcW w:w="3398" w:type="dxa"/>
          </w:tcPr>
          <w:p w14:paraId="385FDACD" w14:textId="77777777" w:rsidR="00B02D01" w:rsidRDefault="00B02D01" w:rsidP="009E403D">
            <w:pPr>
              <w:rPr>
                <w:rFonts w:ascii="Corbel" w:hAnsi="Corbel"/>
              </w:rPr>
            </w:pPr>
          </w:p>
        </w:tc>
        <w:tc>
          <w:tcPr>
            <w:tcW w:w="1418" w:type="dxa"/>
          </w:tcPr>
          <w:p w14:paraId="5059AB49" w14:textId="77777777" w:rsidR="00B02D01" w:rsidRDefault="00B02D01" w:rsidP="009E403D">
            <w:pPr>
              <w:rPr>
                <w:rFonts w:ascii="Corbel" w:hAnsi="Corbel"/>
              </w:rPr>
            </w:pPr>
          </w:p>
        </w:tc>
      </w:tr>
      <w:tr w:rsidR="00B02D01" w14:paraId="1C958079" w14:textId="77777777" w:rsidTr="00B02D01">
        <w:tc>
          <w:tcPr>
            <w:tcW w:w="1417" w:type="dxa"/>
          </w:tcPr>
          <w:p w14:paraId="5A109834" w14:textId="77777777" w:rsidR="00B02D01" w:rsidRDefault="00B02D01" w:rsidP="009E403D">
            <w:pPr>
              <w:rPr>
                <w:rFonts w:ascii="Corbel" w:hAnsi="Corbel"/>
              </w:rPr>
            </w:pPr>
          </w:p>
        </w:tc>
        <w:tc>
          <w:tcPr>
            <w:tcW w:w="1417" w:type="dxa"/>
          </w:tcPr>
          <w:p w14:paraId="64C444D4" w14:textId="77777777" w:rsidR="00B02D01" w:rsidRDefault="00B02D01" w:rsidP="009E403D">
            <w:pPr>
              <w:rPr>
                <w:rFonts w:ascii="Corbel" w:hAnsi="Corbel"/>
              </w:rPr>
            </w:pPr>
          </w:p>
          <w:p w14:paraId="60D7A190" w14:textId="77777777" w:rsidR="00B02D01" w:rsidRDefault="00B02D01" w:rsidP="009E403D">
            <w:pPr>
              <w:rPr>
                <w:rFonts w:ascii="Corbel" w:hAnsi="Corbel"/>
              </w:rPr>
            </w:pPr>
          </w:p>
          <w:p w14:paraId="49ABED70" w14:textId="690430F9" w:rsidR="00B02D01" w:rsidRDefault="00B02D01" w:rsidP="009E403D">
            <w:pPr>
              <w:rPr>
                <w:rFonts w:ascii="Corbel" w:hAnsi="Corbel"/>
              </w:rPr>
            </w:pPr>
          </w:p>
        </w:tc>
        <w:tc>
          <w:tcPr>
            <w:tcW w:w="3398" w:type="dxa"/>
          </w:tcPr>
          <w:p w14:paraId="63C0C6C4" w14:textId="77777777" w:rsidR="00B02D01" w:rsidRDefault="00B02D01" w:rsidP="009E403D">
            <w:pPr>
              <w:rPr>
                <w:rFonts w:ascii="Corbel" w:hAnsi="Corbel"/>
              </w:rPr>
            </w:pPr>
          </w:p>
        </w:tc>
        <w:tc>
          <w:tcPr>
            <w:tcW w:w="1418" w:type="dxa"/>
          </w:tcPr>
          <w:p w14:paraId="75962850" w14:textId="77777777" w:rsidR="00B02D01" w:rsidRDefault="00B02D01" w:rsidP="009E403D">
            <w:pPr>
              <w:rPr>
                <w:rFonts w:ascii="Corbel" w:hAnsi="Corbel"/>
              </w:rPr>
            </w:pPr>
          </w:p>
        </w:tc>
      </w:tr>
      <w:tr w:rsidR="00B02D01" w14:paraId="66EE6250" w14:textId="77777777" w:rsidTr="00B02D01">
        <w:tc>
          <w:tcPr>
            <w:tcW w:w="1417" w:type="dxa"/>
          </w:tcPr>
          <w:p w14:paraId="2E6E5BBA" w14:textId="77777777" w:rsidR="00B02D01" w:rsidRDefault="00B02D01" w:rsidP="009E403D">
            <w:pPr>
              <w:rPr>
                <w:rFonts w:ascii="Corbel" w:hAnsi="Corbel"/>
              </w:rPr>
            </w:pPr>
          </w:p>
        </w:tc>
        <w:tc>
          <w:tcPr>
            <w:tcW w:w="1417" w:type="dxa"/>
          </w:tcPr>
          <w:p w14:paraId="2E51382A" w14:textId="77777777" w:rsidR="00B02D01" w:rsidRDefault="00B02D01" w:rsidP="009E403D">
            <w:pPr>
              <w:rPr>
                <w:rFonts w:ascii="Corbel" w:hAnsi="Corbel"/>
              </w:rPr>
            </w:pPr>
          </w:p>
          <w:p w14:paraId="5158EF01" w14:textId="77777777" w:rsidR="00B02D01" w:rsidRDefault="00B02D01" w:rsidP="009E403D">
            <w:pPr>
              <w:rPr>
                <w:rFonts w:ascii="Corbel" w:hAnsi="Corbel"/>
              </w:rPr>
            </w:pPr>
          </w:p>
          <w:p w14:paraId="5AC1CA22" w14:textId="7D44BECE" w:rsidR="00B02D01" w:rsidRDefault="00B02D01" w:rsidP="009E403D">
            <w:pPr>
              <w:rPr>
                <w:rFonts w:ascii="Corbel" w:hAnsi="Corbel"/>
              </w:rPr>
            </w:pPr>
          </w:p>
        </w:tc>
        <w:tc>
          <w:tcPr>
            <w:tcW w:w="3398" w:type="dxa"/>
          </w:tcPr>
          <w:p w14:paraId="577452D7" w14:textId="77777777" w:rsidR="00B02D01" w:rsidRDefault="00B02D01" w:rsidP="009E403D">
            <w:pPr>
              <w:rPr>
                <w:rFonts w:ascii="Corbel" w:hAnsi="Corbel"/>
              </w:rPr>
            </w:pPr>
          </w:p>
        </w:tc>
        <w:tc>
          <w:tcPr>
            <w:tcW w:w="1418" w:type="dxa"/>
          </w:tcPr>
          <w:p w14:paraId="249AEFCD" w14:textId="77777777" w:rsidR="00B02D01" w:rsidRDefault="00B02D01" w:rsidP="009E403D">
            <w:pPr>
              <w:rPr>
                <w:rFonts w:ascii="Corbel" w:hAnsi="Corbel"/>
              </w:rPr>
            </w:pPr>
          </w:p>
        </w:tc>
      </w:tr>
      <w:tr w:rsidR="00B02D01" w14:paraId="16DC0BD0" w14:textId="77777777" w:rsidTr="00B02D01">
        <w:tc>
          <w:tcPr>
            <w:tcW w:w="1417" w:type="dxa"/>
          </w:tcPr>
          <w:p w14:paraId="623E84E8" w14:textId="77777777" w:rsidR="00B02D01" w:rsidRDefault="00B02D01" w:rsidP="009E403D">
            <w:pPr>
              <w:rPr>
                <w:rFonts w:ascii="Corbel" w:hAnsi="Corbel"/>
              </w:rPr>
            </w:pPr>
          </w:p>
        </w:tc>
        <w:tc>
          <w:tcPr>
            <w:tcW w:w="1417" w:type="dxa"/>
          </w:tcPr>
          <w:p w14:paraId="77356B45" w14:textId="77777777" w:rsidR="00B02D01" w:rsidRDefault="00B02D01" w:rsidP="009E403D">
            <w:pPr>
              <w:rPr>
                <w:rFonts w:ascii="Corbel" w:hAnsi="Corbel"/>
              </w:rPr>
            </w:pPr>
          </w:p>
          <w:p w14:paraId="5625805C" w14:textId="77777777" w:rsidR="00B02D01" w:rsidRDefault="00B02D01" w:rsidP="009E403D">
            <w:pPr>
              <w:rPr>
                <w:rFonts w:ascii="Corbel" w:hAnsi="Corbel"/>
              </w:rPr>
            </w:pPr>
          </w:p>
          <w:p w14:paraId="137D9D10" w14:textId="4FF71D22" w:rsidR="00B02D01" w:rsidRDefault="00B02D01" w:rsidP="009E403D">
            <w:pPr>
              <w:rPr>
                <w:rFonts w:ascii="Corbel" w:hAnsi="Corbel"/>
              </w:rPr>
            </w:pPr>
          </w:p>
        </w:tc>
        <w:tc>
          <w:tcPr>
            <w:tcW w:w="3398" w:type="dxa"/>
          </w:tcPr>
          <w:p w14:paraId="54FF2E0D" w14:textId="77777777" w:rsidR="00B02D01" w:rsidRDefault="00B02D01" w:rsidP="009E403D">
            <w:pPr>
              <w:rPr>
                <w:rFonts w:ascii="Corbel" w:hAnsi="Corbel"/>
              </w:rPr>
            </w:pPr>
          </w:p>
        </w:tc>
        <w:tc>
          <w:tcPr>
            <w:tcW w:w="1418" w:type="dxa"/>
          </w:tcPr>
          <w:p w14:paraId="5C968E40" w14:textId="77777777" w:rsidR="00B02D01" w:rsidRDefault="00B02D01" w:rsidP="009E403D">
            <w:pPr>
              <w:rPr>
                <w:rFonts w:ascii="Corbel" w:hAnsi="Corbel"/>
              </w:rPr>
            </w:pPr>
          </w:p>
        </w:tc>
      </w:tr>
    </w:tbl>
    <w:p w14:paraId="1BF61D69" w14:textId="77777777" w:rsidR="00B02D01" w:rsidRDefault="00B02D01" w:rsidP="00B02D01">
      <w:pPr>
        <w:rPr>
          <w:rFonts w:ascii="Corbel" w:hAnsi="Corbel"/>
        </w:rPr>
      </w:pPr>
    </w:p>
    <w:p w14:paraId="6761C4D4" w14:textId="136F23EB" w:rsidR="6A4834E2" w:rsidRDefault="6A4834E2" w:rsidP="29CDF304">
      <w:pPr>
        <w:rPr>
          <w:rFonts w:ascii="Corbel" w:hAnsi="Corbel"/>
          <w:i/>
          <w:iCs/>
          <w:color w:val="0070C0"/>
        </w:rPr>
      </w:pPr>
      <w:r w:rsidRPr="29CDF304">
        <w:rPr>
          <w:rFonts w:ascii="Corbel" w:hAnsi="Corbel"/>
          <w:i/>
          <w:iCs/>
          <w:color w:val="0070C0"/>
        </w:rPr>
        <w:t xml:space="preserve">*Academies may use an excel version of this form to track the checks of defibrillators </w:t>
      </w:r>
    </w:p>
    <w:p w14:paraId="33CC5CB3" w14:textId="5021947C" w:rsidR="00B02D01" w:rsidRDefault="00B02D01">
      <w:pPr>
        <w:rPr>
          <w:rFonts w:ascii="Corbel" w:hAnsi="Corbel"/>
        </w:rPr>
        <w:sectPr w:rsidR="00B02D01" w:rsidSect="00B02D01">
          <w:pgSz w:w="15840" w:h="12240" w:orient="landscape"/>
          <w:pgMar w:top="567" w:right="284" w:bottom="616" w:left="709" w:header="720" w:footer="0" w:gutter="0"/>
          <w:cols w:space="720"/>
          <w:docGrid w:linePitch="360"/>
        </w:sectPr>
      </w:pPr>
    </w:p>
    <w:p w14:paraId="1F1BCDAD" w14:textId="2B4FBC0E" w:rsidR="00FE5839" w:rsidRDefault="003933E5">
      <w:pPr>
        <w:rPr>
          <w:rFonts w:ascii="Corbel" w:hAnsi="Corbel"/>
        </w:rPr>
      </w:pPr>
      <w:r w:rsidRPr="00372F65">
        <w:rPr>
          <w:rFonts w:ascii="KG Primary Penmanship 2" w:hAnsi="KG Primary Penmanship 2"/>
          <w:b/>
          <w:bCs/>
          <w:i/>
          <w:iCs/>
          <w:noProof/>
          <w:color w:val="0070C0"/>
          <w:sz w:val="32"/>
          <w:lang w:eastAsia="en-GB"/>
        </w:rPr>
        <w:lastRenderedPageBreak/>
        <w:drawing>
          <wp:anchor distT="0" distB="0" distL="114300" distR="114300" simplePos="0" relativeHeight="251713536" behindDoc="0" locked="0" layoutInCell="1" allowOverlap="1" wp14:anchorId="41545A0F" wp14:editId="75047AC8">
            <wp:simplePos x="0" y="0"/>
            <wp:positionH relativeFrom="margin">
              <wp:posOffset>5981700</wp:posOffset>
            </wp:positionH>
            <wp:positionV relativeFrom="paragraph">
              <wp:posOffset>8255</wp:posOffset>
            </wp:positionV>
            <wp:extent cx="1240155" cy="828946"/>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9667"/>
                    <a:stretch/>
                  </pic:blipFill>
                  <pic:spPr bwMode="auto">
                    <a:xfrm>
                      <a:off x="0" y="0"/>
                      <a:ext cx="1240155" cy="8289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574DFB" w14:textId="5302BE6A" w:rsidR="00FE5839" w:rsidRPr="00D76BBB" w:rsidRDefault="00D76BBB">
      <w:pPr>
        <w:rPr>
          <w:rFonts w:ascii="Corbel" w:hAnsi="Corbel"/>
          <w:b/>
        </w:rPr>
      </w:pPr>
      <w:r w:rsidRPr="00D76BBB">
        <w:rPr>
          <w:rFonts w:ascii="Corbel" w:hAnsi="Corbel"/>
          <w:b/>
          <w:noProof/>
          <w:lang w:val="en-GB" w:eastAsia="en-GB"/>
        </w:rPr>
        <w:drawing>
          <wp:anchor distT="0" distB="0" distL="114300" distR="114300" simplePos="0" relativeHeight="251676672" behindDoc="0" locked="0" layoutInCell="1" allowOverlap="1" wp14:anchorId="70F999B8" wp14:editId="11D59A7E">
            <wp:simplePos x="0" y="0"/>
            <wp:positionH relativeFrom="column">
              <wp:posOffset>397403</wp:posOffset>
            </wp:positionH>
            <wp:positionV relativeFrom="paragraph">
              <wp:posOffset>319747</wp:posOffset>
            </wp:positionV>
            <wp:extent cx="574804" cy="522514"/>
            <wp:effectExtent l="0" t="0" r="0" b="0"/>
            <wp:wrapNone/>
            <wp:docPr id="11" name="Picture 11" descr="Image result for first aid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first aid clipart"/>
                    <pic:cNvPicPr>
                      <a:picLocks noChangeAspect="1" noChangeArrowheads="1"/>
                    </pic:cNvPicPr>
                  </pic:nvPicPr>
                  <pic:blipFill>
                    <a:blip r:embed="rId18" cstate="print">
                      <a:clrChange>
                        <a:clrFrom>
                          <a:srgbClr val="F6F6F6"/>
                        </a:clrFrom>
                        <a:clrTo>
                          <a:srgbClr val="F6F6F6">
                            <a:alpha val="0"/>
                          </a:srgbClr>
                        </a:clrTo>
                      </a:clrChange>
                      <a:extLst>
                        <a:ext uri="{28A0092B-C50C-407E-A947-70E740481C1C}">
                          <a14:useLocalDpi xmlns:a14="http://schemas.microsoft.com/office/drawing/2010/main" val="0"/>
                        </a:ext>
                      </a:extLst>
                    </a:blip>
                    <a:srcRect/>
                    <a:stretch>
                      <a:fillRect/>
                    </a:stretch>
                  </pic:blipFill>
                  <pic:spPr bwMode="auto">
                    <a:xfrm>
                      <a:off x="0" y="0"/>
                      <a:ext cx="574804" cy="522514"/>
                    </a:xfrm>
                    <a:prstGeom prst="rect">
                      <a:avLst/>
                    </a:prstGeom>
                    <a:noFill/>
                    <a:ln>
                      <a:noFill/>
                    </a:ln>
                  </pic:spPr>
                </pic:pic>
              </a:graphicData>
            </a:graphic>
            <wp14:sizeRelH relativeFrom="page">
              <wp14:pctWidth>0</wp14:pctWidth>
            </wp14:sizeRelH>
            <wp14:sizeRelV relativeFrom="page">
              <wp14:pctHeight>0</wp14:pctHeight>
            </wp14:sizeRelV>
          </wp:anchor>
        </w:drawing>
      </w:r>
      <w:r w:rsidR="00FE5839" w:rsidRPr="00D76BBB">
        <w:rPr>
          <w:rFonts w:ascii="Corbel" w:hAnsi="Corbel"/>
          <w:b/>
        </w:rPr>
        <w:t xml:space="preserve">Appendix </w:t>
      </w:r>
      <w:r w:rsidR="00B376F3">
        <w:rPr>
          <w:rFonts w:ascii="Corbel" w:hAnsi="Corbel"/>
          <w:b/>
        </w:rPr>
        <w:t>3</w:t>
      </w:r>
    </w:p>
    <w:p w14:paraId="5DD4E969" w14:textId="23D1E5C6" w:rsidR="00FE5839" w:rsidRPr="00217A98" w:rsidRDefault="78546676" w:rsidP="29CDF304">
      <w:pPr>
        <w:jc w:val="center"/>
        <w:rPr>
          <w:rFonts w:ascii="Corbel" w:hAnsi="Corbel"/>
          <w:b/>
          <w:bCs/>
          <w:sz w:val="36"/>
          <w:szCs w:val="36"/>
          <w:u w:val="single"/>
        </w:rPr>
      </w:pPr>
      <w:r w:rsidRPr="29CDF304">
        <w:rPr>
          <w:rFonts w:ascii="Corbel" w:hAnsi="Corbel"/>
          <w:b/>
          <w:bCs/>
          <w:sz w:val="36"/>
          <w:szCs w:val="36"/>
          <w:u w:val="single"/>
        </w:rPr>
        <w:t>First Aid Training Record</w:t>
      </w:r>
    </w:p>
    <w:p w14:paraId="6E886868" w14:textId="57051DD9" w:rsidR="00D76BBB" w:rsidRPr="00217A98" w:rsidRDefault="00D76BBB" w:rsidP="00217A98">
      <w:pPr>
        <w:rPr>
          <w:rFonts w:ascii="Corbel" w:hAnsi="Corbel"/>
          <w:b/>
          <w:sz w:val="12"/>
          <w:u w:val="single"/>
        </w:rPr>
      </w:pPr>
    </w:p>
    <w:tbl>
      <w:tblP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2"/>
        <w:gridCol w:w="3164"/>
        <w:gridCol w:w="2551"/>
        <w:gridCol w:w="2268"/>
      </w:tblGrid>
      <w:tr w:rsidR="00FE5839" w:rsidRPr="00FE5839" w14:paraId="3B8E0C07" w14:textId="77777777" w:rsidTr="29CDF304">
        <w:trPr>
          <w:trHeight w:val="160"/>
        </w:trPr>
        <w:tc>
          <w:tcPr>
            <w:tcW w:w="3352" w:type="dxa"/>
            <w:shd w:val="clear" w:color="auto" w:fill="F2F2F2" w:themeFill="background1" w:themeFillShade="F2"/>
          </w:tcPr>
          <w:p w14:paraId="4C0B4AF1" w14:textId="77777777" w:rsidR="00FE5839" w:rsidRPr="00D76BBB" w:rsidRDefault="00FE5839" w:rsidP="00FE5839">
            <w:pPr>
              <w:spacing w:after="0" w:line="240" w:lineRule="auto"/>
              <w:rPr>
                <w:rFonts w:ascii="Corbel" w:hAnsi="Corbel"/>
                <w:b/>
              </w:rPr>
            </w:pPr>
            <w:r w:rsidRPr="00D76BBB">
              <w:rPr>
                <w:rFonts w:ascii="Corbel" w:hAnsi="Corbel"/>
                <w:b/>
              </w:rPr>
              <w:t>Course</w:t>
            </w:r>
          </w:p>
        </w:tc>
        <w:tc>
          <w:tcPr>
            <w:tcW w:w="3164" w:type="dxa"/>
            <w:shd w:val="clear" w:color="auto" w:fill="F2F2F2" w:themeFill="background1" w:themeFillShade="F2"/>
          </w:tcPr>
          <w:p w14:paraId="6846EBAC" w14:textId="061F914B" w:rsidR="00FE5839" w:rsidRPr="00D76BBB" w:rsidRDefault="00FE5839" w:rsidP="00FE5839">
            <w:pPr>
              <w:spacing w:after="0" w:line="240" w:lineRule="auto"/>
              <w:rPr>
                <w:rFonts w:ascii="Corbel" w:hAnsi="Corbel"/>
                <w:b/>
              </w:rPr>
            </w:pPr>
            <w:r w:rsidRPr="00D76BBB">
              <w:rPr>
                <w:rFonts w:ascii="Corbel" w:hAnsi="Corbel"/>
                <w:b/>
              </w:rPr>
              <w:t>Name</w:t>
            </w:r>
            <w:r w:rsidR="00D76BBB" w:rsidRPr="00D76BBB">
              <w:rPr>
                <w:rFonts w:ascii="Corbel" w:hAnsi="Corbel"/>
                <w:b/>
              </w:rPr>
              <w:t>(s) of staff members</w:t>
            </w:r>
          </w:p>
        </w:tc>
        <w:tc>
          <w:tcPr>
            <w:tcW w:w="2551" w:type="dxa"/>
            <w:shd w:val="clear" w:color="auto" w:fill="F2F2F2" w:themeFill="background1" w:themeFillShade="F2"/>
          </w:tcPr>
          <w:p w14:paraId="03CC0373" w14:textId="77777777" w:rsidR="00FE5839" w:rsidRPr="00D76BBB" w:rsidRDefault="00FE5839" w:rsidP="00FE5839">
            <w:pPr>
              <w:spacing w:after="0" w:line="240" w:lineRule="auto"/>
              <w:rPr>
                <w:rFonts w:ascii="Corbel" w:hAnsi="Corbel"/>
                <w:b/>
              </w:rPr>
            </w:pPr>
            <w:r w:rsidRPr="00D76BBB">
              <w:rPr>
                <w:rFonts w:ascii="Corbel" w:hAnsi="Corbel"/>
                <w:b/>
              </w:rPr>
              <w:t>Course Date</w:t>
            </w:r>
          </w:p>
        </w:tc>
        <w:tc>
          <w:tcPr>
            <w:tcW w:w="2268" w:type="dxa"/>
            <w:shd w:val="clear" w:color="auto" w:fill="F2F2F2" w:themeFill="background1" w:themeFillShade="F2"/>
          </w:tcPr>
          <w:p w14:paraId="704F6948" w14:textId="77777777" w:rsidR="00FE5839" w:rsidRDefault="00FE5839" w:rsidP="00FE5839">
            <w:pPr>
              <w:spacing w:after="0" w:line="240" w:lineRule="auto"/>
              <w:rPr>
                <w:rFonts w:ascii="Corbel" w:hAnsi="Corbel"/>
                <w:b/>
              </w:rPr>
            </w:pPr>
            <w:r w:rsidRPr="00D76BBB">
              <w:rPr>
                <w:rFonts w:ascii="Corbel" w:hAnsi="Corbel"/>
                <w:b/>
              </w:rPr>
              <w:t xml:space="preserve">Expiry Date </w:t>
            </w:r>
          </w:p>
          <w:p w14:paraId="44ACFDB6" w14:textId="109647DB" w:rsidR="00217A98" w:rsidRPr="00D76BBB" w:rsidRDefault="00217A98" w:rsidP="00FE5839">
            <w:pPr>
              <w:spacing w:after="0" w:line="240" w:lineRule="auto"/>
              <w:rPr>
                <w:rFonts w:ascii="Corbel" w:hAnsi="Corbel"/>
                <w:b/>
              </w:rPr>
            </w:pPr>
          </w:p>
        </w:tc>
      </w:tr>
      <w:tr w:rsidR="00FE5839" w:rsidRPr="00FE5839" w14:paraId="68C5C9EF" w14:textId="77777777" w:rsidTr="29CDF304">
        <w:trPr>
          <w:trHeight w:val="567"/>
        </w:trPr>
        <w:tc>
          <w:tcPr>
            <w:tcW w:w="3352" w:type="dxa"/>
            <w:shd w:val="clear" w:color="auto" w:fill="FFFFFF" w:themeFill="background1"/>
          </w:tcPr>
          <w:p w14:paraId="008D1991" w14:textId="30E056B0" w:rsidR="00FE5839" w:rsidRPr="00FE5839" w:rsidRDefault="00FE5839" w:rsidP="00FE5839">
            <w:pPr>
              <w:spacing w:after="0" w:line="240" w:lineRule="auto"/>
              <w:rPr>
                <w:rFonts w:ascii="Corbel" w:hAnsi="Corbel"/>
                <w:color w:val="7030A0"/>
              </w:rPr>
            </w:pPr>
            <w:r w:rsidRPr="00FE5839">
              <w:rPr>
                <w:rFonts w:ascii="Corbel" w:hAnsi="Corbel"/>
                <w:color w:val="7030A0"/>
              </w:rPr>
              <w:t>Accident Reporting and Investigation Training</w:t>
            </w:r>
          </w:p>
        </w:tc>
        <w:tc>
          <w:tcPr>
            <w:tcW w:w="3164" w:type="dxa"/>
            <w:shd w:val="clear" w:color="auto" w:fill="FFFFFF" w:themeFill="background1"/>
          </w:tcPr>
          <w:p w14:paraId="401A8CE4" w14:textId="77777777" w:rsidR="00FE5839" w:rsidRPr="00FE5839" w:rsidRDefault="00FE5839" w:rsidP="00FE5839">
            <w:pPr>
              <w:pStyle w:val="NoSpacing"/>
              <w:rPr>
                <w:rFonts w:ascii="Corbel" w:hAnsi="Corbel"/>
                <w:color w:val="7030A0"/>
              </w:rPr>
            </w:pPr>
          </w:p>
        </w:tc>
        <w:tc>
          <w:tcPr>
            <w:tcW w:w="2551" w:type="dxa"/>
            <w:shd w:val="clear" w:color="auto" w:fill="FFFFFF" w:themeFill="background1"/>
          </w:tcPr>
          <w:p w14:paraId="559BF007" w14:textId="77777777" w:rsidR="00FE5839" w:rsidRPr="00FE5839" w:rsidRDefault="00FE5839" w:rsidP="00FE5839">
            <w:pPr>
              <w:pStyle w:val="NoSpacing"/>
              <w:rPr>
                <w:rFonts w:ascii="Corbel" w:hAnsi="Corbel"/>
                <w:color w:val="7030A0"/>
              </w:rPr>
            </w:pPr>
          </w:p>
        </w:tc>
        <w:tc>
          <w:tcPr>
            <w:tcW w:w="2268" w:type="dxa"/>
            <w:shd w:val="clear" w:color="auto" w:fill="FFFFFF" w:themeFill="background1"/>
          </w:tcPr>
          <w:p w14:paraId="5A5422BE" w14:textId="77777777" w:rsidR="00FE5839" w:rsidRPr="00FE5839" w:rsidRDefault="00FE5839" w:rsidP="00FE5839">
            <w:pPr>
              <w:pStyle w:val="NoSpacing"/>
              <w:rPr>
                <w:rFonts w:ascii="Corbel" w:hAnsi="Corbel"/>
                <w:color w:val="7030A0"/>
              </w:rPr>
            </w:pPr>
          </w:p>
        </w:tc>
      </w:tr>
      <w:tr w:rsidR="00FE5839" w:rsidRPr="00FE5839" w14:paraId="066123E9" w14:textId="77777777" w:rsidTr="29CDF304">
        <w:trPr>
          <w:trHeight w:val="567"/>
        </w:trPr>
        <w:tc>
          <w:tcPr>
            <w:tcW w:w="3352" w:type="dxa"/>
            <w:shd w:val="clear" w:color="auto" w:fill="FFFFFF" w:themeFill="background1"/>
          </w:tcPr>
          <w:p w14:paraId="1718443F" w14:textId="1BFEB7B2" w:rsidR="00FE5839" w:rsidRPr="00FE5839" w:rsidRDefault="00FE5839" w:rsidP="00FE5839">
            <w:pPr>
              <w:spacing w:after="0" w:line="240" w:lineRule="auto"/>
              <w:rPr>
                <w:rFonts w:ascii="Corbel" w:hAnsi="Corbel"/>
                <w:color w:val="7030A0"/>
              </w:rPr>
            </w:pPr>
            <w:r w:rsidRPr="00FE5839">
              <w:rPr>
                <w:rFonts w:ascii="Corbel" w:hAnsi="Corbel"/>
                <w:color w:val="7030A0"/>
              </w:rPr>
              <w:t>Administering Medication</w:t>
            </w:r>
          </w:p>
        </w:tc>
        <w:tc>
          <w:tcPr>
            <w:tcW w:w="3164" w:type="dxa"/>
            <w:shd w:val="clear" w:color="auto" w:fill="FFFFFF" w:themeFill="background1"/>
          </w:tcPr>
          <w:p w14:paraId="18FEDAC3" w14:textId="77777777" w:rsidR="00FE5839" w:rsidRPr="00FE5839" w:rsidRDefault="00FE5839" w:rsidP="00FE5839">
            <w:pPr>
              <w:pStyle w:val="NoSpacing"/>
              <w:rPr>
                <w:rFonts w:ascii="Corbel" w:hAnsi="Corbel"/>
                <w:color w:val="7030A0"/>
              </w:rPr>
            </w:pPr>
          </w:p>
        </w:tc>
        <w:tc>
          <w:tcPr>
            <w:tcW w:w="2551" w:type="dxa"/>
            <w:shd w:val="clear" w:color="auto" w:fill="FFFFFF" w:themeFill="background1"/>
          </w:tcPr>
          <w:p w14:paraId="041B3553" w14:textId="77777777" w:rsidR="00FE5839" w:rsidRPr="00FE5839" w:rsidRDefault="00FE5839" w:rsidP="00FE5839">
            <w:pPr>
              <w:pStyle w:val="NoSpacing"/>
              <w:rPr>
                <w:rFonts w:ascii="Corbel" w:hAnsi="Corbel"/>
                <w:color w:val="7030A0"/>
              </w:rPr>
            </w:pPr>
          </w:p>
        </w:tc>
        <w:tc>
          <w:tcPr>
            <w:tcW w:w="2268" w:type="dxa"/>
            <w:shd w:val="clear" w:color="auto" w:fill="FFFFFF" w:themeFill="background1"/>
          </w:tcPr>
          <w:p w14:paraId="22D95366" w14:textId="77777777" w:rsidR="00FE5839" w:rsidRPr="00FE5839" w:rsidRDefault="00FE5839" w:rsidP="00FE5839">
            <w:pPr>
              <w:pStyle w:val="NoSpacing"/>
              <w:rPr>
                <w:rFonts w:ascii="Corbel" w:hAnsi="Corbel"/>
                <w:color w:val="7030A0"/>
              </w:rPr>
            </w:pPr>
          </w:p>
        </w:tc>
      </w:tr>
      <w:tr w:rsidR="00FE5839" w:rsidRPr="00FE5839" w14:paraId="30B9802D" w14:textId="77777777" w:rsidTr="29CDF304">
        <w:trPr>
          <w:trHeight w:val="567"/>
        </w:trPr>
        <w:tc>
          <w:tcPr>
            <w:tcW w:w="3352" w:type="dxa"/>
            <w:shd w:val="clear" w:color="auto" w:fill="FFFFFF" w:themeFill="background1"/>
          </w:tcPr>
          <w:p w14:paraId="4A9EABAF" w14:textId="77777777" w:rsidR="00FE5839" w:rsidRDefault="00FE5839" w:rsidP="00FE5839">
            <w:pPr>
              <w:spacing w:after="0" w:line="240" w:lineRule="auto"/>
              <w:rPr>
                <w:rFonts w:ascii="Corbel" w:eastAsia="Comic Sans MS" w:hAnsi="Corbel" w:cs="Comic Sans MS"/>
                <w:color w:val="7030A0"/>
              </w:rPr>
            </w:pPr>
            <w:r w:rsidRPr="00FE5839">
              <w:rPr>
                <w:rFonts w:ascii="Corbel" w:eastAsia="Comic Sans MS" w:hAnsi="Corbel" w:cs="Comic Sans MS"/>
                <w:color w:val="7030A0"/>
              </w:rPr>
              <w:t xml:space="preserve">Anaphylaxis awareness </w:t>
            </w:r>
          </w:p>
          <w:p w14:paraId="33633F57" w14:textId="442D454C" w:rsidR="00FE5839" w:rsidRPr="00FE5839" w:rsidRDefault="00FE5839" w:rsidP="00FE5839">
            <w:pPr>
              <w:spacing w:after="0" w:line="240" w:lineRule="auto"/>
              <w:rPr>
                <w:rFonts w:ascii="Corbel" w:hAnsi="Corbel"/>
                <w:color w:val="7030A0"/>
              </w:rPr>
            </w:pPr>
            <w:r>
              <w:rPr>
                <w:rFonts w:ascii="Corbel" w:eastAsia="Comic Sans MS" w:hAnsi="Corbel" w:cs="Comic Sans MS"/>
                <w:color w:val="7030A0"/>
              </w:rPr>
              <w:t>(Online training)</w:t>
            </w:r>
          </w:p>
        </w:tc>
        <w:tc>
          <w:tcPr>
            <w:tcW w:w="3164" w:type="dxa"/>
            <w:shd w:val="clear" w:color="auto" w:fill="FFFFFF" w:themeFill="background1"/>
          </w:tcPr>
          <w:p w14:paraId="0181BDE8" w14:textId="77777777" w:rsidR="00FE5839" w:rsidRPr="00FE5839" w:rsidRDefault="00FE5839" w:rsidP="00FE5839">
            <w:pPr>
              <w:pStyle w:val="NoSpacing"/>
              <w:rPr>
                <w:rFonts w:ascii="Corbel" w:hAnsi="Corbel"/>
                <w:color w:val="7030A0"/>
              </w:rPr>
            </w:pPr>
          </w:p>
        </w:tc>
        <w:tc>
          <w:tcPr>
            <w:tcW w:w="2551" w:type="dxa"/>
            <w:shd w:val="clear" w:color="auto" w:fill="FFFFFF" w:themeFill="background1"/>
          </w:tcPr>
          <w:p w14:paraId="695F23D4" w14:textId="77777777" w:rsidR="00FE5839" w:rsidRPr="00FE5839" w:rsidRDefault="00FE5839" w:rsidP="00FE5839">
            <w:pPr>
              <w:pStyle w:val="NoSpacing"/>
              <w:rPr>
                <w:rFonts w:ascii="Corbel" w:hAnsi="Corbel"/>
                <w:color w:val="7030A0"/>
              </w:rPr>
            </w:pPr>
          </w:p>
        </w:tc>
        <w:tc>
          <w:tcPr>
            <w:tcW w:w="2268" w:type="dxa"/>
            <w:shd w:val="clear" w:color="auto" w:fill="FFFFFF" w:themeFill="background1"/>
          </w:tcPr>
          <w:p w14:paraId="01EE5EDA" w14:textId="77777777" w:rsidR="00FE5839" w:rsidRPr="00FE5839" w:rsidRDefault="00FE5839" w:rsidP="00FE5839">
            <w:pPr>
              <w:pStyle w:val="NoSpacing"/>
              <w:rPr>
                <w:rFonts w:ascii="Corbel" w:hAnsi="Corbel"/>
                <w:color w:val="7030A0"/>
              </w:rPr>
            </w:pPr>
          </w:p>
        </w:tc>
      </w:tr>
      <w:tr w:rsidR="00FE5839" w:rsidRPr="00FE5839" w14:paraId="17DABDD6" w14:textId="77777777" w:rsidTr="29CDF304">
        <w:trPr>
          <w:trHeight w:val="567"/>
        </w:trPr>
        <w:tc>
          <w:tcPr>
            <w:tcW w:w="3352" w:type="dxa"/>
            <w:shd w:val="clear" w:color="auto" w:fill="FFFFFF" w:themeFill="background1"/>
          </w:tcPr>
          <w:p w14:paraId="1209770D" w14:textId="77777777" w:rsidR="00FE5839" w:rsidRDefault="00FE5839" w:rsidP="00FE5839">
            <w:pPr>
              <w:spacing w:after="0" w:line="240" w:lineRule="auto"/>
              <w:rPr>
                <w:rFonts w:ascii="Corbel" w:eastAsia="Comic Sans MS" w:hAnsi="Corbel" w:cs="Comic Sans MS"/>
                <w:color w:val="7030A0"/>
              </w:rPr>
            </w:pPr>
            <w:r w:rsidRPr="00FE5839">
              <w:rPr>
                <w:rFonts w:ascii="Corbel" w:eastAsia="Comic Sans MS" w:hAnsi="Corbel" w:cs="Comic Sans MS"/>
                <w:color w:val="7030A0"/>
              </w:rPr>
              <w:t xml:space="preserve">Asthma awareness </w:t>
            </w:r>
          </w:p>
          <w:p w14:paraId="1028E33A" w14:textId="77777777" w:rsidR="00FE5839" w:rsidRPr="00FE5839" w:rsidRDefault="00FE5839" w:rsidP="00FE5839">
            <w:pPr>
              <w:spacing w:after="0" w:line="240" w:lineRule="auto"/>
              <w:rPr>
                <w:rFonts w:ascii="Corbel" w:eastAsia="Comic Sans MS" w:hAnsi="Corbel" w:cs="Comic Sans MS"/>
                <w:color w:val="7030A0"/>
              </w:rPr>
            </w:pPr>
            <w:r>
              <w:rPr>
                <w:rFonts w:ascii="Corbel" w:eastAsia="Comic Sans MS" w:hAnsi="Corbel" w:cs="Comic Sans MS"/>
                <w:color w:val="7030A0"/>
              </w:rPr>
              <w:t>(</w:t>
            </w:r>
            <w:r w:rsidRPr="00FE5839">
              <w:rPr>
                <w:rFonts w:ascii="Corbel" w:eastAsia="Comic Sans MS" w:hAnsi="Corbel" w:cs="Comic Sans MS"/>
                <w:color w:val="7030A0"/>
              </w:rPr>
              <w:t>Online training</w:t>
            </w:r>
            <w:r>
              <w:rPr>
                <w:rFonts w:ascii="Corbel" w:eastAsia="Comic Sans MS" w:hAnsi="Corbel" w:cs="Comic Sans MS"/>
                <w:color w:val="7030A0"/>
              </w:rPr>
              <w:t>)</w:t>
            </w:r>
          </w:p>
          <w:p w14:paraId="5F5B83D2" w14:textId="77777777" w:rsidR="00FE5839" w:rsidRPr="00FE5839" w:rsidRDefault="00FE5839" w:rsidP="00FE5839">
            <w:pPr>
              <w:spacing w:after="0" w:line="240" w:lineRule="auto"/>
              <w:rPr>
                <w:rFonts w:ascii="Corbel" w:hAnsi="Corbel"/>
                <w:color w:val="7030A0"/>
              </w:rPr>
            </w:pPr>
          </w:p>
        </w:tc>
        <w:tc>
          <w:tcPr>
            <w:tcW w:w="3164" w:type="dxa"/>
            <w:shd w:val="clear" w:color="auto" w:fill="FFFFFF" w:themeFill="background1"/>
          </w:tcPr>
          <w:p w14:paraId="54DCF3B1" w14:textId="77777777" w:rsidR="00FE5839" w:rsidRPr="00FE5839" w:rsidRDefault="00FE5839" w:rsidP="00FE5839">
            <w:pPr>
              <w:pStyle w:val="NoSpacing"/>
              <w:rPr>
                <w:rFonts w:ascii="Corbel" w:hAnsi="Corbel"/>
                <w:color w:val="7030A0"/>
              </w:rPr>
            </w:pPr>
          </w:p>
        </w:tc>
        <w:tc>
          <w:tcPr>
            <w:tcW w:w="2551" w:type="dxa"/>
            <w:shd w:val="clear" w:color="auto" w:fill="FFFFFF" w:themeFill="background1"/>
          </w:tcPr>
          <w:p w14:paraId="3B7DB66D" w14:textId="77777777" w:rsidR="00FE5839" w:rsidRPr="00FE5839" w:rsidRDefault="00FE5839" w:rsidP="00FE5839">
            <w:pPr>
              <w:pStyle w:val="NoSpacing"/>
              <w:rPr>
                <w:rFonts w:ascii="Corbel" w:hAnsi="Corbel"/>
                <w:color w:val="7030A0"/>
              </w:rPr>
            </w:pPr>
          </w:p>
        </w:tc>
        <w:tc>
          <w:tcPr>
            <w:tcW w:w="2268" w:type="dxa"/>
            <w:shd w:val="clear" w:color="auto" w:fill="FFFFFF" w:themeFill="background1"/>
          </w:tcPr>
          <w:p w14:paraId="60CC475E" w14:textId="77777777" w:rsidR="00FE5839" w:rsidRPr="00FE5839" w:rsidRDefault="00FE5839" w:rsidP="00FE5839">
            <w:pPr>
              <w:pStyle w:val="NoSpacing"/>
              <w:rPr>
                <w:rFonts w:ascii="Corbel" w:hAnsi="Corbel"/>
                <w:color w:val="7030A0"/>
              </w:rPr>
            </w:pPr>
          </w:p>
        </w:tc>
      </w:tr>
      <w:tr w:rsidR="00D76BBB" w:rsidRPr="00FE5839" w14:paraId="020361F2" w14:textId="77777777" w:rsidTr="29CDF304">
        <w:trPr>
          <w:trHeight w:val="567"/>
        </w:trPr>
        <w:tc>
          <w:tcPr>
            <w:tcW w:w="3352" w:type="dxa"/>
            <w:shd w:val="clear" w:color="auto" w:fill="FFFFFF" w:themeFill="background1"/>
          </w:tcPr>
          <w:p w14:paraId="5EBB6543" w14:textId="77777777" w:rsidR="00D76BBB" w:rsidRDefault="00D76BBB" w:rsidP="00D76BBB">
            <w:pPr>
              <w:spacing w:after="0" w:line="240" w:lineRule="auto"/>
              <w:rPr>
                <w:rFonts w:ascii="Corbel" w:hAnsi="Corbel"/>
                <w:color w:val="7030A0"/>
              </w:rPr>
            </w:pPr>
            <w:r w:rsidRPr="00FE5839">
              <w:rPr>
                <w:rFonts w:ascii="Corbel" w:hAnsi="Corbel"/>
                <w:color w:val="7030A0"/>
              </w:rPr>
              <w:t>Diabetes training</w:t>
            </w:r>
          </w:p>
          <w:p w14:paraId="1980A350" w14:textId="77777777" w:rsidR="00D76BBB" w:rsidRDefault="00D76BBB" w:rsidP="00D76BBB">
            <w:pPr>
              <w:spacing w:after="0" w:line="240" w:lineRule="auto"/>
              <w:rPr>
                <w:rFonts w:ascii="Corbel" w:hAnsi="Corbel"/>
                <w:color w:val="7030A0"/>
              </w:rPr>
            </w:pPr>
            <w:r w:rsidRPr="00D76BBB">
              <w:rPr>
                <w:rFonts w:ascii="Corbel" w:hAnsi="Corbel"/>
                <w:b/>
                <w:color w:val="7030A0"/>
                <w:u w:val="single"/>
              </w:rPr>
              <w:t>Pupil initials</w:t>
            </w:r>
            <w:r>
              <w:rPr>
                <w:rFonts w:ascii="Corbel" w:hAnsi="Corbel"/>
                <w:color w:val="7030A0"/>
              </w:rPr>
              <w:t>:</w:t>
            </w:r>
          </w:p>
          <w:p w14:paraId="4E77E7E7" w14:textId="04BE744F" w:rsidR="00D76BBB" w:rsidRPr="00FE5839" w:rsidRDefault="00D76BBB" w:rsidP="00D76BBB">
            <w:pPr>
              <w:spacing w:after="0" w:line="240" w:lineRule="auto"/>
              <w:rPr>
                <w:rFonts w:ascii="Corbel" w:hAnsi="Corbel"/>
                <w:color w:val="7030A0"/>
              </w:rPr>
            </w:pPr>
          </w:p>
        </w:tc>
        <w:tc>
          <w:tcPr>
            <w:tcW w:w="3164" w:type="dxa"/>
            <w:shd w:val="clear" w:color="auto" w:fill="FFFFFF" w:themeFill="background1"/>
          </w:tcPr>
          <w:p w14:paraId="690871BE" w14:textId="77777777" w:rsidR="00D76BBB" w:rsidRPr="00FE5839" w:rsidRDefault="00D76BBB" w:rsidP="00FE5839">
            <w:pPr>
              <w:pStyle w:val="NoSpacing"/>
              <w:rPr>
                <w:rFonts w:ascii="Corbel" w:hAnsi="Corbel"/>
                <w:color w:val="7030A0"/>
              </w:rPr>
            </w:pPr>
          </w:p>
        </w:tc>
        <w:tc>
          <w:tcPr>
            <w:tcW w:w="2551" w:type="dxa"/>
            <w:shd w:val="clear" w:color="auto" w:fill="FFFFFF" w:themeFill="background1"/>
          </w:tcPr>
          <w:p w14:paraId="0400644A" w14:textId="77777777" w:rsidR="00D76BBB" w:rsidRPr="00FE5839" w:rsidRDefault="00D76BBB" w:rsidP="00FE5839">
            <w:pPr>
              <w:pStyle w:val="NoSpacing"/>
              <w:rPr>
                <w:rFonts w:ascii="Corbel" w:hAnsi="Corbel"/>
                <w:color w:val="7030A0"/>
              </w:rPr>
            </w:pPr>
          </w:p>
        </w:tc>
        <w:tc>
          <w:tcPr>
            <w:tcW w:w="2268" w:type="dxa"/>
            <w:shd w:val="clear" w:color="auto" w:fill="FFFFFF" w:themeFill="background1"/>
          </w:tcPr>
          <w:p w14:paraId="1E140B54" w14:textId="77777777" w:rsidR="00D76BBB" w:rsidRPr="00FE5839" w:rsidRDefault="00D76BBB" w:rsidP="00FE5839">
            <w:pPr>
              <w:pStyle w:val="NoSpacing"/>
              <w:rPr>
                <w:rFonts w:ascii="Corbel" w:hAnsi="Corbel"/>
                <w:color w:val="7030A0"/>
              </w:rPr>
            </w:pPr>
          </w:p>
        </w:tc>
      </w:tr>
      <w:tr w:rsidR="00D76BBB" w:rsidRPr="00FE5839" w14:paraId="53AFE9DF" w14:textId="77777777" w:rsidTr="29CDF304">
        <w:trPr>
          <w:trHeight w:val="567"/>
        </w:trPr>
        <w:tc>
          <w:tcPr>
            <w:tcW w:w="3352" w:type="dxa"/>
            <w:shd w:val="clear" w:color="auto" w:fill="FFFFFF" w:themeFill="background1"/>
          </w:tcPr>
          <w:p w14:paraId="1AA0546B" w14:textId="143DE982" w:rsidR="00D76BBB" w:rsidRPr="00FE5839" w:rsidRDefault="00D76BBB" w:rsidP="00D76BBB">
            <w:pPr>
              <w:spacing w:after="0" w:line="240" w:lineRule="auto"/>
              <w:rPr>
                <w:rFonts w:ascii="Corbel" w:hAnsi="Corbel"/>
                <w:color w:val="7030A0"/>
              </w:rPr>
            </w:pPr>
            <w:r w:rsidRPr="00FE5839">
              <w:rPr>
                <w:rFonts w:ascii="Corbel" w:hAnsi="Corbel"/>
                <w:color w:val="7030A0"/>
              </w:rPr>
              <w:t>Educational Visit Co</w:t>
            </w:r>
            <w:r>
              <w:rPr>
                <w:rFonts w:ascii="Corbel" w:hAnsi="Corbel"/>
                <w:color w:val="7030A0"/>
              </w:rPr>
              <w:t>ordinator</w:t>
            </w:r>
            <w:r w:rsidRPr="00FE5839">
              <w:rPr>
                <w:rFonts w:ascii="Corbel" w:hAnsi="Corbel"/>
                <w:color w:val="7030A0"/>
              </w:rPr>
              <w:t xml:space="preserve"> Training</w:t>
            </w:r>
          </w:p>
        </w:tc>
        <w:tc>
          <w:tcPr>
            <w:tcW w:w="3164" w:type="dxa"/>
            <w:shd w:val="clear" w:color="auto" w:fill="FFFFFF" w:themeFill="background1"/>
          </w:tcPr>
          <w:p w14:paraId="13D359AD" w14:textId="77777777" w:rsidR="00D76BBB" w:rsidRPr="00FE5839" w:rsidRDefault="00D76BBB" w:rsidP="00D76BBB">
            <w:pPr>
              <w:pStyle w:val="NoSpacing"/>
              <w:rPr>
                <w:rFonts w:ascii="Corbel" w:hAnsi="Corbel"/>
                <w:color w:val="7030A0"/>
              </w:rPr>
            </w:pPr>
          </w:p>
        </w:tc>
        <w:tc>
          <w:tcPr>
            <w:tcW w:w="2551" w:type="dxa"/>
            <w:shd w:val="clear" w:color="auto" w:fill="FFFFFF" w:themeFill="background1"/>
          </w:tcPr>
          <w:p w14:paraId="2E23FC4B" w14:textId="77777777" w:rsidR="00D76BBB" w:rsidRPr="00FE5839" w:rsidRDefault="00D76BBB" w:rsidP="00D76BBB">
            <w:pPr>
              <w:pStyle w:val="NoSpacing"/>
              <w:rPr>
                <w:rFonts w:ascii="Corbel" w:hAnsi="Corbel"/>
                <w:color w:val="7030A0"/>
              </w:rPr>
            </w:pPr>
          </w:p>
        </w:tc>
        <w:tc>
          <w:tcPr>
            <w:tcW w:w="2268" w:type="dxa"/>
            <w:shd w:val="clear" w:color="auto" w:fill="FFFFFF" w:themeFill="background1"/>
          </w:tcPr>
          <w:p w14:paraId="359296CC" w14:textId="77777777" w:rsidR="00D76BBB" w:rsidRPr="00FE5839" w:rsidRDefault="00D76BBB" w:rsidP="00D76BBB">
            <w:pPr>
              <w:pStyle w:val="NoSpacing"/>
              <w:rPr>
                <w:rFonts w:ascii="Corbel" w:hAnsi="Corbel"/>
                <w:color w:val="7030A0"/>
              </w:rPr>
            </w:pPr>
          </w:p>
        </w:tc>
      </w:tr>
      <w:tr w:rsidR="00D76BBB" w:rsidRPr="00FE5839" w14:paraId="2B999ED6" w14:textId="77777777" w:rsidTr="29CDF304">
        <w:trPr>
          <w:trHeight w:val="567"/>
        </w:trPr>
        <w:tc>
          <w:tcPr>
            <w:tcW w:w="3352" w:type="dxa"/>
            <w:shd w:val="clear" w:color="auto" w:fill="FFFFFF" w:themeFill="background1"/>
          </w:tcPr>
          <w:p w14:paraId="283B1741" w14:textId="03B79515" w:rsidR="00D76BBB" w:rsidRPr="00FE5839" w:rsidRDefault="00D76BBB" w:rsidP="00D76BBB">
            <w:pPr>
              <w:spacing w:after="0" w:line="240" w:lineRule="auto"/>
              <w:rPr>
                <w:rFonts w:ascii="Corbel" w:hAnsi="Corbel"/>
                <w:color w:val="7030A0"/>
              </w:rPr>
            </w:pPr>
            <w:r w:rsidRPr="00FE5839">
              <w:rPr>
                <w:rFonts w:ascii="Corbel" w:hAnsi="Corbel"/>
                <w:color w:val="7030A0"/>
              </w:rPr>
              <w:t xml:space="preserve">Emergency First Aid at Work </w:t>
            </w:r>
            <w:r w:rsidR="00217A98">
              <w:rPr>
                <w:rFonts w:ascii="Corbel" w:hAnsi="Corbel"/>
                <w:color w:val="7030A0"/>
              </w:rPr>
              <w:t xml:space="preserve">Training </w:t>
            </w:r>
            <w:r>
              <w:rPr>
                <w:rFonts w:ascii="Corbel" w:hAnsi="Corbel"/>
                <w:color w:val="7030A0"/>
              </w:rPr>
              <w:t>(</w:t>
            </w:r>
            <w:r w:rsidRPr="00FE5839">
              <w:rPr>
                <w:rFonts w:ascii="Corbel" w:hAnsi="Corbel"/>
                <w:color w:val="7030A0"/>
              </w:rPr>
              <w:t>Level 3</w:t>
            </w:r>
            <w:r>
              <w:rPr>
                <w:rFonts w:ascii="Corbel" w:hAnsi="Corbel"/>
                <w:color w:val="7030A0"/>
              </w:rPr>
              <w:t>)</w:t>
            </w:r>
          </w:p>
        </w:tc>
        <w:tc>
          <w:tcPr>
            <w:tcW w:w="3164" w:type="dxa"/>
            <w:shd w:val="clear" w:color="auto" w:fill="FFFFFF" w:themeFill="background1"/>
          </w:tcPr>
          <w:p w14:paraId="57D10071" w14:textId="77777777" w:rsidR="00D76BBB" w:rsidRDefault="00D76BBB" w:rsidP="00D76BBB">
            <w:pPr>
              <w:pStyle w:val="NoSpacing"/>
              <w:rPr>
                <w:rFonts w:ascii="Corbel" w:hAnsi="Corbel"/>
                <w:color w:val="7030A0"/>
              </w:rPr>
            </w:pPr>
          </w:p>
          <w:p w14:paraId="2BF1DF7B" w14:textId="77777777" w:rsidR="00217A98" w:rsidRDefault="00217A98" w:rsidP="00D76BBB">
            <w:pPr>
              <w:pStyle w:val="NoSpacing"/>
              <w:rPr>
                <w:rFonts w:ascii="Corbel" w:hAnsi="Corbel"/>
                <w:color w:val="7030A0"/>
              </w:rPr>
            </w:pPr>
          </w:p>
          <w:p w14:paraId="50FF9B69" w14:textId="77777777" w:rsidR="00217A98" w:rsidRDefault="00217A98" w:rsidP="00D76BBB">
            <w:pPr>
              <w:pStyle w:val="NoSpacing"/>
              <w:rPr>
                <w:rFonts w:ascii="Corbel" w:hAnsi="Corbel"/>
                <w:color w:val="7030A0"/>
              </w:rPr>
            </w:pPr>
          </w:p>
          <w:p w14:paraId="0EF066A9" w14:textId="77777777" w:rsidR="00217A98" w:rsidRDefault="00217A98" w:rsidP="00D76BBB">
            <w:pPr>
              <w:pStyle w:val="NoSpacing"/>
              <w:rPr>
                <w:rFonts w:ascii="Corbel" w:hAnsi="Corbel"/>
                <w:color w:val="7030A0"/>
              </w:rPr>
            </w:pPr>
          </w:p>
          <w:p w14:paraId="7DF7DD78" w14:textId="042EB55D" w:rsidR="00217A98" w:rsidRPr="00FE5839" w:rsidRDefault="00217A98" w:rsidP="00D76BBB">
            <w:pPr>
              <w:pStyle w:val="NoSpacing"/>
              <w:rPr>
                <w:rFonts w:ascii="Corbel" w:hAnsi="Corbel"/>
                <w:color w:val="7030A0"/>
              </w:rPr>
            </w:pPr>
          </w:p>
        </w:tc>
        <w:tc>
          <w:tcPr>
            <w:tcW w:w="2551" w:type="dxa"/>
            <w:shd w:val="clear" w:color="auto" w:fill="FFFFFF" w:themeFill="background1"/>
          </w:tcPr>
          <w:p w14:paraId="28F84207" w14:textId="77777777" w:rsidR="00D76BBB" w:rsidRPr="00FE5839" w:rsidRDefault="00D76BBB" w:rsidP="00D76BBB">
            <w:pPr>
              <w:pStyle w:val="NoSpacing"/>
              <w:rPr>
                <w:rFonts w:ascii="Corbel" w:hAnsi="Corbel"/>
                <w:color w:val="7030A0"/>
              </w:rPr>
            </w:pPr>
          </w:p>
        </w:tc>
        <w:tc>
          <w:tcPr>
            <w:tcW w:w="2268" w:type="dxa"/>
            <w:shd w:val="clear" w:color="auto" w:fill="FFFFFF" w:themeFill="background1"/>
          </w:tcPr>
          <w:p w14:paraId="5709BCB7" w14:textId="77777777" w:rsidR="00D76BBB" w:rsidRPr="00FE5839" w:rsidRDefault="00D76BBB" w:rsidP="00D76BBB">
            <w:pPr>
              <w:pStyle w:val="NoSpacing"/>
              <w:rPr>
                <w:rFonts w:ascii="Corbel" w:hAnsi="Corbel"/>
                <w:color w:val="7030A0"/>
              </w:rPr>
            </w:pPr>
          </w:p>
        </w:tc>
      </w:tr>
      <w:tr w:rsidR="00D76BBB" w:rsidRPr="00FE5839" w14:paraId="44284C96" w14:textId="77777777" w:rsidTr="29CDF304">
        <w:trPr>
          <w:trHeight w:val="567"/>
        </w:trPr>
        <w:tc>
          <w:tcPr>
            <w:tcW w:w="3352" w:type="dxa"/>
            <w:shd w:val="clear" w:color="auto" w:fill="FFFFFF" w:themeFill="background1"/>
          </w:tcPr>
          <w:p w14:paraId="05A96F32" w14:textId="77777777" w:rsidR="00D76BBB" w:rsidRDefault="00D76BBB" w:rsidP="00D76BBB">
            <w:pPr>
              <w:spacing w:after="0" w:line="240" w:lineRule="auto"/>
              <w:rPr>
                <w:rFonts w:ascii="Corbel" w:hAnsi="Corbel"/>
                <w:color w:val="7030A0"/>
              </w:rPr>
            </w:pPr>
            <w:r w:rsidRPr="00FE5839">
              <w:rPr>
                <w:rFonts w:ascii="Corbel" w:hAnsi="Corbel"/>
                <w:color w:val="7030A0"/>
              </w:rPr>
              <w:t>Epilepsy training – Bucculam</w:t>
            </w:r>
          </w:p>
          <w:p w14:paraId="76160836" w14:textId="501B755B" w:rsidR="00D76BBB" w:rsidRPr="00FE5839" w:rsidRDefault="00D76BBB" w:rsidP="00D76BBB">
            <w:pPr>
              <w:spacing w:after="0" w:line="240" w:lineRule="auto"/>
              <w:rPr>
                <w:rFonts w:ascii="Corbel" w:hAnsi="Corbel"/>
                <w:color w:val="7030A0"/>
              </w:rPr>
            </w:pPr>
            <w:r w:rsidRPr="00D76BBB">
              <w:rPr>
                <w:rFonts w:ascii="Corbel" w:hAnsi="Corbel"/>
                <w:b/>
                <w:color w:val="7030A0"/>
                <w:u w:val="single"/>
              </w:rPr>
              <w:t>Pupil initials</w:t>
            </w:r>
            <w:r>
              <w:rPr>
                <w:rFonts w:ascii="Corbel" w:hAnsi="Corbel"/>
                <w:color w:val="7030A0"/>
              </w:rPr>
              <w:t>:</w:t>
            </w:r>
          </w:p>
        </w:tc>
        <w:tc>
          <w:tcPr>
            <w:tcW w:w="3164" w:type="dxa"/>
            <w:shd w:val="clear" w:color="auto" w:fill="FFFFFF" w:themeFill="background1"/>
          </w:tcPr>
          <w:p w14:paraId="4645E778" w14:textId="77777777" w:rsidR="00D76BBB" w:rsidRPr="00FE5839" w:rsidRDefault="00D76BBB" w:rsidP="00D76BBB">
            <w:pPr>
              <w:pStyle w:val="NoSpacing"/>
              <w:rPr>
                <w:rFonts w:ascii="Corbel" w:hAnsi="Corbel"/>
                <w:color w:val="7030A0"/>
              </w:rPr>
            </w:pPr>
          </w:p>
        </w:tc>
        <w:tc>
          <w:tcPr>
            <w:tcW w:w="2551" w:type="dxa"/>
            <w:shd w:val="clear" w:color="auto" w:fill="FFFFFF" w:themeFill="background1"/>
          </w:tcPr>
          <w:p w14:paraId="02CDB725" w14:textId="77777777" w:rsidR="00D76BBB" w:rsidRPr="00FE5839" w:rsidRDefault="00D76BBB" w:rsidP="00D76BBB">
            <w:pPr>
              <w:pStyle w:val="NoSpacing"/>
              <w:rPr>
                <w:rFonts w:ascii="Corbel" w:hAnsi="Corbel"/>
                <w:color w:val="7030A0"/>
              </w:rPr>
            </w:pPr>
          </w:p>
        </w:tc>
        <w:tc>
          <w:tcPr>
            <w:tcW w:w="2268" w:type="dxa"/>
            <w:shd w:val="clear" w:color="auto" w:fill="FFFFFF" w:themeFill="background1"/>
          </w:tcPr>
          <w:p w14:paraId="28F7C409" w14:textId="77777777" w:rsidR="00D76BBB" w:rsidRPr="00FE5839" w:rsidRDefault="00D76BBB" w:rsidP="00D76BBB">
            <w:pPr>
              <w:pStyle w:val="NoSpacing"/>
              <w:rPr>
                <w:rFonts w:ascii="Corbel" w:hAnsi="Corbel"/>
                <w:color w:val="7030A0"/>
              </w:rPr>
            </w:pPr>
          </w:p>
        </w:tc>
      </w:tr>
      <w:tr w:rsidR="00D76BBB" w:rsidRPr="00FE5839" w14:paraId="11F65FF7" w14:textId="77777777" w:rsidTr="29CDF304">
        <w:trPr>
          <w:trHeight w:val="567"/>
        </w:trPr>
        <w:tc>
          <w:tcPr>
            <w:tcW w:w="3352" w:type="dxa"/>
            <w:shd w:val="clear" w:color="auto" w:fill="FFFFFF" w:themeFill="background1"/>
          </w:tcPr>
          <w:p w14:paraId="73F55C64" w14:textId="0AD076A0" w:rsidR="00D76BBB" w:rsidRPr="00FE5839" w:rsidRDefault="00D76BBB" w:rsidP="00D76BBB">
            <w:pPr>
              <w:spacing w:after="0" w:line="240" w:lineRule="auto"/>
              <w:rPr>
                <w:rFonts w:ascii="Corbel" w:hAnsi="Corbel"/>
                <w:color w:val="7030A0"/>
              </w:rPr>
            </w:pPr>
            <w:r w:rsidRPr="00FE5839">
              <w:rPr>
                <w:rFonts w:ascii="Corbel" w:hAnsi="Corbel"/>
                <w:color w:val="7030A0"/>
              </w:rPr>
              <w:t>Food Hygiene</w:t>
            </w:r>
            <w:r>
              <w:rPr>
                <w:rFonts w:ascii="Corbel" w:hAnsi="Corbel"/>
                <w:color w:val="7030A0"/>
              </w:rPr>
              <w:t xml:space="preserve"> Training</w:t>
            </w:r>
            <w:r w:rsidRPr="00FE5839">
              <w:rPr>
                <w:rFonts w:ascii="Corbel" w:hAnsi="Corbel"/>
                <w:color w:val="7030A0"/>
              </w:rPr>
              <w:t xml:space="preserve"> </w:t>
            </w:r>
            <w:r>
              <w:rPr>
                <w:rFonts w:ascii="Corbel" w:hAnsi="Corbel"/>
                <w:color w:val="7030A0"/>
              </w:rPr>
              <w:t>(</w:t>
            </w:r>
            <w:r w:rsidRPr="00FE5839">
              <w:rPr>
                <w:rFonts w:ascii="Corbel" w:hAnsi="Corbel"/>
                <w:color w:val="7030A0"/>
              </w:rPr>
              <w:t>Level 2</w:t>
            </w:r>
            <w:r>
              <w:rPr>
                <w:rFonts w:ascii="Corbel" w:hAnsi="Corbel"/>
                <w:color w:val="7030A0"/>
              </w:rPr>
              <w:t>)</w:t>
            </w:r>
          </w:p>
        </w:tc>
        <w:tc>
          <w:tcPr>
            <w:tcW w:w="3164" w:type="dxa"/>
            <w:shd w:val="clear" w:color="auto" w:fill="FFFFFF" w:themeFill="background1"/>
          </w:tcPr>
          <w:p w14:paraId="26E66E60" w14:textId="77777777" w:rsidR="00D76BBB" w:rsidRPr="00FE5839" w:rsidRDefault="00D76BBB" w:rsidP="00D76BBB">
            <w:pPr>
              <w:pStyle w:val="NoSpacing"/>
              <w:rPr>
                <w:rFonts w:ascii="Corbel" w:hAnsi="Corbel"/>
                <w:color w:val="7030A0"/>
              </w:rPr>
            </w:pPr>
          </w:p>
        </w:tc>
        <w:tc>
          <w:tcPr>
            <w:tcW w:w="2551" w:type="dxa"/>
            <w:shd w:val="clear" w:color="auto" w:fill="FFFFFF" w:themeFill="background1"/>
          </w:tcPr>
          <w:p w14:paraId="71253110" w14:textId="77777777" w:rsidR="00D76BBB" w:rsidRPr="00FE5839" w:rsidRDefault="00D76BBB" w:rsidP="00D76BBB">
            <w:pPr>
              <w:pStyle w:val="NoSpacing"/>
              <w:rPr>
                <w:rFonts w:ascii="Corbel" w:hAnsi="Corbel"/>
                <w:color w:val="7030A0"/>
              </w:rPr>
            </w:pPr>
          </w:p>
        </w:tc>
        <w:tc>
          <w:tcPr>
            <w:tcW w:w="2268" w:type="dxa"/>
            <w:shd w:val="clear" w:color="auto" w:fill="FFFFFF" w:themeFill="background1"/>
          </w:tcPr>
          <w:p w14:paraId="3AD82B00" w14:textId="77777777" w:rsidR="00D76BBB" w:rsidRPr="00FE5839" w:rsidRDefault="00D76BBB" w:rsidP="00D76BBB">
            <w:pPr>
              <w:pStyle w:val="NoSpacing"/>
              <w:rPr>
                <w:rFonts w:ascii="Corbel" w:hAnsi="Corbel"/>
                <w:color w:val="7030A0"/>
              </w:rPr>
            </w:pPr>
          </w:p>
        </w:tc>
      </w:tr>
      <w:tr w:rsidR="00D76BBB" w:rsidRPr="00FE5839" w14:paraId="6588F4A4" w14:textId="77777777" w:rsidTr="29CDF304">
        <w:trPr>
          <w:trHeight w:val="54"/>
        </w:trPr>
        <w:tc>
          <w:tcPr>
            <w:tcW w:w="3352" w:type="dxa"/>
            <w:shd w:val="clear" w:color="auto" w:fill="FFFFFF" w:themeFill="background1"/>
          </w:tcPr>
          <w:p w14:paraId="18EF2859" w14:textId="77777777" w:rsidR="00D76BBB" w:rsidRDefault="00D76BBB" w:rsidP="00D76BBB">
            <w:pPr>
              <w:spacing w:after="0" w:line="240" w:lineRule="auto"/>
              <w:rPr>
                <w:rFonts w:ascii="Corbel" w:hAnsi="Corbel"/>
                <w:color w:val="7030A0"/>
              </w:rPr>
            </w:pPr>
            <w:r w:rsidRPr="00FE5839">
              <w:rPr>
                <w:rFonts w:ascii="Corbel" w:hAnsi="Corbel"/>
                <w:color w:val="7030A0"/>
              </w:rPr>
              <w:t>Paediatric First Aid</w:t>
            </w:r>
            <w:r>
              <w:rPr>
                <w:rFonts w:ascii="Corbel" w:hAnsi="Corbel"/>
                <w:color w:val="7030A0"/>
              </w:rPr>
              <w:t xml:space="preserve"> Training</w:t>
            </w:r>
          </w:p>
          <w:p w14:paraId="003F940D" w14:textId="7592B9CF" w:rsidR="00D76BBB" w:rsidRPr="00FE5839" w:rsidRDefault="00D76BBB" w:rsidP="00D76BBB">
            <w:pPr>
              <w:spacing w:after="0" w:line="240" w:lineRule="auto"/>
              <w:rPr>
                <w:rFonts w:ascii="Corbel" w:hAnsi="Corbel"/>
                <w:color w:val="7030A0"/>
              </w:rPr>
            </w:pPr>
          </w:p>
        </w:tc>
        <w:tc>
          <w:tcPr>
            <w:tcW w:w="3164" w:type="dxa"/>
            <w:shd w:val="clear" w:color="auto" w:fill="FFFFFF" w:themeFill="background1"/>
          </w:tcPr>
          <w:p w14:paraId="0B7B2E1B" w14:textId="77777777" w:rsidR="00D76BBB" w:rsidRDefault="00D76BBB" w:rsidP="00D76BBB">
            <w:pPr>
              <w:pStyle w:val="NoSpacing"/>
              <w:rPr>
                <w:rFonts w:ascii="Corbel" w:hAnsi="Corbel"/>
                <w:color w:val="7030A0"/>
              </w:rPr>
            </w:pPr>
          </w:p>
          <w:p w14:paraId="5BA08835" w14:textId="77777777" w:rsidR="00217A98" w:rsidRDefault="00217A98" w:rsidP="00D76BBB">
            <w:pPr>
              <w:pStyle w:val="NoSpacing"/>
              <w:rPr>
                <w:rFonts w:ascii="Corbel" w:hAnsi="Corbel"/>
                <w:color w:val="7030A0"/>
              </w:rPr>
            </w:pPr>
          </w:p>
          <w:p w14:paraId="4D22C231" w14:textId="77777777" w:rsidR="00217A98" w:rsidRDefault="00217A98" w:rsidP="00D76BBB">
            <w:pPr>
              <w:pStyle w:val="NoSpacing"/>
              <w:rPr>
                <w:rFonts w:ascii="Corbel" w:hAnsi="Corbel"/>
                <w:color w:val="7030A0"/>
              </w:rPr>
            </w:pPr>
          </w:p>
          <w:p w14:paraId="17D57387" w14:textId="77777777" w:rsidR="00217A98" w:rsidRDefault="00217A98" w:rsidP="00D76BBB">
            <w:pPr>
              <w:pStyle w:val="NoSpacing"/>
              <w:rPr>
                <w:rFonts w:ascii="Corbel" w:hAnsi="Corbel"/>
                <w:color w:val="7030A0"/>
              </w:rPr>
            </w:pPr>
          </w:p>
          <w:p w14:paraId="221F66D4" w14:textId="06AC7FDE" w:rsidR="00217A98" w:rsidRPr="00FE5839" w:rsidRDefault="00217A98" w:rsidP="00D76BBB">
            <w:pPr>
              <w:pStyle w:val="NoSpacing"/>
              <w:rPr>
                <w:rFonts w:ascii="Corbel" w:hAnsi="Corbel"/>
                <w:color w:val="7030A0"/>
              </w:rPr>
            </w:pPr>
          </w:p>
        </w:tc>
        <w:tc>
          <w:tcPr>
            <w:tcW w:w="2551" w:type="dxa"/>
            <w:shd w:val="clear" w:color="auto" w:fill="FFFFFF" w:themeFill="background1"/>
          </w:tcPr>
          <w:p w14:paraId="29B89E06" w14:textId="38B3276D" w:rsidR="00D76BBB" w:rsidRPr="00FE5839" w:rsidRDefault="00D76BBB" w:rsidP="00D76BBB">
            <w:pPr>
              <w:pStyle w:val="NoSpacing"/>
              <w:rPr>
                <w:rFonts w:ascii="Corbel" w:hAnsi="Corbel"/>
                <w:color w:val="7030A0"/>
              </w:rPr>
            </w:pPr>
          </w:p>
        </w:tc>
        <w:tc>
          <w:tcPr>
            <w:tcW w:w="2268" w:type="dxa"/>
            <w:shd w:val="clear" w:color="auto" w:fill="FFFFFF" w:themeFill="background1"/>
          </w:tcPr>
          <w:p w14:paraId="2A93073A" w14:textId="77777777" w:rsidR="00D76BBB" w:rsidRPr="00FE5839" w:rsidRDefault="00D76BBB" w:rsidP="00D76BBB">
            <w:pPr>
              <w:pStyle w:val="NoSpacing"/>
              <w:rPr>
                <w:rFonts w:ascii="Corbel" w:hAnsi="Corbel"/>
                <w:color w:val="7030A0"/>
              </w:rPr>
            </w:pPr>
          </w:p>
        </w:tc>
      </w:tr>
      <w:tr w:rsidR="00D76BBB" w:rsidRPr="00FE5839" w14:paraId="1241F6AA" w14:textId="77777777" w:rsidTr="29CDF304">
        <w:trPr>
          <w:trHeight w:val="353"/>
        </w:trPr>
        <w:tc>
          <w:tcPr>
            <w:tcW w:w="3352" w:type="dxa"/>
            <w:shd w:val="clear" w:color="auto" w:fill="FFFFFF" w:themeFill="background1"/>
          </w:tcPr>
          <w:p w14:paraId="218C6FB9" w14:textId="77777777" w:rsidR="00D76BBB" w:rsidRDefault="00D76BBB" w:rsidP="00D76BBB">
            <w:pPr>
              <w:spacing w:after="0" w:line="240" w:lineRule="auto"/>
              <w:rPr>
                <w:rFonts w:ascii="Corbel" w:hAnsi="Corbel"/>
                <w:color w:val="7030A0"/>
              </w:rPr>
            </w:pPr>
            <w:r w:rsidRPr="00FE5839">
              <w:rPr>
                <w:rFonts w:ascii="Corbel" w:hAnsi="Corbel"/>
                <w:color w:val="7030A0"/>
              </w:rPr>
              <w:t>Risk Assessment Training</w:t>
            </w:r>
          </w:p>
          <w:p w14:paraId="521E16BC" w14:textId="2D514337" w:rsidR="00217A98" w:rsidRPr="00FE5839" w:rsidRDefault="00217A98" w:rsidP="00D76BBB">
            <w:pPr>
              <w:spacing w:after="0" w:line="240" w:lineRule="auto"/>
              <w:rPr>
                <w:rFonts w:ascii="Corbel" w:hAnsi="Corbel"/>
                <w:color w:val="7030A0"/>
              </w:rPr>
            </w:pPr>
          </w:p>
        </w:tc>
        <w:tc>
          <w:tcPr>
            <w:tcW w:w="3164" w:type="dxa"/>
            <w:shd w:val="clear" w:color="auto" w:fill="FFFFFF" w:themeFill="background1"/>
          </w:tcPr>
          <w:p w14:paraId="2DA89720" w14:textId="17F110BA" w:rsidR="00D76BBB" w:rsidRPr="00FE5839" w:rsidRDefault="00D76BBB" w:rsidP="00D76BBB">
            <w:pPr>
              <w:pStyle w:val="NoSpacing"/>
              <w:rPr>
                <w:rFonts w:ascii="Corbel" w:hAnsi="Corbel"/>
                <w:color w:val="7030A0"/>
              </w:rPr>
            </w:pPr>
          </w:p>
        </w:tc>
        <w:tc>
          <w:tcPr>
            <w:tcW w:w="2551" w:type="dxa"/>
            <w:shd w:val="clear" w:color="auto" w:fill="FFFFFF" w:themeFill="background1"/>
          </w:tcPr>
          <w:p w14:paraId="055E4F42" w14:textId="77777777" w:rsidR="00D76BBB" w:rsidRPr="00FE5839" w:rsidRDefault="00D76BBB" w:rsidP="00D76BBB">
            <w:pPr>
              <w:pStyle w:val="NoSpacing"/>
              <w:rPr>
                <w:rFonts w:ascii="Corbel" w:hAnsi="Corbel"/>
                <w:color w:val="7030A0"/>
              </w:rPr>
            </w:pPr>
          </w:p>
        </w:tc>
        <w:tc>
          <w:tcPr>
            <w:tcW w:w="2268" w:type="dxa"/>
            <w:shd w:val="clear" w:color="auto" w:fill="FFFFFF" w:themeFill="background1"/>
          </w:tcPr>
          <w:p w14:paraId="0E13376D" w14:textId="273559C1" w:rsidR="00D76BBB" w:rsidRPr="00FE5839" w:rsidRDefault="00D76BBB" w:rsidP="00D76BBB">
            <w:pPr>
              <w:pStyle w:val="NoSpacing"/>
              <w:rPr>
                <w:rFonts w:ascii="Corbel" w:hAnsi="Corbel"/>
                <w:color w:val="7030A0"/>
              </w:rPr>
            </w:pPr>
          </w:p>
        </w:tc>
      </w:tr>
      <w:tr w:rsidR="00D76BBB" w:rsidRPr="00FE5839" w14:paraId="31BE1EFE" w14:textId="77777777" w:rsidTr="29CDF304">
        <w:trPr>
          <w:trHeight w:val="861"/>
        </w:trPr>
        <w:tc>
          <w:tcPr>
            <w:tcW w:w="3352" w:type="dxa"/>
            <w:shd w:val="clear" w:color="auto" w:fill="FFFFFF" w:themeFill="background1"/>
          </w:tcPr>
          <w:p w14:paraId="1FE782B1" w14:textId="4FBAA89A" w:rsidR="00D76BBB" w:rsidRPr="00FE5839" w:rsidRDefault="00D76BBB" w:rsidP="00D76BBB">
            <w:pPr>
              <w:spacing w:after="0" w:line="240" w:lineRule="auto"/>
              <w:rPr>
                <w:rFonts w:ascii="Corbel" w:hAnsi="Corbel"/>
                <w:color w:val="7030A0"/>
              </w:rPr>
            </w:pPr>
            <w:r w:rsidRPr="00FE5839">
              <w:rPr>
                <w:rFonts w:ascii="Corbel" w:hAnsi="Corbel"/>
                <w:color w:val="7030A0"/>
              </w:rPr>
              <w:t>Supporting Pupils at School with Medical Conditions</w:t>
            </w:r>
          </w:p>
        </w:tc>
        <w:tc>
          <w:tcPr>
            <w:tcW w:w="3164" w:type="dxa"/>
            <w:shd w:val="clear" w:color="auto" w:fill="FFFFFF" w:themeFill="background1"/>
          </w:tcPr>
          <w:p w14:paraId="310AAE3F" w14:textId="35826036" w:rsidR="00D76BBB" w:rsidRPr="00FE5839" w:rsidRDefault="00D76BBB" w:rsidP="00D76BBB">
            <w:pPr>
              <w:pStyle w:val="NoSpacing"/>
              <w:rPr>
                <w:rFonts w:ascii="Corbel" w:hAnsi="Corbel"/>
                <w:color w:val="7030A0"/>
              </w:rPr>
            </w:pPr>
          </w:p>
        </w:tc>
        <w:tc>
          <w:tcPr>
            <w:tcW w:w="2551" w:type="dxa"/>
            <w:shd w:val="clear" w:color="auto" w:fill="FFFFFF" w:themeFill="background1"/>
          </w:tcPr>
          <w:p w14:paraId="01CB781D" w14:textId="51554F3F" w:rsidR="00D76BBB" w:rsidRPr="00FE5839" w:rsidRDefault="00D76BBB" w:rsidP="00D76BBB">
            <w:pPr>
              <w:pStyle w:val="NoSpacing"/>
              <w:rPr>
                <w:rFonts w:ascii="Corbel" w:hAnsi="Corbel"/>
                <w:color w:val="7030A0"/>
              </w:rPr>
            </w:pPr>
          </w:p>
        </w:tc>
        <w:tc>
          <w:tcPr>
            <w:tcW w:w="2268" w:type="dxa"/>
            <w:shd w:val="clear" w:color="auto" w:fill="FFFFFF" w:themeFill="background1"/>
          </w:tcPr>
          <w:p w14:paraId="1FCA5F7E" w14:textId="41541278" w:rsidR="00D76BBB" w:rsidRPr="00FE5839" w:rsidRDefault="00D76BBB" w:rsidP="00D76BBB">
            <w:pPr>
              <w:pStyle w:val="NoSpacing"/>
              <w:rPr>
                <w:rFonts w:ascii="Corbel" w:hAnsi="Corbel"/>
                <w:color w:val="7030A0"/>
              </w:rPr>
            </w:pPr>
          </w:p>
        </w:tc>
      </w:tr>
    </w:tbl>
    <w:p w14:paraId="24CACF3E" w14:textId="01FA218E" w:rsidR="29CDF304" w:rsidRDefault="29CDF304"/>
    <w:p w14:paraId="7DD50A50" w14:textId="77777777" w:rsidR="00FE5839" w:rsidRPr="00FE5839" w:rsidRDefault="00FE5839" w:rsidP="00FE5839">
      <w:pPr>
        <w:spacing w:after="0"/>
        <w:rPr>
          <w:rFonts w:ascii="Corbel" w:hAnsi="Corbel"/>
          <w:color w:val="7030A0"/>
        </w:rPr>
      </w:pPr>
    </w:p>
    <w:p w14:paraId="16EE6352" w14:textId="3D2DE379" w:rsidR="00FE5839" w:rsidRPr="00FE5839" w:rsidRDefault="54019576" w:rsidP="29CDF304">
      <w:pPr>
        <w:rPr>
          <w:rFonts w:ascii="Corbel" w:hAnsi="Corbel"/>
          <w:i/>
          <w:iCs/>
          <w:color w:val="0070C0"/>
        </w:rPr>
      </w:pPr>
      <w:r w:rsidRPr="29CDF304">
        <w:rPr>
          <w:rFonts w:ascii="Corbel" w:hAnsi="Corbel"/>
          <w:i/>
          <w:iCs/>
          <w:color w:val="0070C0"/>
        </w:rPr>
        <w:t xml:space="preserve">*Academies may use an excel version of this form to track the checks training and add extra rows for specific training </w:t>
      </w:r>
    </w:p>
    <w:p w14:paraId="79B84C03" w14:textId="5714FF4E" w:rsidR="00FE5839" w:rsidRPr="00FE5839" w:rsidRDefault="00FE5839">
      <w:pPr>
        <w:rPr>
          <w:rFonts w:ascii="Corbel" w:hAnsi="Corbel"/>
        </w:rPr>
      </w:pPr>
    </w:p>
    <w:p w14:paraId="33F50EA0" w14:textId="629F8557" w:rsidR="00FE5839" w:rsidRDefault="00FE5839">
      <w:pPr>
        <w:rPr>
          <w:rFonts w:ascii="Corbel" w:hAnsi="Corbel"/>
          <w:color w:val="EE0000"/>
        </w:rPr>
      </w:pPr>
    </w:p>
    <w:p w14:paraId="1CCB3C17" w14:textId="6E02A430" w:rsidR="00FE5839" w:rsidRDefault="00FE5839">
      <w:pPr>
        <w:rPr>
          <w:rFonts w:ascii="Corbel" w:hAnsi="Corbel"/>
          <w:color w:val="EE0000"/>
        </w:rPr>
      </w:pPr>
    </w:p>
    <w:p w14:paraId="7661AA37" w14:textId="77777777" w:rsidR="00FE5839" w:rsidRPr="0001375A" w:rsidRDefault="00FE5839">
      <w:pPr>
        <w:rPr>
          <w:rFonts w:ascii="Corbel" w:hAnsi="Corbel"/>
          <w:color w:val="EE0000"/>
        </w:rPr>
        <w:sectPr w:rsidR="00FE5839" w:rsidRPr="0001375A" w:rsidSect="00BA248E">
          <w:pgSz w:w="12240" w:h="15840"/>
          <w:pgMar w:top="284" w:right="616" w:bottom="709" w:left="567" w:header="720" w:footer="0" w:gutter="0"/>
          <w:cols w:space="720"/>
          <w:docGrid w:linePitch="360"/>
        </w:sectPr>
      </w:pPr>
    </w:p>
    <w:p w14:paraId="37023BBA" w14:textId="38C42D3A" w:rsidR="00E07EC1" w:rsidRPr="00BD3500" w:rsidRDefault="003933E5" w:rsidP="00E07EC1">
      <w:pPr>
        <w:pStyle w:val="BodyText"/>
        <w:tabs>
          <w:tab w:val="left" w:pos="4485"/>
          <w:tab w:val="left" w:pos="5070"/>
        </w:tabs>
        <w:rPr>
          <w:rFonts w:ascii="Times New Roman"/>
          <w:sz w:val="28"/>
        </w:rPr>
      </w:pPr>
      <w:r w:rsidRPr="00372F65">
        <w:rPr>
          <w:rFonts w:ascii="KG Primary Penmanship 2" w:hAnsi="KG Primary Penmanship 2"/>
          <w:b/>
          <w:bCs/>
          <w:i/>
          <w:iCs/>
          <w:noProof/>
          <w:color w:val="0070C0"/>
          <w:sz w:val="32"/>
          <w:lang w:eastAsia="en-GB"/>
        </w:rPr>
        <w:lastRenderedPageBreak/>
        <w:drawing>
          <wp:anchor distT="0" distB="0" distL="114300" distR="114300" simplePos="0" relativeHeight="251715584" behindDoc="0" locked="0" layoutInCell="1" allowOverlap="1" wp14:anchorId="5907E8EE" wp14:editId="1C0CB538">
            <wp:simplePos x="0" y="0"/>
            <wp:positionH relativeFrom="margin">
              <wp:align>right</wp:align>
            </wp:positionH>
            <wp:positionV relativeFrom="paragraph">
              <wp:posOffset>-302895</wp:posOffset>
            </wp:positionV>
            <wp:extent cx="999224" cy="667903"/>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9667"/>
                    <a:stretch/>
                  </pic:blipFill>
                  <pic:spPr bwMode="auto">
                    <a:xfrm>
                      <a:off x="0" y="0"/>
                      <a:ext cx="999224" cy="66790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162A" w:rsidRPr="0001375A">
        <w:rPr>
          <w:rFonts w:ascii="Corbel" w:hAnsi="Corbel"/>
          <w:b/>
          <w:noProof/>
          <w:sz w:val="18"/>
          <w:lang w:val="en-GB" w:eastAsia="en-GB"/>
        </w:rPr>
        <mc:AlternateContent>
          <mc:Choice Requires="wps">
            <w:drawing>
              <wp:anchor distT="0" distB="0" distL="114300" distR="114300" simplePos="0" relativeHeight="251669504" behindDoc="0" locked="0" layoutInCell="1" allowOverlap="1" wp14:anchorId="4ED0B8B2" wp14:editId="4347E90B">
                <wp:simplePos x="0" y="0"/>
                <wp:positionH relativeFrom="margin">
                  <wp:posOffset>1301964</wp:posOffset>
                </wp:positionH>
                <wp:positionV relativeFrom="paragraph">
                  <wp:posOffset>-283717</wp:posOffset>
                </wp:positionV>
                <wp:extent cx="1647825" cy="752475"/>
                <wp:effectExtent l="0" t="0" r="9525" b="9525"/>
                <wp:wrapNone/>
                <wp:docPr id="39" name="Freeform 39"/>
                <wp:cNvGraphicFramePr/>
                <a:graphic xmlns:a="http://schemas.openxmlformats.org/drawingml/2006/main">
                  <a:graphicData uri="http://schemas.microsoft.com/office/word/2010/wordprocessingShape">
                    <wps:wsp>
                      <wps:cNvSpPr/>
                      <wps:spPr>
                        <a:xfrm>
                          <a:off x="0" y="0"/>
                          <a:ext cx="1647825" cy="752475"/>
                        </a:xfrm>
                        <a:custGeom>
                          <a:avLst/>
                          <a:gdLst/>
                          <a:ahLst/>
                          <a:cxnLst/>
                          <a:rect l="l" t="t" r="r" b="b"/>
                          <a:pathLst>
                            <a:path w="3977490" h="2027650">
                              <a:moveTo>
                                <a:pt x="0" y="0"/>
                              </a:moveTo>
                              <a:lnTo>
                                <a:pt x="3977490" y="0"/>
                              </a:lnTo>
                              <a:lnTo>
                                <a:pt x="3977490" y="2027650"/>
                              </a:lnTo>
                              <a:lnTo>
                                <a:pt x="0" y="2027650"/>
                              </a:lnTo>
                              <a:lnTo>
                                <a:pt x="0" y="0"/>
                              </a:lnTo>
                              <a:close/>
                            </a:path>
                          </a:pathLst>
                        </a:custGeom>
                        <a:blipFill>
                          <a:blip r:embed="rId19"/>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33914435" id="Freeform 39" o:spid="_x0000_s1026" style="position:absolute;margin-left:102.5pt;margin-top:-22.35pt;width:129.75pt;height:59.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3977490,2027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" path="m,l3977490,r,2027650l,2027650,,xe" stroked="f">
                <v:fill r:id="rId20" o:title="" recolor="t" rotate="t" type="frame"/>
                <v:path arrowok="t"/>
                <w10:wrap anchorx="margin"/>
              </v:shape>
            </w:pict>
          </mc:Fallback>
        </mc:AlternateContent>
      </w:r>
      <w:r w:rsidR="0071162A" w:rsidRPr="0001375A">
        <w:rPr>
          <w:rFonts w:ascii="Corbel" w:hAnsi="Corbel"/>
          <w:b/>
        </w:rPr>
        <w:t xml:space="preserve">Appendix </w:t>
      </w:r>
      <w:r w:rsidR="00B376F3">
        <w:rPr>
          <w:rFonts w:ascii="Corbel" w:hAnsi="Corbel"/>
          <w:b/>
        </w:rPr>
        <w:t>4</w:t>
      </w:r>
      <w:r w:rsidR="00E07EC1">
        <w:rPr>
          <w:rFonts w:ascii="Times New Roman"/>
          <w:sz w:val="28"/>
        </w:rPr>
        <w:tab/>
      </w:r>
      <w:r w:rsidR="00E07EC1">
        <w:rPr>
          <w:rFonts w:ascii="Times New Roman"/>
          <w:sz w:val="28"/>
        </w:rPr>
        <w:tab/>
      </w:r>
      <w:r w:rsidR="00E07EC1" w:rsidRPr="00217A98">
        <w:rPr>
          <w:rFonts w:ascii="Corbel" w:hAnsi="Corbel"/>
          <w:b/>
          <w:sz w:val="36"/>
          <w:szCs w:val="32"/>
        </w:rPr>
        <w:t>Paediatric First Aid Training Record</w:t>
      </w:r>
    </w:p>
    <w:tbl>
      <w:tblPr>
        <w:tblStyle w:val="TableGrid"/>
        <w:tblpPr w:leftFromText="180" w:rightFromText="180" w:vertAnchor="text" w:horzAnchor="margin" w:tblpY="150"/>
        <w:tblW w:w="14479" w:type="dxa"/>
        <w:tblLook w:val="04A0" w:firstRow="1" w:lastRow="0" w:firstColumn="1" w:lastColumn="0" w:noHBand="0" w:noVBand="1"/>
      </w:tblPr>
      <w:tblGrid>
        <w:gridCol w:w="2071"/>
        <w:gridCol w:w="2077"/>
        <w:gridCol w:w="2071"/>
        <w:gridCol w:w="2077"/>
        <w:gridCol w:w="2077"/>
        <w:gridCol w:w="2062"/>
        <w:gridCol w:w="2044"/>
      </w:tblGrid>
      <w:tr w:rsidR="0071162A" w14:paraId="705314C0" w14:textId="77777777" w:rsidTr="00E07EC1">
        <w:trPr>
          <w:trHeight w:val="907"/>
        </w:trPr>
        <w:tc>
          <w:tcPr>
            <w:tcW w:w="2071" w:type="dxa"/>
          </w:tcPr>
          <w:p w14:paraId="4AF94EF1" w14:textId="77777777" w:rsidR="0071162A" w:rsidRDefault="0071162A" w:rsidP="0071162A">
            <w:pPr>
              <w:jc w:val="center"/>
              <w:rPr>
                <w:rFonts w:ascii="Corbel" w:hAnsi="Corbel"/>
                <w:noProof/>
                <w:lang w:val="en-GB" w:eastAsia="en-GB"/>
              </w:rPr>
            </w:pPr>
          </w:p>
          <w:p w14:paraId="59564093" w14:textId="77777777" w:rsidR="0071162A" w:rsidRDefault="0071162A" w:rsidP="0071162A">
            <w:pPr>
              <w:jc w:val="center"/>
              <w:rPr>
                <w:rFonts w:ascii="Corbel" w:hAnsi="Corbel"/>
                <w:noProof/>
                <w:lang w:val="en-GB" w:eastAsia="en-GB"/>
              </w:rPr>
            </w:pPr>
          </w:p>
          <w:p w14:paraId="5CF83D1D" w14:textId="77777777" w:rsidR="0071162A" w:rsidRDefault="0071162A" w:rsidP="0071162A">
            <w:pPr>
              <w:jc w:val="center"/>
              <w:rPr>
                <w:rFonts w:ascii="Corbel" w:hAnsi="Corbel"/>
                <w:noProof/>
                <w:lang w:val="en-GB" w:eastAsia="en-GB"/>
              </w:rPr>
            </w:pPr>
          </w:p>
          <w:p w14:paraId="3A4D6916"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46C54BE1" w14:textId="77777777" w:rsidR="0071162A" w:rsidRDefault="0071162A" w:rsidP="0071162A">
            <w:pPr>
              <w:jc w:val="center"/>
              <w:rPr>
                <w:rFonts w:ascii="Corbel" w:hAnsi="Corbel"/>
                <w:noProof/>
                <w:lang w:val="en-GB" w:eastAsia="en-GB"/>
              </w:rPr>
            </w:pPr>
          </w:p>
          <w:p w14:paraId="2A072589" w14:textId="77777777" w:rsidR="0071162A" w:rsidRDefault="0071162A" w:rsidP="0071162A">
            <w:pPr>
              <w:pStyle w:val="BodyText"/>
              <w:jc w:val="center"/>
              <w:rPr>
                <w:rFonts w:ascii="Corbel" w:hAnsi="Corbel"/>
              </w:rPr>
            </w:pPr>
          </w:p>
          <w:p w14:paraId="6BBA22B6" w14:textId="635942D6" w:rsidR="0071162A" w:rsidRPr="00BD3500" w:rsidRDefault="0071162A" w:rsidP="0071162A">
            <w:pPr>
              <w:pStyle w:val="BodyText"/>
              <w:rPr>
                <w:rFonts w:ascii="Corbel" w:hAnsi="Corbel"/>
              </w:rPr>
            </w:pPr>
          </w:p>
        </w:tc>
        <w:tc>
          <w:tcPr>
            <w:tcW w:w="2077" w:type="dxa"/>
          </w:tcPr>
          <w:p w14:paraId="19FCDD3E" w14:textId="77777777" w:rsidR="0071162A" w:rsidRDefault="0071162A" w:rsidP="0071162A">
            <w:pPr>
              <w:pStyle w:val="BodyText"/>
              <w:jc w:val="center"/>
              <w:rPr>
                <w:rFonts w:ascii="Corbel" w:hAnsi="Corbel"/>
              </w:rPr>
            </w:pPr>
          </w:p>
          <w:p w14:paraId="14C05996" w14:textId="77777777" w:rsidR="0071162A" w:rsidRDefault="0071162A" w:rsidP="0071162A">
            <w:pPr>
              <w:pStyle w:val="BodyText"/>
              <w:jc w:val="center"/>
              <w:rPr>
                <w:rFonts w:ascii="Corbel" w:hAnsi="Corbel"/>
              </w:rPr>
            </w:pPr>
          </w:p>
          <w:p w14:paraId="32397C9A"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626DE0C2" w14:textId="77777777" w:rsidR="0071162A" w:rsidRDefault="0071162A" w:rsidP="0071162A">
            <w:pPr>
              <w:pStyle w:val="BodyText"/>
              <w:rPr>
                <w:rFonts w:ascii="Corbel" w:hAnsi="Corbel"/>
              </w:rPr>
            </w:pPr>
          </w:p>
          <w:p w14:paraId="5ED29FA5" w14:textId="7BC2529C" w:rsidR="0071162A" w:rsidRPr="00BD3500" w:rsidRDefault="0071162A" w:rsidP="0071162A">
            <w:pPr>
              <w:pStyle w:val="BodyText"/>
              <w:rPr>
                <w:rFonts w:ascii="Corbel" w:hAnsi="Corbel"/>
              </w:rPr>
            </w:pPr>
          </w:p>
        </w:tc>
        <w:tc>
          <w:tcPr>
            <w:tcW w:w="2071" w:type="dxa"/>
          </w:tcPr>
          <w:p w14:paraId="2C5450E3" w14:textId="77777777" w:rsidR="0071162A" w:rsidRDefault="0071162A" w:rsidP="0071162A">
            <w:pPr>
              <w:jc w:val="center"/>
              <w:rPr>
                <w:rFonts w:ascii="Corbel" w:hAnsi="Corbel"/>
                <w:noProof/>
                <w:lang w:val="en-GB" w:eastAsia="en-GB"/>
              </w:rPr>
            </w:pPr>
          </w:p>
          <w:p w14:paraId="39AFE936" w14:textId="77777777" w:rsidR="0071162A" w:rsidRDefault="0071162A" w:rsidP="0071162A">
            <w:pPr>
              <w:jc w:val="center"/>
              <w:rPr>
                <w:rFonts w:ascii="Corbel" w:hAnsi="Corbel"/>
                <w:noProof/>
                <w:lang w:val="en-GB" w:eastAsia="en-GB"/>
              </w:rPr>
            </w:pPr>
          </w:p>
          <w:p w14:paraId="2C9280CE" w14:textId="77777777" w:rsidR="0071162A" w:rsidRDefault="0071162A" w:rsidP="0071162A">
            <w:pPr>
              <w:jc w:val="center"/>
              <w:rPr>
                <w:rFonts w:ascii="Corbel" w:hAnsi="Corbel"/>
                <w:noProof/>
                <w:lang w:val="en-GB" w:eastAsia="en-GB"/>
              </w:rPr>
            </w:pPr>
          </w:p>
          <w:p w14:paraId="0B641D8E"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1ACE8557" w14:textId="77777777" w:rsidR="0071162A" w:rsidRDefault="0071162A" w:rsidP="0071162A">
            <w:pPr>
              <w:jc w:val="center"/>
              <w:rPr>
                <w:rFonts w:ascii="Corbel" w:hAnsi="Corbel"/>
                <w:noProof/>
                <w:lang w:val="en-GB" w:eastAsia="en-GB"/>
              </w:rPr>
            </w:pPr>
          </w:p>
          <w:p w14:paraId="51435CC6" w14:textId="21FBBEF8" w:rsidR="0071162A" w:rsidRPr="00BD3500" w:rsidRDefault="0071162A" w:rsidP="0071162A">
            <w:pPr>
              <w:pStyle w:val="BodyText"/>
              <w:jc w:val="center"/>
              <w:rPr>
                <w:rFonts w:ascii="Corbel" w:hAnsi="Corbel"/>
              </w:rPr>
            </w:pPr>
          </w:p>
        </w:tc>
        <w:tc>
          <w:tcPr>
            <w:tcW w:w="2077" w:type="dxa"/>
          </w:tcPr>
          <w:p w14:paraId="7FDE0948" w14:textId="77777777" w:rsidR="0071162A" w:rsidRDefault="0071162A" w:rsidP="0071162A">
            <w:pPr>
              <w:pStyle w:val="BodyText"/>
              <w:jc w:val="center"/>
              <w:rPr>
                <w:rFonts w:ascii="Corbel" w:hAnsi="Corbel"/>
              </w:rPr>
            </w:pPr>
          </w:p>
          <w:p w14:paraId="04171595" w14:textId="77777777" w:rsidR="0071162A" w:rsidRDefault="0071162A" w:rsidP="0071162A">
            <w:pPr>
              <w:pStyle w:val="BodyText"/>
              <w:jc w:val="center"/>
              <w:rPr>
                <w:rFonts w:ascii="Corbel" w:hAnsi="Corbel"/>
              </w:rPr>
            </w:pPr>
          </w:p>
          <w:p w14:paraId="04A3A383"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14C49CC7" w14:textId="77777777" w:rsidR="0071162A" w:rsidRDefault="0071162A" w:rsidP="0071162A">
            <w:pPr>
              <w:pStyle w:val="BodyText"/>
              <w:rPr>
                <w:rFonts w:ascii="Corbel" w:hAnsi="Corbel"/>
              </w:rPr>
            </w:pPr>
          </w:p>
          <w:p w14:paraId="204AFDFC" w14:textId="4C106C74" w:rsidR="0071162A" w:rsidRPr="00BD3500" w:rsidRDefault="0071162A" w:rsidP="0071162A">
            <w:pPr>
              <w:pStyle w:val="BodyText"/>
              <w:jc w:val="center"/>
              <w:rPr>
                <w:rFonts w:ascii="Corbel" w:hAnsi="Corbel"/>
              </w:rPr>
            </w:pPr>
          </w:p>
        </w:tc>
        <w:tc>
          <w:tcPr>
            <w:tcW w:w="2077" w:type="dxa"/>
          </w:tcPr>
          <w:p w14:paraId="55BF3D02" w14:textId="77777777" w:rsidR="0071162A" w:rsidRDefault="0071162A" w:rsidP="0071162A">
            <w:pPr>
              <w:jc w:val="center"/>
              <w:rPr>
                <w:rFonts w:ascii="Corbel" w:hAnsi="Corbel"/>
                <w:noProof/>
                <w:lang w:val="en-GB" w:eastAsia="en-GB"/>
              </w:rPr>
            </w:pPr>
          </w:p>
          <w:p w14:paraId="249450D7" w14:textId="77777777" w:rsidR="0071162A" w:rsidRDefault="0071162A" w:rsidP="0071162A">
            <w:pPr>
              <w:jc w:val="center"/>
              <w:rPr>
                <w:rFonts w:ascii="Corbel" w:hAnsi="Corbel"/>
                <w:noProof/>
                <w:lang w:val="en-GB" w:eastAsia="en-GB"/>
              </w:rPr>
            </w:pPr>
          </w:p>
          <w:p w14:paraId="68EE1D26" w14:textId="77777777" w:rsidR="0071162A" w:rsidRDefault="0071162A" w:rsidP="0071162A">
            <w:pPr>
              <w:jc w:val="center"/>
              <w:rPr>
                <w:rFonts w:ascii="Corbel" w:hAnsi="Corbel"/>
                <w:noProof/>
                <w:lang w:val="en-GB" w:eastAsia="en-GB"/>
              </w:rPr>
            </w:pPr>
          </w:p>
          <w:p w14:paraId="11E11ADE"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03D064E2" w14:textId="77777777" w:rsidR="0071162A" w:rsidRDefault="0071162A" w:rsidP="0071162A">
            <w:pPr>
              <w:jc w:val="center"/>
              <w:rPr>
                <w:rFonts w:ascii="Corbel" w:hAnsi="Corbel"/>
                <w:noProof/>
                <w:lang w:val="en-GB" w:eastAsia="en-GB"/>
              </w:rPr>
            </w:pPr>
          </w:p>
          <w:p w14:paraId="77FE6F28" w14:textId="17BD1501" w:rsidR="0071162A" w:rsidRPr="00BD3500" w:rsidRDefault="0071162A" w:rsidP="0071162A">
            <w:pPr>
              <w:pStyle w:val="BodyText"/>
              <w:jc w:val="center"/>
              <w:rPr>
                <w:rFonts w:ascii="Corbel" w:hAnsi="Corbel"/>
              </w:rPr>
            </w:pPr>
          </w:p>
        </w:tc>
        <w:tc>
          <w:tcPr>
            <w:tcW w:w="2062" w:type="dxa"/>
          </w:tcPr>
          <w:p w14:paraId="6CBAE859" w14:textId="77777777" w:rsidR="0071162A" w:rsidRDefault="0071162A" w:rsidP="0071162A">
            <w:pPr>
              <w:pStyle w:val="BodyText"/>
              <w:jc w:val="center"/>
              <w:rPr>
                <w:rFonts w:ascii="Corbel" w:hAnsi="Corbel"/>
              </w:rPr>
            </w:pPr>
          </w:p>
          <w:p w14:paraId="59708BA7" w14:textId="77777777" w:rsidR="0071162A" w:rsidRDefault="0071162A" w:rsidP="0071162A">
            <w:pPr>
              <w:pStyle w:val="BodyText"/>
              <w:jc w:val="center"/>
              <w:rPr>
                <w:rFonts w:ascii="Corbel" w:hAnsi="Corbel"/>
              </w:rPr>
            </w:pPr>
          </w:p>
          <w:p w14:paraId="4DAA601B"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1C35CEDE" w14:textId="77777777" w:rsidR="0071162A" w:rsidRDefault="0071162A" w:rsidP="0071162A">
            <w:pPr>
              <w:pStyle w:val="BodyText"/>
              <w:rPr>
                <w:rFonts w:ascii="Corbel" w:hAnsi="Corbel"/>
              </w:rPr>
            </w:pPr>
          </w:p>
          <w:p w14:paraId="76FB3DBA" w14:textId="08BF9D2B" w:rsidR="0071162A" w:rsidRPr="00BD3500" w:rsidRDefault="0071162A" w:rsidP="0071162A">
            <w:pPr>
              <w:pStyle w:val="BodyText"/>
              <w:jc w:val="center"/>
              <w:rPr>
                <w:rFonts w:ascii="Corbel" w:hAnsi="Corbel"/>
              </w:rPr>
            </w:pPr>
          </w:p>
        </w:tc>
        <w:tc>
          <w:tcPr>
            <w:tcW w:w="2044" w:type="dxa"/>
          </w:tcPr>
          <w:p w14:paraId="574DD311" w14:textId="77777777" w:rsidR="0071162A" w:rsidRDefault="0071162A" w:rsidP="0071162A">
            <w:pPr>
              <w:pStyle w:val="BodyText"/>
              <w:jc w:val="center"/>
              <w:rPr>
                <w:rFonts w:ascii="Corbel" w:hAnsi="Corbel"/>
              </w:rPr>
            </w:pPr>
          </w:p>
          <w:p w14:paraId="5FA72AC2" w14:textId="77777777" w:rsidR="0071162A" w:rsidRDefault="0071162A" w:rsidP="0071162A">
            <w:pPr>
              <w:pStyle w:val="BodyText"/>
              <w:jc w:val="center"/>
              <w:rPr>
                <w:rFonts w:ascii="Corbel" w:hAnsi="Corbel"/>
              </w:rPr>
            </w:pPr>
          </w:p>
          <w:p w14:paraId="2B2050C9"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1F7BED80" w14:textId="77777777" w:rsidR="0071162A" w:rsidRPr="00BD3500" w:rsidRDefault="0071162A" w:rsidP="0071162A">
            <w:pPr>
              <w:pStyle w:val="BodyText"/>
              <w:jc w:val="center"/>
              <w:rPr>
                <w:rFonts w:ascii="Corbel" w:hAnsi="Corbel"/>
              </w:rPr>
            </w:pPr>
          </w:p>
        </w:tc>
      </w:tr>
      <w:tr w:rsidR="0071162A" w:rsidRPr="00CE2EB9" w14:paraId="4FE5D66A" w14:textId="77777777" w:rsidTr="00E07EC1">
        <w:trPr>
          <w:trHeight w:val="220"/>
        </w:trPr>
        <w:tc>
          <w:tcPr>
            <w:tcW w:w="2071" w:type="dxa"/>
            <w:shd w:val="clear" w:color="auto" w:fill="D9D9D9" w:themeFill="background1" w:themeFillShade="D9"/>
          </w:tcPr>
          <w:p w14:paraId="3E4FEE01" w14:textId="527894FE" w:rsidR="0071162A" w:rsidRPr="00CE2EB9" w:rsidRDefault="0071162A" w:rsidP="0071162A">
            <w:pPr>
              <w:jc w:val="center"/>
              <w:rPr>
                <w:rFonts w:ascii="Corbel" w:eastAsia="Times New Roman" w:hAnsi="Corbel" w:cs="Times New Roman"/>
                <w:b/>
                <w:lang w:val="en-GB" w:eastAsia="en-GB"/>
              </w:rPr>
            </w:pPr>
            <w:r>
              <w:rPr>
                <w:rFonts w:ascii="Corbel" w:eastAsia="Times New Roman" w:hAnsi="Corbel" w:cs="Times New Roman"/>
                <w:b/>
                <w:lang w:val="en-GB" w:eastAsia="en-GB"/>
              </w:rPr>
              <w:t>Staff name</w:t>
            </w:r>
          </w:p>
        </w:tc>
        <w:tc>
          <w:tcPr>
            <w:tcW w:w="2077" w:type="dxa"/>
            <w:shd w:val="clear" w:color="auto" w:fill="D9D9D9" w:themeFill="background1" w:themeFillShade="D9"/>
          </w:tcPr>
          <w:p w14:paraId="1B6A77B4" w14:textId="3213819C" w:rsidR="0071162A" w:rsidRPr="00CE2EB9" w:rsidRDefault="0071162A" w:rsidP="0071162A">
            <w:pPr>
              <w:pStyle w:val="BodyText"/>
              <w:jc w:val="center"/>
              <w:rPr>
                <w:rFonts w:ascii="Corbel" w:hAnsi="Corbel"/>
                <w:b/>
              </w:rPr>
            </w:pPr>
            <w:r>
              <w:rPr>
                <w:rFonts w:ascii="Corbel" w:eastAsia="Times New Roman" w:hAnsi="Corbel" w:cs="Times New Roman"/>
                <w:b/>
                <w:lang w:val="en-GB" w:eastAsia="en-GB"/>
              </w:rPr>
              <w:t>Staff name</w:t>
            </w:r>
          </w:p>
        </w:tc>
        <w:tc>
          <w:tcPr>
            <w:tcW w:w="2071" w:type="dxa"/>
            <w:shd w:val="clear" w:color="auto" w:fill="D9D9D9" w:themeFill="background1" w:themeFillShade="D9"/>
          </w:tcPr>
          <w:p w14:paraId="5E7EF7F9" w14:textId="306557AA" w:rsidR="0071162A" w:rsidRPr="00CE2EB9" w:rsidRDefault="0071162A" w:rsidP="0071162A">
            <w:pPr>
              <w:jc w:val="center"/>
              <w:rPr>
                <w:rFonts w:ascii="Corbel" w:hAnsi="Corbel"/>
                <w:b/>
              </w:rPr>
            </w:pPr>
            <w:r>
              <w:rPr>
                <w:rFonts w:ascii="Corbel" w:eastAsia="Times New Roman" w:hAnsi="Corbel" w:cs="Times New Roman"/>
                <w:b/>
                <w:lang w:val="en-GB" w:eastAsia="en-GB"/>
              </w:rPr>
              <w:t>Staff name</w:t>
            </w:r>
          </w:p>
        </w:tc>
        <w:tc>
          <w:tcPr>
            <w:tcW w:w="2077" w:type="dxa"/>
            <w:shd w:val="clear" w:color="auto" w:fill="D9D9D9" w:themeFill="background1" w:themeFillShade="D9"/>
          </w:tcPr>
          <w:p w14:paraId="47FC0584" w14:textId="5D6B0CCA" w:rsidR="0071162A" w:rsidRPr="00CE2EB9" w:rsidRDefault="0071162A" w:rsidP="0071162A">
            <w:pPr>
              <w:jc w:val="center"/>
              <w:rPr>
                <w:rFonts w:ascii="Corbel" w:hAnsi="Corbel"/>
                <w:b/>
              </w:rPr>
            </w:pPr>
            <w:r>
              <w:rPr>
                <w:rFonts w:ascii="Corbel" w:eastAsia="Times New Roman" w:hAnsi="Corbel" w:cs="Times New Roman"/>
                <w:b/>
                <w:lang w:val="en-GB" w:eastAsia="en-GB"/>
              </w:rPr>
              <w:t>Staff name</w:t>
            </w:r>
          </w:p>
        </w:tc>
        <w:tc>
          <w:tcPr>
            <w:tcW w:w="2077" w:type="dxa"/>
            <w:shd w:val="clear" w:color="auto" w:fill="D9D9D9" w:themeFill="background1" w:themeFillShade="D9"/>
          </w:tcPr>
          <w:p w14:paraId="2A6C6EAC" w14:textId="244AA2D3" w:rsidR="0071162A" w:rsidRPr="00CE2EB9" w:rsidRDefault="0071162A" w:rsidP="0071162A">
            <w:pPr>
              <w:jc w:val="center"/>
              <w:rPr>
                <w:rFonts w:ascii="Corbel" w:hAnsi="Corbel"/>
                <w:b/>
              </w:rPr>
            </w:pPr>
            <w:r>
              <w:rPr>
                <w:rFonts w:ascii="Corbel" w:eastAsia="Times New Roman" w:hAnsi="Corbel" w:cs="Times New Roman"/>
                <w:b/>
                <w:lang w:val="en-GB" w:eastAsia="en-GB"/>
              </w:rPr>
              <w:t>Staff name</w:t>
            </w:r>
          </w:p>
        </w:tc>
        <w:tc>
          <w:tcPr>
            <w:tcW w:w="2062" w:type="dxa"/>
            <w:shd w:val="clear" w:color="auto" w:fill="D9D9D9" w:themeFill="background1" w:themeFillShade="D9"/>
          </w:tcPr>
          <w:p w14:paraId="1CDE8E89" w14:textId="43F86D64" w:rsidR="0071162A" w:rsidRPr="00CE2EB9" w:rsidRDefault="0071162A" w:rsidP="0071162A">
            <w:pPr>
              <w:jc w:val="center"/>
              <w:rPr>
                <w:rFonts w:ascii="Corbel" w:hAnsi="Corbel"/>
                <w:b/>
              </w:rPr>
            </w:pPr>
            <w:r>
              <w:rPr>
                <w:rFonts w:ascii="Corbel" w:eastAsia="Times New Roman" w:hAnsi="Corbel" w:cs="Times New Roman"/>
                <w:b/>
                <w:lang w:val="en-GB" w:eastAsia="en-GB"/>
              </w:rPr>
              <w:t>Staff name</w:t>
            </w:r>
          </w:p>
        </w:tc>
        <w:tc>
          <w:tcPr>
            <w:tcW w:w="2044" w:type="dxa"/>
            <w:shd w:val="clear" w:color="auto" w:fill="D9D9D9" w:themeFill="background1" w:themeFillShade="D9"/>
          </w:tcPr>
          <w:p w14:paraId="210ECD47" w14:textId="7DC2B129" w:rsidR="0071162A" w:rsidRPr="00CE2EB9" w:rsidRDefault="0071162A" w:rsidP="0071162A">
            <w:pPr>
              <w:jc w:val="center"/>
              <w:rPr>
                <w:rFonts w:ascii="Corbel" w:hAnsi="Corbel"/>
                <w:b/>
              </w:rPr>
            </w:pPr>
            <w:r>
              <w:rPr>
                <w:rFonts w:ascii="Corbel" w:eastAsia="Times New Roman" w:hAnsi="Corbel" w:cs="Times New Roman"/>
                <w:b/>
                <w:lang w:val="en-GB" w:eastAsia="en-GB"/>
              </w:rPr>
              <w:t>Staff name</w:t>
            </w:r>
          </w:p>
        </w:tc>
      </w:tr>
      <w:tr w:rsidR="0071162A" w:rsidRPr="00CE2EB9" w14:paraId="260B933E" w14:textId="77777777" w:rsidTr="00E07EC1">
        <w:trPr>
          <w:trHeight w:val="129"/>
        </w:trPr>
        <w:tc>
          <w:tcPr>
            <w:tcW w:w="2071" w:type="dxa"/>
          </w:tcPr>
          <w:p w14:paraId="3F5F6E22" w14:textId="35B66209" w:rsidR="0071162A" w:rsidRPr="00CE2EB9" w:rsidRDefault="0071162A" w:rsidP="0071162A">
            <w:pPr>
              <w:jc w:val="center"/>
              <w:rPr>
                <w:rFonts w:ascii="Corbel" w:hAnsi="Corbel"/>
              </w:rPr>
            </w:pPr>
            <w:r>
              <w:rPr>
                <w:rFonts w:ascii="Corbel" w:hAnsi="Corbel"/>
              </w:rPr>
              <w:t>Staff role</w:t>
            </w:r>
          </w:p>
        </w:tc>
        <w:tc>
          <w:tcPr>
            <w:tcW w:w="2077" w:type="dxa"/>
          </w:tcPr>
          <w:p w14:paraId="4B10EF15" w14:textId="315FFD70" w:rsidR="0071162A" w:rsidRPr="00CE2EB9" w:rsidRDefault="0071162A" w:rsidP="0071162A">
            <w:pPr>
              <w:jc w:val="center"/>
              <w:rPr>
                <w:rFonts w:ascii="Corbel" w:hAnsi="Corbel"/>
              </w:rPr>
            </w:pPr>
            <w:r>
              <w:rPr>
                <w:rFonts w:ascii="Corbel" w:hAnsi="Corbel"/>
              </w:rPr>
              <w:t>Staff role</w:t>
            </w:r>
          </w:p>
        </w:tc>
        <w:tc>
          <w:tcPr>
            <w:tcW w:w="2071" w:type="dxa"/>
          </w:tcPr>
          <w:p w14:paraId="63B0E593" w14:textId="3AE0DE90" w:rsidR="0071162A" w:rsidRPr="00CE2EB9" w:rsidRDefault="0071162A" w:rsidP="0071162A">
            <w:pPr>
              <w:pStyle w:val="BodyText"/>
              <w:jc w:val="center"/>
              <w:rPr>
                <w:rFonts w:ascii="Corbel" w:hAnsi="Corbel"/>
              </w:rPr>
            </w:pPr>
            <w:r>
              <w:rPr>
                <w:rFonts w:ascii="Corbel" w:hAnsi="Corbel"/>
              </w:rPr>
              <w:t>Staff role</w:t>
            </w:r>
          </w:p>
        </w:tc>
        <w:tc>
          <w:tcPr>
            <w:tcW w:w="2077" w:type="dxa"/>
          </w:tcPr>
          <w:p w14:paraId="1464164A" w14:textId="6ED67CDE" w:rsidR="0071162A" w:rsidRPr="00CE2EB9" w:rsidRDefault="0071162A" w:rsidP="0071162A">
            <w:pPr>
              <w:jc w:val="center"/>
              <w:rPr>
                <w:rFonts w:ascii="Corbel" w:hAnsi="Corbel"/>
              </w:rPr>
            </w:pPr>
            <w:r>
              <w:rPr>
                <w:rFonts w:ascii="Corbel" w:hAnsi="Corbel"/>
              </w:rPr>
              <w:t>Staff role</w:t>
            </w:r>
          </w:p>
        </w:tc>
        <w:tc>
          <w:tcPr>
            <w:tcW w:w="2077" w:type="dxa"/>
          </w:tcPr>
          <w:p w14:paraId="5EB7DF36" w14:textId="5E553F9C" w:rsidR="0071162A" w:rsidRPr="00CE2EB9" w:rsidRDefault="0071162A" w:rsidP="0071162A">
            <w:pPr>
              <w:jc w:val="center"/>
              <w:rPr>
                <w:rFonts w:ascii="Corbel" w:hAnsi="Corbel"/>
              </w:rPr>
            </w:pPr>
            <w:r>
              <w:rPr>
                <w:rFonts w:ascii="Corbel" w:hAnsi="Corbel"/>
              </w:rPr>
              <w:t>Staff role</w:t>
            </w:r>
          </w:p>
        </w:tc>
        <w:tc>
          <w:tcPr>
            <w:tcW w:w="2062" w:type="dxa"/>
          </w:tcPr>
          <w:p w14:paraId="4EFAFBA6" w14:textId="2C8977B6" w:rsidR="0071162A" w:rsidRPr="00CE2EB9" w:rsidRDefault="0071162A" w:rsidP="0071162A">
            <w:pPr>
              <w:jc w:val="center"/>
              <w:rPr>
                <w:rFonts w:ascii="Corbel" w:hAnsi="Corbel"/>
              </w:rPr>
            </w:pPr>
            <w:r>
              <w:rPr>
                <w:rFonts w:ascii="Corbel" w:hAnsi="Corbel"/>
              </w:rPr>
              <w:t>Staff role</w:t>
            </w:r>
          </w:p>
        </w:tc>
        <w:tc>
          <w:tcPr>
            <w:tcW w:w="2044" w:type="dxa"/>
          </w:tcPr>
          <w:p w14:paraId="0D94F1C4" w14:textId="311360F1" w:rsidR="0071162A" w:rsidRPr="00CE2EB9" w:rsidRDefault="0071162A" w:rsidP="0071162A">
            <w:pPr>
              <w:jc w:val="center"/>
              <w:rPr>
                <w:rFonts w:ascii="Corbel" w:hAnsi="Corbel"/>
              </w:rPr>
            </w:pPr>
            <w:r>
              <w:rPr>
                <w:rFonts w:ascii="Corbel" w:hAnsi="Corbel"/>
              </w:rPr>
              <w:t>Staff role</w:t>
            </w:r>
          </w:p>
        </w:tc>
      </w:tr>
      <w:tr w:rsidR="0071162A" w:rsidRPr="00CE2EB9" w14:paraId="7355FE69" w14:textId="77777777" w:rsidTr="00E07EC1">
        <w:trPr>
          <w:trHeight w:val="272"/>
        </w:trPr>
        <w:tc>
          <w:tcPr>
            <w:tcW w:w="2071" w:type="dxa"/>
          </w:tcPr>
          <w:p w14:paraId="251C7D5A" w14:textId="2EBFE830" w:rsidR="0071162A" w:rsidRPr="00CE2EB9" w:rsidRDefault="0071162A" w:rsidP="0071162A">
            <w:pPr>
              <w:shd w:val="clear" w:color="auto" w:fill="FFFFFF"/>
              <w:jc w:val="center"/>
              <w:textAlignment w:val="baseline"/>
              <w:rPr>
                <w:rFonts w:ascii="Corbel" w:eastAsia="Times New Roman" w:hAnsi="Corbel" w:cs="Calibri"/>
                <w:color w:val="000000"/>
                <w:lang w:val="en-GB" w:eastAsia="en-GB"/>
              </w:rPr>
            </w:pPr>
            <w:r>
              <w:rPr>
                <w:rFonts w:ascii="Corbel" w:eastAsia="Times New Roman" w:hAnsi="Corbel" w:cs="Calibri"/>
                <w:color w:val="000000"/>
                <w:lang w:val="en-GB" w:eastAsia="en-GB"/>
              </w:rPr>
              <w:t>Start &amp; end date</w:t>
            </w:r>
          </w:p>
        </w:tc>
        <w:tc>
          <w:tcPr>
            <w:tcW w:w="2077" w:type="dxa"/>
          </w:tcPr>
          <w:p w14:paraId="5101B8A4" w14:textId="4A8A7B44" w:rsidR="0071162A" w:rsidRPr="00CE2EB9" w:rsidRDefault="0071162A" w:rsidP="0071162A">
            <w:pPr>
              <w:shd w:val="clear" w:color="auto" w:fill="FFFFFF"/>
              <w:jc w:val="center"/>
              <w:textAlignment w:val="baseline"/>
              <w:rPr>
                <w:rFonts w:ascii="Corbel" w:eastAsia="Times New Roman" w:hAnsi="Corbel" w:cs="Calibri"/>
                <w:color w:val="00B050"/>
                <w:lang w:val="en-GB" w:eastAsia="en-GB"/>
              </w:rPr>
            </w:pPr>
            <w:r>
              <w:rPr>
                <w:rFonts w:ascii="Corbel" w:eastAsia="Times New Roman" w:hAnsi="Corbel" w:cs="Calibri"/>
                <w:color w:val="000000"/>
                <w:lang w:val="en-GB" w:eastAsia="en-GB"/>
              </w:rPr>
              <w:t>Start &amp; end date</w:t>
            </w:r>
          </w:p>
        </w:tc>
        <w:tc>
          <w:tcPr>
            <w:tcW w:w="2071" w:type="dxa"/>
          </w:tcPr>
          <w:p w14:paraId="4A154857" w14:textId="5FC710EE"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c>
          <w:tcPr>
            <w:tcW w:w="2077" w:type="dxa"/>
          </w:tcPr>
          <w:p w14:paraId="2D850680" w14:textId="35814889"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c>
          <w:tcPr>
            <w:tcW w:w="2077" w:type="dxa"/>
          </w:tcPr>
          <w:p w14:paraId="63572E9F" w14:textId="07761E0A"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c>
          <w:tcPr>
            <w:tcW w:w="2062" w:type="dxa"/>
          </w:tcPr>
          <w:p w14:paraId="22A4669A" w14:textId="30C2478D"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c>
          <w:tcPr>
            <w:tcW w:w="2044" w:type="dxa"/>
          </w:tcPr>
          <w:p w14:paraId="1800D772" w14:textId="4F7AB885"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r>
      <w:tr w:rsidR="0071162A" w:rsidRPr="00CE2EB9" w14:paraId="76113B3F" w14:textId="77777777" w:rsidTr="00E07EC1">
        <w:trPr>
          <w:trHeight w:val="65"/>
        </w:trPr>
        <w:tc>
          <w:tcPr>
            <w:tcW w:w="2071" w:type="dxa"/>
          </w:tcPr>
          <w:p w14:paraId="3AD3238A" w14:textId="77777777" w:rsidR="0071162A" w:rsidRDefault="0071162A" w:rsidP="0071162A">
            <w:pPr>
              <w:jc w:val="center"/>
              <w:rPr>
                <w:rFonts w:ascii="Corbel" w:hAnsi="Corbel"/>
                <w:noProof/>
                <w:lang w:val="en-GB" w:eastAsia="en-GB"/>
              </w:rPr>
            </w:pPr>
          </w:p>
          <w:p w14:paraId="51074B7C" w14:textId="77777777" w:rsidR="0071162A" w:rsidRDefault="0071162A" w:rsidP="0071162A">
            <w:pPr>
              <w:jc w:val="center"/>
              <w:rPr>
                <w:rFonts w:ascii="Corbel" w:hAnsi="Corbel"/>
                <w:noProof/>
                <w:lang w:val="en-GB" w:eastAsia="en-GB"/>
              </w:rPr>
            </w:pPr>
          </w:p>
          <w:p w14:paraId="1FE7B289" w14:textId="77777777" w:rsidR="0071162A" w:rsidRDefault="0071162A" w:rsidP="0071162A">
            <w:pPr>
              <w:jc w:val="center"/>
              <w:rPr>
                <w:rFonts w:ascii="Corbel" w:hAnsi="Corbel"/>
                <w:noProof/>
                <w:lang w:val="en-GB" w:eastAsia="en-GB"/>
              </w:rPr>
            </w:pPr>
          </w:p>
          <w:p w14:paraId="16B8E71F"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4E875053" w14:textId="419202C0" w:rsidR="0071162A" w:rsidRDefault="0071162A" w:rsidP="0071162A">
            <w:pPr>
              <w:jc w:val="center"/>
              <w:rPr>
                <w:rFonts w:ascii="Corbel" w:hAnsi="Corbel"/>
                <w:noProof/>
                <w:lang w:val="en-GB" w:eastAsia="en-GB"/>
              </w:rPr>
            </w:pPr>
          </w:p>
          <w:p w14:paraId="19805BB1" w14:textId="6E1322BC" w:rsidR="0071162A" w:rsidRDefault="0071162A" w:rsidP="0071162A">
            <w:pPr>
              <w:jc w:val="center"/>
              <w:rPr>
                <w:rFonts w:ascii="Corbel" w:hAnsi="Corbel"/>
                <w:noProof/>
                <w:lang w:val="en-GB" w:eastAsia="en-GB"/>
              </w:rPr>
            </w:pPr>
          </w:p>
          <w:p w14:paraId="6F287D35" w14:textId="77777777" w:rsidR="0071162A" w:rsidRDefault="0071162A" w:rsidP="0071162A">
            <w:pPr>
              <w:jc w:val="center"/>
              <w:rPr>
                <w:rFonts w:ascii="Corbel" w:hAnsi="Corbel"/>
                <w:noProof/>
                <w:lang w:val="en-GB" w:eastAsia="en-GB"/>
              </w:rPr>
            </w:pPr>
          </w:p>
          <w:p w14:paraId="450E05B8" w14:textId="5A407B32" w:rsidR="0071162A" w:rsidRPr="00CE2EB9" w:rsidRDefault="0071162A" w:rsidP="0071162A">
            <w:pPr>
              <w:jc w:val="center"/>
              <w:rPr>
                <w:rFonts w:ascii="Corbel" w:hAnsi="Corbel"/>
              </w:rPr>
            </w:pPr>
          </w:p>
        </w:tc>
        <w:tc>
          <w:tcPr>
            <w:tcW w:w="2077" w:type="dxa"/>
          </w:tcPr>
          <w:p w14:paraId="3821659B" w14:textId="77777777" w:rsidR="0071162A" w:rsidRDefault="0071162A" w:rsidP="0071162A">
            <w:pPr>
              <w:pStyle w:val="BodyText"/>
              <w:jc w:val="center"/>
              <w:rPr>
                <w:rFonts w:ascii="Corbel" w:hAnsi="Corbel"/>
              </w:rPr>
            </w:pPr>
          </w:p>
          <w:p w14:paraId="7443C2E6" w14:textId="77777777" w:rsidR="0071162A" w:rsidRDefault="0071162A" w:rsidP="0071162A">
            <w:pPr>
              <w:pStyle w:val="BodyText"/>
              <w:jc w:val="center"/>
              <w:rPr>
                <w:rFonts w:ascii="Corbel" w:hAnsi="Corbel"/>
              </w:rPr>
            </w:pPr>
          </w:p>
          <w:p w14:paraId="6698D85B"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10B0FCFE" w14:textId="77777777" w:rsidR="0071162A" w:rsidRDefault="0071162A" w:rsidP="0071162A">
            <w:pPr>
              <w:pStyle w:val="BodyText"/>
              <w:rPr>
                <w:rFonts w:ascii="Corbel" w:hAnsi="Corbel"/>
              </w:rPr>
            </w:pPr>
          </w:p>
          <w:p w14:paraId="45FE3C2F" w14:textId="34A06E51" w:rsidR="0071162A" w:rsidRPr="00CE2EB9" w:rsidRDefault="0071162A" w:rsidP="0071162A">
            <w:pPr>
              <w:pStyle w:val="BodyText"/>
              <w:jc w:val="center"/>
              <w:rPr>
                <w:rFonts w:ascii="Corbel" w:hAnsi="Corbel"/>
              </w:rPr>
            </w:pPr>
          </w:p>
        </w:tc>
        <w:tc>
          <w:tcPr>
            <w:tcW w:w="2071" w:type="dxa"/>
          </w:tcPr>
          <w:p w14:paraId="70E65F42" w14:textId="77777777" w:rsidR="0071162A" w:rsidRDefault="0071162A" w:rsidP="0071162A">
            <w:pPr>
              <w:jc w:val="center"/>
              <w:rPr>
                <w:rFonts w:ascii="Corbel" w:hAnsi="Corbel"/>
                <w:noProof/>
                <w:lang w:val="en-GB" w:eastAsia="en-GB"/>
              </w:rPr>
            </w:pPr>
          </w:p>
          <w:p w14:paraId="50E14FA7" w14:textId="77777777" w:rsidR="0071162A" w:rsidRDefault="0071162A" w:rsidP="0071162A">
            <w:pPr>
              <w:jc w:val="center"/>
              <w:rPr>
                <w:rFonts w:ascii="Corbel" w:hAnsi="Corbel"/>
                <w:noProof/>
                <w:lang w:val="en-GB" w:eastAsia="en-GB"/>
              </w:rPr>
            </w:pPr>
          </w:p>
          <w:p w14:paraId="6EB98A10" w14:textId="77777777" w:rsidR="0071162A" w:rsidRDefault="0071162A" w:rsidP="0071162A">
            <w:pPr>
              <w:jc w:val="center"/>
              <w:rPr>
                <w:rFonts w:ascii="Corbel" w:hAnsi="Corbel"/>
                <w:noProof/>
                <w:lang w:val="en-GB" w:eastAsia="en-GB"/>
              </w:rPr>
            </w:pPr>
          </w:p>
          <w:p w14:paraId="5EF28431"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18C639B9" w14:textId="77777777" w:rsidR="0071162A" w:rsidRDefault="0071162A" w:rsidP="0071162A">
            <w:pPr>
              <w:jc w:val="center"/>
              <w:rPr>
                <w:rFonts w:ascii="Corbel" w:hAnsi="Corbel"/>
                <w:noProof/>
                <w:lang w:val="en-GB" w:eastAsia="en-GB"/>
              </w:rPr>
            </w:pPr>
          </w:p>
          <w:p w14:paraId="4557B6D5" w14:textId="69814D95" w:rsidR="0071162A" w:rsidRPr="00CE2EB9" w:rsidRDefault="0071162A" w:rsidP="0071162A">
            <w:pPr>
              <w:pStyle w:val="BodyText"/>
              <w:jc w:val="center"/>
              <w:rPr>
                <w:rFonts w:ascii="Corbel" w:hAnsi="Corbel"/>
              </w:rPr>
            </w:pPr>
          </w:p>
        </w:tc>
        <w:tc>
          <w:tcPr>
            <w:tcW w:w="2077" w:type="dxa"/>
          </w:tcPr>
          <w:p w14:paraId="07A13398" w14:textId="77777777" w:rsidR="0071162A" w:rsidRDefault="0071162A" w:rsidP="0071162A">
            <w:pPr>
              <w:pStyle w:val="BodyText"/>
              <w:jc w:val="center"/>
              <w:rPr>
                <w:rFonts w:ascii="Corbel" w:hAnsi="Corbel"/>
              </w:rPr>
            </w:pPr>
          </w:p>
          <w:p w14:paraId="4E450956" w14:textId="77777777" w:rsidR="0071162A" w:rsidRDefault="0071162A" w:rsidP="0071162A">
            <w:pPr>
              <w:pStyle w:val="BodyText"/>
              <w:jc w:val="center"/>
              <w:rPr>
                <w:rFonts w:ascii="Corbel" w:hAnsi="Corbel"/>
              </w:rPr>
            </w:pPr>
          </w:p>
          <w:p w14:paraId="49840E25"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6A1F7C7A" w14:textId="77777777" w:rsidR="0071162A" w:rsidRDefault="0071162A" w:rsidP="0071162A">
            <w:pPr>
              <w:pStyle w:val="BodyText"/>
              <w:rPr>
                <w:rFonts w:ascii="Corbel" w:hAnsi="Corbel"/>
              </w:rPr>
            </w:pPr>
          </w:p>
          <w:p w14:paraId="510DE876" w14:textId="09F767AA" w:rsidR="0071162A" w:rsidRPr="00CE2EB9" w:rsidRDefault="0071162A" w:rsidP="0071162A">
            <w:pPr>
              <w:pStyle w:val="BodyText"/>
              <w:jc w:val="center"/>
              <w:rPr>
                <w:rFonts w:ascii="Corbel" w:hAnsi="Corbel"/>
              </w:rPr>
            </w:pPr>
          </w:p>
        </w:tc>
        <w:tc>
          <w:tcPr>
            <w:tcW w:w="2077" w:type="dxa"/>
          </w:tcPr>
          <w:p w14:paraId="54F748C2" w14:textId="77777777" w:rsidR="0071162A" w:rsidRDefault="0071162A" w:rsidP="0071162A">
            <w:pPr>
              <w:jc w:val="center"/>
              <w:rPr>
                <w:rFonts w:ascii="Corbel" w:hAnsi="Corbel"/>
                <w:noProof/>
                <w:lang w:val="en-GB" w:eastAsia="en-GB"/>
              </w:rPr>
            </w:pPr>
          </w:p>
          <w:p w14:paraId="2DAF1EA8" w14:textId="77777777" w:rsidR="0071162A" w:rsidRDefault="0071162A" w:rsidP="0071162A">
            <w:pPr>
              <w:jc w:val="center"/>
              <w:rPr>
                <w:rFonts w:ascii="Corbel" w:hAnsi="Corbel"/>
                <w:noProof/>
                <w:lang w:val="en-GB" w:eastAsia="en-GB"/>
              </w:rPr>
            </w:pPr>
          </w:p>
          <w:p w14:paraId="3237E740" w14:textId="77777777" w:rsidR="0071162A" w:rsidRDefault="0071162A" w:rsidP="0071162A">
            <w:pPr>
              <w:jc w:val="center"/>
              <w:rPr>
                <w:rFonts w:ascii="Corbel" w:hAnsi="Corbel"/>
                <w:noProof/>
                <w:lang w:val="en-GB" w:eastAsia="en-GB"/>
              </w:rPr>
            </w:pPr>
          </w:p>
          <w:p w14:paraId="25AF6263"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545E252A" w14:textId="77777777" w:rsidR="0071162A" w:rsidRDefault="0071162A" w:rsidP="0071162A">
            <w:pPr>
              <w:jc w:val="center"/>
              <w:rPr>
                <w:rFonts w:ascii="Corbel" w:hAnsi="Corbel"/>
                <w:noProof/>
                <w:lang w:val="en-GB" w:eastAsia="en-GB"/>
              </w:rPr>
            </w:pPr>
          </w:p>
          <w:p w14:paraId="1D9BE3F7" w14:textId="321B1A45" w:rsidR="0071162A" w:rsidRPr="00CE2EB9" w:rsidRDefault="0071162A" w:rsidP="0071162A">
            <w:pPr>
              <w:jc w:val="center"/>
              <w:rPr>
                <w:rFonts w:ascii="Corbel" w:hAnsi="Corbel"/>
              </w:rPr>
            </w:pPr>
          </w:p>
        </w:tc>
        <w:tc>
          <w:tcPr>
            <w:tcW w:w="2062" w:type="dxa"/>
          </w:tcPr>
          <w:p w14:paraId="3AC494C0" w14:textId="77777777" w:rsidR="0071162A" w:rsidRDefault="0071162A" w:rsidP="0071162A">
            <w:pPr>
              <w:pStyle w:val="BodyText"/>
              <w:jc w:val="center"/>
              <w:rPr>
                <w:rFonts w:ascii="Corbel" w:hAnsi="Corbel"/>
              </w:rPr>
            </w:pPr>
          </w:p>
          <w:p w14:paraId="228B5115" w14:textId="77777777" w:rsidR="0071162A" w:rsidRDefault="0071162A" w:rsidP="0071162A">
            <w:pPr>
              <w:pStyle w:val="BodyText"/>
              <w:jc w:val="center"/>
              <w:rPr>
                <w:rFonts w:ascii="Corbel" w:hAnsi="Corbel"/>
              </w:rPr>
            </w:pPr>
          </w:p>
          <w:p w14:paraId="55B26978"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38850E70" w14:textId="77777777" w:rsidR="0071162A" w:rsidRDefault="0071162A" w:rsidP="0071162A">
            <w:pPr>
              <w:pStyle w:val="BodyText"/>
              <w:rPr>
                <w:rFonts w:ascii="Corbel" w:hAnsi="Corbel"/>
              </w:rPr>
            </w:pPr>
          </w:p>
          <w:p w14:paraId="00854031" w14:textId="0550345D" w:rsidR="0071162A" w:rsidRPr="00CE2EB9" w:rsidRDefault="0071162A" w:rsidP="0071162A">
            <w:pPr>
              <w:jc w:val="center"/>
              <w:rPr>
                <w:rFonts w:ascii="Corbel" w:hAnsi="Corbel"/>
              </w:rPr>
            </w:pPr>
          </w:p>
        </w:tc>
        <w:tc>
          <w:tcPr>
            <w:tcW w:w="2044" w:type="dxa"/>
          </w:tcPr>
          <w:p w14:paraId="6387C377" w14:textId="77777777" w:rsidR="0071162A" w:rsidRDefault="0071162A" w:rsidP="0071162A">
            <w:pPr>
              <w:pStyle w:val="BodyText"/>
              <w:jc w:val="center"/>
              <w:rPr>
                <w:rFonts w:ascii="Corbel" w:hAnsi="Corbel"/>
              </w:rPr>
            </w:pPr>
          </w:p>
          <w:p w14:paraId="6A6291D5" w14:textId="77777777" w:rsidR="0071162A" w:rsidRDefault="0071162A" w:rsidP="0071162A">
            <w:pPr>
              <w:pStyle w:val="BodyText"/>
              <w:jc w:val="center"/>
              <w:rPr>
                <w:rFonts w:ascii="Corbel" w:hAnsi="Corbel"/>
              </w:rPr>
            </w:pPr>
          </w:p>
          <w:p w14:paraId="62817DE8"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12FC59E4" w14:textId="53B83E2B" w:rsidR="0071162A" w:rsidRPr="00CE2EB9" w:rsidRDefault="0071162A" w:rsidP="0071162A">
            <w:pPr>
              <w:jc w:val="center"/>
              <w:rPr>
                <w:rFonts w:ascii="Corbel" w:hAnsi="Corbel"/>
              </w:rPr>
            </w:pPr>
          </w:p>
        </w:tc>
      </w:tr>
      <w:tr w:rsidR="0071162A" w:rsidRPr="00CE2EB9" w14:paraId="45FE5E7A" w14:textId="77777777" w:rsidTr="00E07EC1">
        <w:trPr>
          <w:trHeight w:val="65"/>
        </w:trPr>
        <w:tc>
          <w:tcPr>
            <w:tcW w:w="2071" w:type="dxa"/>
            <w:shd w:val="clear" w:color="auto" w:fill="D9D9D9" w:themeFill="background1" w:themeFillShade="D9"/>
          </w:tcPr>
          <w:p w14:paraId="0E1AC6CE" w14:textId="2D5D05C7" w:rsidR="0071162A" w:rsidRPr="00CE2EB9" w:rsidRDefault="0071162A" w:rsidP="0071162A">
            <w:pPr>
              <w:jc w:val="center"/>
              <w:rPr>
                <w:rFonts w:ascii="Corbel" w:hAnsi="Corbel"/>
                <w:b/>
              </w:rPr>
            </w:pPr>
            <w:r>
              <w:rPr>
                <w:rFonts w:ascii="Corbel" w:eastAsia="Times New Roman" w:hAnsi="Corbel" w:cs="Times New Roman"/>
                <w:b/>
                <w:lang w:val="en-GB" w:eastAsia="en-GB"/>
              </w:rPr>
              <w:t>Staff name</w:t>
            </w:r>
          </w:p>
        </w:tc>
        <w:tc>
          <w:tcPr>
            <w:tcW w:w="2077" w:type="dxa"/>
            <w:shd w:val="clear" w:color="auto" w:fill="D9D9D9" w:themeFill="background1" w:themeFillShade="D9"/>
          </w:tcPr>
          <w:p w14:paraId="34497FB7" w14:textId="64B36C0C" w:rsidR="0071162A" w:rsidRPr="00CE2EB9" w:rsidRDefault="0071162A" w:rsidP="0071162A">
            <w:pPr>
              <w:pStyle w:val="BodyText"/>
              <w:jc w:val="center"/>
              <w:rPr>
                <w:rFonts w:ascii="Corbel" w:hAnsi="Corbel"/>
                <w:b/>
              </w:rPr>
            </w:pPr>
            <w:r>
              <w:rPr>
                <w:rFonts w:ascii="Corbel" w:eastAsia="Times New Roman" w:hAnsi="Corbel" w:cs="Times New Roman"/>
                <w:b/>
                <w:lang w:val="en-GB" w:eastAsia="en-GB"/>
              </w:rPr>
              <w:t>Staff name</w:t>
            </w:r>
          </w:p>
        </w:tc>
        <w:tc>
          <w:tcPr>
            <w:tcW w:w="2071" w:type="dxa"/>
            <w:shd w:val="clear" w:color="auto" w:fill="D9D9D9" w:themeFill="background1" w:themeFillShade="D9"/>
          </w:tcPr>
          <w:p w14:paraId="02B54FC6" w14:textId="5244F082" w:rsidR="0071162A" w:rsidRPr="00CE2EB9" w:rsidRDefault="0071162A" w:rsidP="0071162A">
            <w:pPr>
              <w:pStyle w:val="BodyText"/>
              <w:jc w:val="center"/>
              <w:rPr>
                <w:rFonts w:ascii="Corbel" w:hAnsi="Corbel"/>
                <w:b/>
              </w:rPr>
            </w:pPr>
            <w:r>
              <w:rPr>
                <w:rFonts w:ascii="Corbel" w:eastAsia="Times New Roman" w:hAnsi="Corbel" w:cs="Times New Roman"/>
                <w:b/>
                <w:lang w:val="en-GB" w:eastAsia="en-GB"/>
              </w:rPr>
              <w:t>Staff name</w:t>
            </w:r>
          </w:p>
        </w:tc>
        <w:tc>
          <w:tcPr>
            <w:tcW w:w="2077" w:type="dxa"/>
            <w:shd w:val="clear" w:color="auto" w:fill="D9D9D9" w:themeFill="background1" w:themeFillShade="D9"/>
          </w:tcPr>
          <w:p w14:paraId="00C20C91" w14:textId="39CB9780" w:rsidR="0071162A" w:rsidRPr="00CE2EB9" w:rsidRDefault="0071162A" w:rsidP="0071162A">
            <w:pPr>
              <w:pStyle w:val="BodyText"/>
              <w:jc w:val="center"/>
              <w:rPr>
                <w:rFonts w:ascii="Corbel" w:hAnsi="Corbel"/>
                <w:b/>
              </w:rPr>
            </w:pPr>
            <w:r>
              <w:rPr>
                <w:rFonts w:ascii="Corbel" w:eastAsia="Times New Roman" w:hAnsi="Corbel" w:cs="Times New Roman"/>
                <w:b/>
                <w:lang w:val="en-GB" w:eastAsia="en-GB"/>
              </w:rPr>
              <w:t>Staff name</w:t>
            </w:r>
          </w:p>
        </w:tc>
        <w:tc>
          <w:tcPr>
            <w:tcW w:w="2077" w:type="dxa"/>
            <w:shd w:val="clear" w:color="auto" w:fill="D9D9D9" w:themeFill="background1" w:themeFillShade="D9"/>
          </w:tcPr>
          <w:p w14:paraId="2F68BB8B" w14:textId="527FCF08" w:rsidR="0071162A" w:rsidRPr="00CE2EB9" w:rsidRDefault="0071162A" w:rsidP="0071162A">
            <w:pPr>
              <w:jc w:val="center"/>
              <w:rPr>
                <w:rFonts w:ascii="Corbel" w:hAnsi="Corbel"/>
                <w:b/>
              </w:rPr>
            </w:pPr>
            <w:r>
              <w:rPr>
                <w:rFonts w:ascii="Corbel" w:eastAsia="Times New Roman" w:hAnsi="Corbel" w:cs="Times New Roman"/>
                <w:b/>
                <w:lang w:val="en-GB" w:eastAsia="en-GB"/>
              </w:rPr>
              <w:t>Staff name</w:t>
            </w:r>
          </w:p>
        </w:tc>
        <w:tc>
          <w:tcPr>
            <w:tcW w:w="2062" w:type="dxa"/>
            <w:shd w:val="clear" w:color="auto" w:fill="D9D9D9" w:themeFill="background1" w:themeFillShade="D9"/>
          </w:tcPr>
          <w:p w14:paraId="5FEF9C0E" w14:textId="0C365554" w:rsidR="0071162A" w:rsidRPr="00CE2EB9" w:rsidRDefault="0071162A" w:rsidP="0071162A">
            <w:pPr>
              <w:jc w:val="center"/>
              <w:rPr>
                <w:rFonts w:ascii="Corbel" w:hAnsi="Corbel"/>
                <w:b/>
              </w:rPr>
            </w:pPr>
            <w:r>
              <w:rPr>
                <w:rFonts w:ascii="Corbel" w:eastAsia="Times New Roman" w:hAnsi="Corbel" w:cs="Times New Roman"/>
                <w:b/>
                <w:lang w:val="en-GB" w:eastAsia="en-GB"/>
              </w:rPr>
              <w:t>Staff name</w:t>
            </w:r>
          </w:p>
        </w:tc>
        <w:tc>
          <w:tcPr>
            <w:tcW w:w="2044" w:type="dxa"/>
            <w:shd w:val="clear" w:color="auto" w:fill="D9D9D9" w:themeFill="background1" w:themeFillShade="D9"/>
          </w:tcPr>
          <w:p w14:paraId="0642A69C" w14:textId="1B742ED1" w:rsidR="0071162A" w:rsidRPr="00CE2EB9" w:rsidRDefault="0071162A" w:rsidP="0071162A">
            <w:pPr>
              <w:jc w:val="center"/>
              <w:rPr>
                <w:rFonts w:ascii="Corbel" w:hAnsi="Corbel"/>
                <w:b/>
              </w:rPr>
            </w:pPr>
            <w:r>
              <w:rPr>
                <w:rFonts w:ascii="Corbel" w:eastAsia="Times New Roman" w:hAnsi="Corbel" w:cs="Times New Roman"/>
                <w:b/>
                <w:lang w:val="en-GB" w:eastAsia="en-GB"/>
              </w:rPr>
              <w:t>Staff name</w:t>
            </w:r>
          </w:p>
        </w:tc>
      </w:tr>
      <w:tr w:rsidR="0071162A" w:rsidRPr="00CE2EB9" w14:paraId="2F37798B" w14:textId="77777777" w:rsidTr="00E07EC1">
        <w:trPr>
          <w:trHeight w:val="91"/>
        </w:trPr>
        <w:tc>
          <w:tcPr>
            <w:tcW w:w="2071" w:type="dxa"/>
          </w:tcPr>
          <w:p w14:paraId="4A7B43D0" w14:textId="5334BD59" w:rsidR="0071162A" w:rsidRPr="00CE2EB9" w:rsidRDefault="0071162A" w:rsidP="0071162A">
            <w:pPr>
              <w:jc w:val="center"/>
              <w:rPr>
                <w:rFonts w:ascii="Corbel" w:hAnsi="Corbel"/>
              </w:rPr>
            </w:pPr>
            <w:r>
              <w:rPr>
                <w:rFonts w:ascii="Corbel" w:hAnsi="Corbel"/>
              </w:rPr>
              <w:t>Staff role</w:t>
            </w:r>
          </w:p>
        </w:tc>
        <w:tc>
          <w:tcPr>
            <w:tcW w:w="2077" w:type="dxa"/>
          </w:tcPr>
          <w:p w14:paraId="75E56610" w14:textId="2950ECBB" w:rsidR="0071162A" w:rsidRPr="00CE2EB9" w:rsidRDefault="0071162A" w:rsidP="0071162A">
            <w:pPr>
              <w:pStyle w:val="BodyText"/>
              <w:jc w:val="center"/>
              <w:rPr>
                <w:rFonts w:ascii="Corbel" w:hAnsi="Corbel"/>
              </w:rPr>
            </w:pPr>
            <w:r>
              <w:rPr>
                <w:rFonts w:ascii="Corbel" w:hAnsi="Corbel"/>
              </w:rPr>
              <w:t>Staff role</w:t>
            </w:r>
          </w:p>
        </w:tc>
        <w:tc>
          <w:tcPr>
            <w:tcW w:w="2071" w:type="dxa"/>
          </w:tcPr>
          <w:p w14:paraId="7C897C67" w14:textId="20967CE8" w:rsidR="0071162A" w:rsidRPr="00CE2EB9" w:rsidRDefault="0071162A" w:rsidP="0071162A">
            <w:pPr>
              <w:pStyle w:val="BodyText"/>
              <w:jc w:val="center"/>
              <w:rPr>
                <w:rFonts w:ascii="Corbel" w:hAnsi="Corbel"/>
              </w:rPr>
            </w:pPr>
            <w:r>
              <w:rPr>
                <w:rFonts w:ascii="Corbel" w:hAnsi="Corbel"/>
              </w:rPr>
              <w:t>Staff role</w:t>
            </w:r>
          </w:p>
        </w:tc>
        <w:tc>
          <w:tcPr>
            <w:tcW w:w="2077" w:type="dxa"/>
          </w:tcPr>
          <w:p w14:paraId="417680B7" w14:textId="484281E2" w:rsidR="0071162A" w:rsidRPr="00CE2EB9" w:rsidRDefault="0071162A" w:rsidP="0071162A">
            <w:pPr>
              <w:pStyle w:val="BodyText"/>
              <w:jc w:val="center"/>
              <w:rPr>
                <w:rFonts w:ascii="Corbel" w:hAnsi="Corbel"/>
              </w:rPr>
            </w:pPr>
            <w:r>
              <w:rPr>
                <w:rFonts w:ascii="Corbel" w:hAnsi="Corbel"/>
              </w:rPr>
              <w:t>Staff role</w:t>
            </w:r>
          </w:p>
        </w:tc>
        <w:tc>
          <w:tcPr>
            <w:tcW w:w="2077" w:type="dxa"/>
          </w:tcPr>
          <w:p w14:paraId="7A34CBB6" w14:textId="3A7D9E62" w:rsidR="0071162A" w:rsidRPr="00CE2EB9" w:rsidRDefault="0071162A" w:rsidP="0071162A">
            <w:pPr>
              <w:jc w:val="center"/>
              <w:rPr>
                <w:rFonts w:ascii="Corbel" w:hAnsi="Corbel"/>
              </w:rPr>
            </w:pPr>
            <w:r>
              <w:rPr>
                <w:rFonts w:ascii="Corbel" w:hAnsi="Corbel"/>
              </w:rPr>
              <w:t>Staff role</w:t>
            </w:r>
          </w:p>
        </w:tc>
        <w:tc>
          <w:tcPr>
            <w:tcW w:w="2062" w:type="dxa"/>
          </w:tcPr>
          <w:p w14:paraId="56780026" w14:textId="0031E2EF" w:rsidR="0071162A" w:rsidRPr="00CE2EB9" w:rsidRDefault="0071162A" w:rsidP="0071162A">
            <w:pPr>
              <w:jc w:val="center"/>
              <w:rPr>
                <w:rFonts w:ascii="Corbel" w:hAnsi="Corbel"/>
              </w:rPr>
            </w:pPr>
            <w:r>
              <w:rPr>
                <w:rFonts w:ascii="Corbel" w:hAnsi="Corbel"/>
              </w:rPr>
              <w:t>Staff role</w:t>
            </w:r>
          </w:p>
        </w:tc>
        <w:tc>
          <w:tcPr>
            <w:tcW w:w="2044" w:type="dxa"/>
          </w:tcPr>
          <w:p w14:paraId="54AA9589" w14:textId="14DB8953" w:rsidR="0071162A" w:rsidRPr="00CE2EB9" w:rsidRDefault="0071162A" w:rsidP="0071162A">
            <w:pPr>
              <w:jc w:val="center"/>
              <w:rPr>
                <w:rFonts w:ascii="Corbel" w:hAnsi="Corbel"/>
              </w:rPr>
            </w:pPr>
            <w:r>
              <w:rPr>
                <w:rFonts w:ascii="Corbel" w:hAnsi="Corbel"/>
              </w:rPr>
              <w:t>Staff role</w:t>
            </w:r>
          </w:p>
        </w:tc>
      </w:tr>
      <w:tr w:rsidR="0071162A" w:rsidRPr="00CE2EB9" w14:paraId="3E7AF676" w14:textId="77777777" w:rsidTr="00E07EC1">
        <w:trPr>
          <w:trHeight w:val="294"/>
        </w:trPr>
        <w:tc>
          <w:tcPr>
            <w:tcW w:w="2071" w:type="dxa"/>
          </w:tcPr>
          <w:p w14:paraId="7E3E9BFD" w14:textId="452FE5DB" w:rsidR="0071162A" w:rsidRPr="00CE2EB9" w:rsidRDefault="0071162A" w:rsidP="0071162A">
            <w:pPr>
              <w:jc w:val="center"/>
              <w:rPr>
                <w:rFonts w:ascii="Corbel" w:hAnsi="Corbel"/>
              </w:rPr>
            </w:pPr>
            <w:r>
              <w:rPr>
                <w:rFonts w:ascii="Corbel" w:eastAsia="Times New Roman" w:hAnsi="Corbel" w:cs="Calibri"/>
                <w:color w:val="000000"/>
                <w:lang w:val="en-GB" w:eastAsia="en-GB"/>
              </w:rPr>
              <w:t>Start &amp; end date</w:t>
            </w:r>
          </w:p>
        </w:tc>
        <w:tc>
          <w:tcPr>
            <w:tcW w:w="2077" w:type="dxa"/>
          </w:tcPr>
          <w:p w14:paraId="42F33897" w14:textId="5991ED50"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c>
          <w:tcPr>
            <w:tcW w:w="2071" w:type="dxa"/>
          </w:tcPr>
          <w:p w14:paraId="07CEC01E" w14:textId="4E49F18D"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c>
          <w:tcPr>
            <w:tcW w:w="2077" w:type="dxa"/>
          </w:tcPr>
          <w:p w14:paraId="21ACE869" w14:textId="05C47FC0"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c>
          <w:tcPr>
            <w:tcW w:w="2077" w:type="dxa"/>
          </w:tcPr>
          <w:p w14:paraId="015CCFC0" w14:textId="5E658DD7"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c>
          <w:tcPr>
            <w:tcW w:w="2062" w:type="dxa"/>
          </w:tcPr>
          <w:p w14:paraId="609AB6CA" w14:textId="78FF4792"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c>
          <w:tcPr>
            <w:tcW w:w="2044" w:type="dxa"/>
          </w:tcPr>
          <w:p w14:paraId="2A634C83" w14:textId="74699D67"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r>
      <w:tr w:rsidR="0071162A" w:rsidRPr="00CE2EB9" w14:paraId="2CCC5990" w14:textId="77777777" w:rsidTr="00E07EC1">
        <w:trPr>
          <w:trHeight w:val="294"/>
        </w:trPr>
        <w:tc>
          <w:tcPr>
            <w:tcW w:w="2071" w:type="dxa"/>
          </w:tcPr>
          <w:p w14:paraId="07C40213" w14:textId="77777777" w:rsidR="0071162A" w:rsidRDefault="0071162A" w:rsidP="0071162A">
            <w:pPr>
              <w:jc w:val="center"/>
              <w:rPr>
                <w:rFonts w:ascii="Corbel" w:hAnsi="Corbel"/>
                <w:noProof/>
                <w:lang w:val="en-GB" w:eastAsia="en-GB"/>
              </w:rPr>
            </w:pPr>
          </w:p>
          <w:p w14:paraId="08E78F09" w14:textId="77777777" w:rsidR="0071162A" w:rsidRDefault="0071162A" w:rsidP="0071162A">
            <w:pPr>
              <w:jc w:val="center"/>
              <w:rPr>
                <w:rFonts w:ascii="Corbel" w:hAnsi="Corbel"/>
                <w:noProof/>
                <w:lang w:val="en-GB" w:eastAsia="en-GB"/>
              </w:rPr>
            </w:pPr>
          </w:p>
          <w:p w14:paraId="5EFE82E0" w14:textId="77777777" w:rsidR="0071162A" w:rsidRDefault="0071162A" w:rsidP="0071162A">
            <w:pPr>
              <w:jc w:val="center"/>
              <w:rPr>
                <w:rFonts w:ascii="Corbel" w:hAnsi="Corbel"/>
                <w:noProof/>
                <w:lang w:val="en-GB" w:eastAsia="en-GB"/>
              </w:rPr>
            </w:pPr>
          </w:p>
          <w:p w14:paraId="457B7936" w14:textId="170ECD05"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10A5A391" w14:textId="346E0292" w:rsidR="0071162A" w:rsidRDefault="0071162A" w:rsidP="0071162A">
            <w:pPr>
              <w:jc w:val="center"/>
              <w:rPr>
                <w:rFonts w:ascii="Corbel" w:hAnsi="Corbel"/>
                <w:noProof/>
                <w:lang w:val="en-GB" w:eastAsia="en-GB"/>
              </w:rPr>
            </w:pPr>
          </w:p>
          <w:p w14:paraId="7B655CBF" w14:textId="0A934703" w:rsidR="0071162A" w:rsidRDefault="0071162A" w:rsidP="0071162A">
            <w:pPr>
              <w:jc w:val="center"/>
              <w:rPr>
                <w:rFonts w:ascii="Corbel" w:hAnsi="Corbel"/>
                <w:noProof/>
                <w:lang w:val="en-GB" w:eastAsia="en-GB"/>
              </w:rPr>
            </w:pPr>
          </w:p>
          <w:p w14:paraId="4F17E1D4" w14:textId="77777777" w:rsidR="0071162A" w:rsidRDefault="0071162A" w:rsidP="0071162A">
            <w:pPr>
              <w:jc w:val="center"/>
              <w:rPr>
                <w:rFonts w:ascii="Corbel" w:hAnsi="Corbel"/>
                <w:noProof/>
                <w:lang w:val="en-GB" w:eastAsia="en-GB"/>
              </w:rPr>
            </w:pPr>
          </w:p>
          <w:p w14:paraId="0E4DE18A" w14:textId="4610E172" w:rsidR="0071162A" w:rsidRPr="00CE2EB9" w:rsidRDefault="0071162A" w:rsidP="0071162A">
            <w:pPr>
              <w:jc w:val="center"/>
              <w:rPr>
                <w:rFonts w:ascii="Corbel" w:hAnsi="Corbel"/>
              </w:rPr>
            </w:pPr>
          </w:p>
        </w:tc>
        <w:tc>
          <w:tcPr>
            <w:tcW w:w="2077" w:type="dxa"/>
          </w:tcPr>
          <w:p w14:paraId="077E23DC" w14:textId="77777777" w:rsidR="0071162A" w:rsidRDefault="0071162A" w:rsidP="0071162A">
            <w:pPr>
              <w:pStyle w:val="BodyText"/>
              <w:jc w:val="center"/>
              <w:rPr>
                <w:rFonts w:ascii="Corbel" w:hAnsi="Corbel"/>
              </w:rPr>
            </w:pPr>
          </w:p>
          <w:p w14:paraId="71E80E9F" w14:textId="77777777" w:rsidR="0071162A" w:rsidRDefault="0071162A" w:rsidP="0071162A">
            <w:pPr>
              <w:pStyle w:val="BodyText"/>
              <w:jc w:val="center"/>
              <w:rPr>
                <w:rFonts w:ascii="Corbel" w:hAnsi="Corbel"/>
              </w:rPr>
            </w:pPr>
          </w:p>
          <w:p w14:paraId="232765B3"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1B126E88" w14:textId="77777777" w:rsidR="0071162A" w:rsidRDefault="0071162A" w:rsidP="0071162A">
            <w:pPr>
              <w:pStyle w:val="BodyText"/>
              <w:rPr>
                <w:rFonts w:ascii="Corbel" w:hAnsi="Corbel"/>
              </w:rPr>
            </w:pPr>
          </w:p>
          <w:p w14:paraId="5CD22859" w14:textId="6677C020" w:rsidR="0071162A" w:rsidRPr="00CE2EB9" w:rsidRDefault="0071162A" w:rsidP="0071162A">
            <w:pPr>
              <w:pStyle w:val="BodyText"/>
              <w:rPr>
                <w:rFonts w:ascii="Corbel" w:hAnsi="Corbel"/>
              </w:rPr>
            </w:pPr>
          </w:p>
        </w:tc>
        <w:tc>
          <w:tcPr>
            <w:tcW w:w="2071" w:type="dxa"/>
          </w:tcPr>
          <w:p w14:paraId="1CD947C1" w14:textId="77777777" w:rsidR="0071162A" w:rsidRDefault="0071162A" w:rsidP="0071162A">
            <w:pPr>
              <w:jc w:val="center"/>
              <w:rPr>
                <w:rFonts w:ascii="Corbel" w:hAnsi="Corbel"/>
                <w:noProof/>
                <w:lang w:val="en-GB" w:eastAsia="en-GB"/>
              </w:rPr>
            </w:pPr>
          </w:p>
          <w:p w14:paraId="56A27CB8" w14:textId="77777777" w:rsidR="0071162A" w:rsidRDefault="0071162A" w:rsidP="0071162A">
            <w:pPr>
              <w:jc w:val="center"/>
              <w:rPr>
                <w:rFonts w:ascii="Corbel" w:hAnsi="Corbel"/>
                <w:noProof/>
                <w:lang w:val="en-GB" w:eastAsia="en-GB"/>
              </w:rPr>
            </w:pPr>
          </w:p>
          <w:p w14:paraId="3297953B" w14:textId="77777777" w:rsidR="0071162A" w:rsidRDefault="0071162A" w:rsidP="0071162A">
            <w:pPr>
              <w:jc w:val="center"/>
              <w:rPr>
                <w:rFonts w:ascii="Corbel" w:hAnsi="Corbel"/>
                <w:noProof/>
                <w:lang w:val="en-GB" w:eastAsia="en-GB"/>
              </w:rPr>
            </w:pPr>
          </w:p>
          <w:p w14:paraId="7C44D1F8"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7738199E" w14:textId="77777777" w:rsidR="0071162A" w:rsidRDefault="0071162A" w:rsidP="0071162A">
            <w:pPr>
              <w:jc w:val="center"/>
              <w:rPr>
                <w:rFonts w:ascii="Corbel" w:hAnsi="Corbel"/>
                <w:noProof/>
                <w:lang w:val="en-GB" w:eastAsia="en-GB"/>
              </w:rPr>
            </w:pPr>
          </w:p>
          <w:p w14:paraId="0562C789" w14:textId="77777777" w:rsidR="0071162A" w:rsidRPr="00CE2EB9" w:rsidRDefault="0071162A" w:rsidP="0071162A">
            <w:pPr>
              <w:shd w:val="clear" w:color="auto" w:fill="FFFFFF"/>
              <w:jc w:val="center"/>
              <w:textAlignment w:val="baseline"/>
              <w:rPr>
                <w:rFonts w:ascii="Corbel" w:hAnsi="Corbel"/>
              </w:rPr>
            </w:pPr>
          </w:p>
        </w:tc>
        <w:tc>
          <w:tcPr>
            <w:tcW w:w="2077" w:type="dxa"/>
          </w:tcPr>
          <w:p w14:paraId="3E3BAC6C" w14:textId="77777777" w:rsidR="0071162A" w:rsidRDefault="0071162A" w:rsidP="0071162A">
            <w:pPr>
              <w:pStyle w:val="BodyText"/>
              <w:jc w:val="center"/>
              <w:rPr>
                <w:rFonts w:ascii="Corbel" w:hAnsi="Corbel"/>
              </w:rPr>
            </w:pPr>
          </w:p>
          <w:p w14:paraId="125285FA" w14:textId="77777777" w:rsidR="0071162A" w:rsidRDefault="0071162A" w:rsidP="0071162A">
            <w:pPr>
              <w:pStyle w:val="BodyText"/>
              <w:jc w:val="center"/>
              <w:rPr>
                <w:rFonts w:ascii="Corbel" w:hAnsi="Corbel"/>
              </w:rPr>
            </w:pPr>
          </w:p>
          <w:p w14:paraId="02EA7A07"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7858067A" w14:textId="77777777" w:rsidR="0071162A" w:rsidRDefault="0071162A" w:rsidP="0071162A">
            <w:pPr>
              <w:pStyle w:val="BodyText"/>
              <w:rPr>
                <w:rFonts w:ascii="Corbel" w:hAnsi="Corbel"/>
              </w:rPr>
            </w:pPr>
          </w:p>
          <w:p w14:paraId="398D8725" w14:textId="77777777" w:rsidR="0071162A" w:rsidRPr="00CE2EB9" w:rsidRDefault="0071162A" w:rsidP="0071162A">
            <w:pPr>
              <w:pStyle w:val="BodyText"/>
              <w:jc w:val="center"/>
              <w:rPr>
                <w:rFonts w:ascii="Corbel" w:hAnsi="Corbel"/>
              </w:rPr>
            </w:pPr>
          </w:p>
        </w:tc>
        <w:tc>
          <w:tcPr>
            <w:tcW w:w="2077" w:type="dxa"/>
          </w:tcPr>
          <w:p w14:paraId="76ADDD43" w14:textId="77777777" w:rsidR="0071162A" w:rsidRDefault="0071162A" w:rsidP="0071162A">
            <w:pPr>
              <w:jc w:val="center"/>
              <w:rPr>
                <w:rFonts w:ascii="Corbel" w:hAnsi="Corbel"/>
                <w:noProof/>
                <w:lang w:val="en-GB" w:eastAsia="en-GB"/>
              </w:rPr>
            </w:pPr>
          </w:p>
          <w:p w14:paraId="070E4DB4" w14:textId="77777777" w:rsidR="0071162A" w:rsidRDefault="0071162A" w:rsidP="0071162A">
            <w:pPr>
              <w:jc w:val="center"/>
              <w:rPr>
                <w:rFonts w:ascii="Corbel" w:hAnsi="Corbel"/>
                <w:noProof/>
                <w:lang w:val="en-GB" w:eastAsia="en-GB"/>
              </w:rPr>
            </w:pPr>
          </w:p>
          <w:p w14:paraId="4AC79754" w14:textId="77777777" w:rsidR="0071162A" w:rsidRDefault="0071162A" w:rsidP="0071162A">
            <w:pPr>
              <w:jc w:val="center"/>
              <w:rPr>
                <w:rFonts w:ascii="Corbel" w:hAnsi="Corbel"/>
                <w:noProof/>
                <w:lang w:val="en-GB" w:eastAsia="en-GB"/>
              </w:rPr>
            </w:pPr>
          </w:p>
          <w:p w14:paraId="66056068"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77506F63" w14:textId="77777777" w:rsidR="0071162A" w:rsidRDefault="0071162A" w:rsidP="0071162A">
            <w:pPr>
              <w:jc w:val="center"/>
              <w:rPr>
                <w:rFonts w:ascii="Corbel" w:hAnsi="Corbel"/>
                <w:noProof/>
                <w:lang w:val="en-GB" w:eastAsia="en-GB"/>
              </w:rPr>
            </w:pPr>
          </w:p>
          <w:p w14:paraId="05866F03" w14:textId="77777777" w:rsidR="0071162A" w:rsidRPr="00CE2EB9" w:rsidRDefault="0071162A" w:rsidP="0071162A">
            <w:pPr>
              <w:pStyle w:val="BodyText"/>
              <w:jc w:val="center"/>
              <w:rPr>
                <w:rFonts w:ascii="Corbel" w:hAnsi="Corbel"/>
              </w:rPr>
            </w:pPr>
          </w:p>
        </w:tc>
        <w:tc>
          <w:tcPr>
            <w:tcW w:w="2062" w:type="dxa"/>
          </w:tcPr>
          <w:p w14:paraId="63CE2199" w14:textId="77777777" w:rsidR="0071162A" w:rsidRDefault="0071162A" w:rsidP="0071162A">
            <w:pPr>
              <w:pStyle w:val="BodyText"/>
              <w:jc w:val="center"/>
              <w:rPr>
                <w:rFonts w:ascii="Corbel" w:hAnsi="Corbel"/>
              </w:rPr>
            </w:pPr>
          </w:p>
          <w:p w14:paraId="75EBD580" w14:textId="77777777" w:rsidR="0071162A" w:rsidRDefault="0071162A" w:rsidP="0071162A">
            <w:pPr>
              <w:pStyle w:val="BodyText"/>
              <w:jc w:val="center"/>
              <w:rPr>
                <w:rFonts w:ascii="Corbel" w:hAnsi="Corbel"/>
              </w:rPr>
            </w:pPr>
          </w:p>
          <w:p w14:paraId="736A976B"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5B3FD0E4" w14:textId="77777777" w:rsidR="0071162A" w:rsidRDefault="0071162A" w:rsidP="0071162A">
            <w:pPr>
              <w:pStyle w:val="BodyText"/>
              <w:rPr>
                <w:rFonts w:ascii="Corbel" w:hAnsi="Corbel"/>
              </w:rPr>
            </w:pPr>
          </w:p>
          <w:p w14:paraId="115D6E08" w14:textId="77777777" w:rsidR="0071162A" w:rsidRPr="00CE2EB9" w:rsidRDefault="0071162A" w:rsidP="0071162A">
            <w:pPr>
              <w:pStyle w:val="BodyText"/>
              <w:jc w:val="center"/>
              <w:rPr>
                <w:rFonts w:ascii="Corbel" w:hAnsi="Corbel"/>
              </w:rPr>
            </w:pPr>
          </w:p>
        </w:tc>
        <w:tc>
          <w:tcPr>
            <w:tcW w:w="2044" w:type="dxa"/>
          </w:tcPr>
          <w:p w14:paraId="3543329C" w14:textId="77777777" w:rsidR="0071162A" w:rsidRDefault="0071162A" w:rsidP="0071162A">
            <w:pPr>
              <w:pStyle w:val="BodyText"/>
              <w:jc w:val="center"/>
              <w:rPr>
                <w:rFonts w:ascii="Corbel" w:hAnsi="Corbel"/>
              </w:rPr>
            </w:pPr>
          </w:p>
          <w:p w14:paraId="6DF96DE0" w14:textId="77777777" w:rsidR="0071162A" w:rsidRDefault="0071162A" w:rsidP="0071162A">
            <w:pPr>
              <w:pStyle w:val="BodyText"/>
              <w:jc w:val="center"/>
              <w:rPr>
                <w:rFonts w:ascii="Corbel" w:hAnsi="Corbel"/>
              </w:rPr>
            </w:pPr>
          </w:p>
          <w:p w14:paraId="14F91719" w14:textId="77777777" w:rsidR="0071162A" w:rsidRDefault="0071162A" w:rsidP="0071162A">
            <w:pPr>
              <w:jc w:val="center"/>
              <w:rPr>
                <w:rFonts w:ascii="Corbel" w:hAnsi="Corbel"/>
                <w:noProof/>
                <w:lang w:val="en-GB" w:eastAsia="en-GB"/>
              </w:rPr>
            </w:pPr>
            <w:r>
              <w:rPr>
                <w:rFonts w:ascii="Corbel" w:hAnsi="Corbel"/>
                <w:noProof/>
                <w:lang w:val="en-GB" w:eastAsia="en-GB"/>
              </w:rPr>
              <w:t>Insert photo</w:t>
            </w:r>
          </w:p>
          <w:p w14:paraId="4852D543" w14:textId="77777777" w:rsidR="0071162A" w:rsidRPr="00CE2EB9" w:rsidRDefault="0071162A" w:rsidP="0071162A">
            <w:pPr>
              <w:pStyle w:val="BodyText"/>
              <w:jc w:val="center"/>
              <w:rPr>
                <w:rFonts w:ascii="Corbel" w:hAnsi="Corbel"/>
              </w:rPr>
            </w:pPr>
          </w:p>
        </w:tc>
      </w:tr>
      <w:tr w:rsidR="0071162A" w:rsidRPr="00CE2EB9" w14:paraId="6828D953" w14:textId="77777777" w:rsidTr="00E07EC1">
        <w:trPr>
          <w:trHeight w:val="294"/>
        </w:trPr>
        <w:tc>
          <w:tcPr>
            <w:tcW w:w="2071" w:type="dxa"/>
            <w:shd w:val="clear" w:color="auto" w:fill="D9D9D9" w:themeFill="background1" w:themeFillShade="D9"/>
          </w:tcPr>
          <w:p w14:paraId="3694A435" w14:textId="33BB79A4" w:rsidR="0071162A" w:rsidRPr="00CE2EB9" w:rsidRDefault="0071162A" w:rsidP="0071162A">
            <w:pPr>
              <w:jc w:val="center"/>
              <w:rPr>
                <w:rFonts w:ascii="Corbel" w:hAnsi="Corbel"/>
                <w:b/>
              </w:rPr>
            </w:pPr>
            <w:r>
              <w:rPr>
                <w:rFonts w:ascii="Corbel" w:eastAsia="Times New Roman" w:hAnsi="Corbel" w:cs="Times New Roman"/>
                <w:b/>
                <w:lang w:val="en-GB" w:eastAsia="en-GB"/>
              </w:rPr>
              <w:t>Staff name</w:t>
            </w:r>
          </w:p>
        </w:tc>
        <w:tc>
          <w:tcPr>
            <w:tcW w:w="2077" w:type="dxa"/>
            <w:shd w:val="clear" w:color="auto" w:fill="D9D9D9" w:themeFill="background1" w:themeFillShade="D9"/>
          </w:tcPr>
          <w:p w14:paraId="7F6C563F" w14:textId="3A36571B" w:rsidR="0071162A" w:rsidRPr="00CE2EB9" w:rsidRDefault="0071162A" w:rsidP="0071162A">
            <w:pPr>
              <w:jc w:val="center"/>
              <w:rPr>
                <w:rFonts w:ascii="Corbel" w:hAnsi="Corbel"/>
                <w:b/>
              </w:rPr>
            </w:pPr>
            <w:r>
              <w:rPr>
                <w:rFonts w:ascii="Corbel" w:eastAsia="Times New Roman" w:hAnsi="Corbel" w:cs="Times New Roman"/>
                <w:b/>
                <w:lang w:val="en-GB" w:eastAsia="en-GB"/>
              </w:rPr>
              <w:t>Staff name</w:t>
            </w:r>
          </w:p>
        </w:tc>
        <w:tc>
          <w:tcPr>
            <w:tcW w:w="2071" w:type="dxa"/>
            <w:shd w:val="clear" w:color="auto" w:fill="D9D9D9" w:themeFill="background1" w:themeFillShade="D9"/>
          </w:tcPr>
          <w:p w14:paraId="7A35BCA6" w14:textId="51B86812" w:rsidR="0071162A" w:rsidRPr="00CE2EB9" w:rsidRDefault="0071162A" w:rsidP="0071162A">
            <w:pPr>
              <w:pStyle w:val="BodyText"/>
              <w:jc w:val="center"/>
              <w:rPr>
                <w:rFonts w:ascii="Corbel" w:hAnsi="Corbel"/>
                <w:b/>
              </w:rPr>
            </w:pPr>
            <w:r>
              <w:rPr>
                <w:rFonts w:ascii="Corbel" w:eastAsia="Times New Roman" w:hAnsi="Corbel" w:cs="Times New Roman"/>
                <w:b/>
                <w:lang w:val="en-GB" w:eastAsia="en-GB"/>
              </w:rPr>
              <w:t>Staff name</w:t>
            </w:r>
          </w:p>
        </w:tc>
        <w:tc>
          <w:tcPr>
            <w:tcW w:w="2077" w:type="dxa"/>
            <w:shd w:val="clear" w:color="auto" w:fill="D9D9D9" w:themeFill="background1" w:themeFillShade="D9"/>
          </w:tcPr>
          <w:p w14:paraId="7A931F9E" w14:textId="2A7D5C66" w:rsidR="0071162A" w:rsidRPr="00CE2EB9" w:rsidRDefault="0071162A" w:rsidP="0071162A">
            <w:pPr>
              <w:pStyle w:val="BodyText"/>
              <w:jc w:val="center"/>
              <w:rPr>
                <w:rFonts w:ascii="Corbel" w:hAnsi="Corbel"/>
                <w:b/>
              </w:rPr>
            </w:pPr>
            <w:r>
              <w:rPr>
                <w:rFonts w:ascii="Corbel" w:eastAsia="Times New Roman" w:hAnsi="Corbel" w:cs="Times New Roman"/>
                <w:b/>
                <w:lang w:val="en-GB" w:eastAsia="en-GB"/>
              </w:rPr>
              <w:t>Staff name</w:t>
            </w:r>
          </w:p>
        </w:tc>
        <w:tc>
          <w:tcPr>
            <w:tcW w:w="2077" w:type="dxa"/>
            <w:shd w:val="clear" w:color="auto" w:fill="D9D9D9" w:themeFill="background1" w:themeFillShade="D9"/>
          </w:tcPr>
          <w:p w14:paraId="7930DF37" w14:textId="264E7113" w:rsidR="0071162A" w:rsidRPr="00CE2EB9" w:rsidRDefault="0071162A" w:rsidP="0071162A">
            <w:pPr>
              <w:pStyle w:val="BodyText"/>
              <w:jc w:val="center"/>
              <w:rPr>
                <w:rFonts w:ascii="Corbel" w:hAnsi="Corbel"/>
                <w:b/>
              </w:rPr>
            </w:pPr>
            <w:r>
              <w:rPr>
                <w:rFonts w:ascii="Corbel" w:eastAsia="Times New Roman" w:hAnsi="Corbel" w:cs="Times New Roman"/>
                <w:b/>
                <w:lang w:val="en-GB" w:eastAsia="en-GB"/>
              </w:rPr>
              <w:t>Staff name</w:t>
            </w:r>
          </w:p>
        </w:tc>
        <w:tc>
          <w:tcPr>
            <w:tcW w:w="2062" w:type="dxa"/>
            <w:shd w:val="clear" w:color="auto" w:fill="D9D9D9" w:themeFill="background1" w:themeFillShade="D9"/>
          </w:tcPr>
          <w:p w14:paraId="62F033B2" w14:textId="2A54AC56" w:rsidR="0071162A" w:rsidRPr="00CE2EB9" w:rsidRDefault="0071162A" w:rsidP="0071162A">
            <w:pPr>
              <w:pStyle w:val="BodyText"/>
              <w:jc w:val="center"/>
              <w:rPr>
                <w:rFonts w:ascii="Corbel" w:hAnsi="Corbel"/>
                <w:b/>
              </w:rPr>
            </w:pPr>
            <w:r>
              <w:rPr>
                <w:rFonts w:ascii="Corbel" w:eastAsia="Times New Roman" w:hAnsi="Corbel" w:cs="Times New Roman"/>
                <w:b/>
                <w:lang w:val="en-GB" w:eastAsia="en-GB"/>
              </w:rPr>
              <w:t>Staff name</w:t>
            </w:r>
          </w:p>
        </w:tc>
        <w:tc>
          <w:tcPr>
            <w:tcW w:w="2044" w:type="dxa"/>
            <w:shd w:val="clear" w:color="auto" w:fill="D9D9D9" w:themeFill="background1" w:themeFillShade="D9"/>
          </w:tcPr>
          <w:p w14:paraId="33FC111A" w14:textId="0D642F32" w:rsidR="0071162A" w:rsidRPr="00CE2EB9" w:rsidRDefault="0071162A" w:rsidP="0071162A">
            <w:pPr>
              <w:pStyle w:val="BodyText"/>
              <w:jc w:val="center"/>
              <w:rPr>
                <w:rFonts w:ascii="Corbel" w:hAnsi="Corbel"/>
                <w:b/>
              </w:rPr>
            </w:pPr>
            <w:r>
              <w:rPr>
                <w:rFonts w:ascii="Corbel" w:eastAsia="Times New Roman" w:hAnsi="Corbel" w:cs="Times New Roman"/>
                <w:b/>
                <w:lang w:val="en-GB" w:eastAsia="en-GB"/>
              </w:rPr>
              <w:t>Staff name</w:t>
            </w:r>
          </w:p>
        </w:tc>
      </w:tr>
      <w:tr w:rsidR="0071162A" w:rsidRPr="00CE2EB9" w14:paraId="529C01A3" w14:textId="77777777" w:rsidTr="00E07EC1">
        <w:trPr>
          <w:trHeight w:val="294"/>
        </w:trPr>
        <w:tc>
          <w:tcPr>
            <w:tcW w:w="2071" w:type="dxa"/>
          </w:tcPr>
          <w:p w14:paraId="02263EEA" w14:textId="57733D5F" w:rsidR="0071162A" w:rsidRPr="00CE2EB9" w:rsidRDefault="0071162A" w:rsidP="0071162A">
            <w:pPr>
              <w:jc w:val="center"/>
              <w:rPr>
                <w:rFonts w:ascii="Corbel" w:hAnsi="Corbel"/>
              </w:rPr>
            </w:pPr>
            <w:r>
              <w:rPr>
                <w:rFonts w:ascii="Corbel" w:hAnsi="Corbel"/>
              </w:rPr>
              <w:t>Staff role</w:t>
            </w:r>
          </w:p>
        </w:tc>
        <w:tc>
          <w:tcPr>
            <w:tcW w:w="2077" w:type="dxa"/>
          </w:tcPr>
          <w:p w14:paraId="104850DB" w14:textId="7B0645CB" w:rsidR="0071162A" w:rsidRPr="00CE2EB9" w:rsidRDefault="0071162A" w:rsidP="0071162A">
            <w:pPr>
              <w:pStyle w:val="BodyText"/>
              <w:jc w:val="center"/>
              <w:rPr>
                <w:rFonts w:ascii="Corbel" w:hAnsi="Corbel"/>
              </w:rPr>
            </w:pPr>
            <w:r>
              <w:rPr>
                <w:rFonts w:ascii="Corbel" w:hAnsi="Corbel"/>
              </w:rPr>
              <w:t>Staff role</w:t>
            </w:r>
          </w:p>
        </w:tc>
        <w:tc>
          <w:tcPr>
            <w:tcW w:w="2071" w:type="dxa"/>
          </w:tcPr>
          <w:p w14:paraId="41529DBB" w14:textId="3AB0663F" w:rsidR="0071162A" w:rsidRPr="00CE2EB9" w:rsidRDefault="0071162A" w:rsidP="0071162A">
            <w:pPr>
              <w:pStyle w:val="BodyText"/>
              <w:jc w:val="center"/>
              <w:rPr>
                <w:rFonts w:ascii="Corbel" w:hAnsi="Corbel"/>
              </w:rPr>
            </w:pPr>
            <w:r>
              <w:rPr>
                <w:rFonts w:ascii="Corbel" w:hAnsi="Corbel"/>
              </w:rPr>
              <w:t>Staff role</w:t>
            </w:r>
          </w:p>
        </w:tc>
        <w:tc>
          <w:tcPr>
            <w:tcW w:w="2077" w:type="dxa"/>
          </w:tcPr>
          <w:p w14:paraId="1979D3F2" w14:textId="1C4F4F23" w:rsidR="0071162A" w:rsidRPr="00CE2EB9" w:rsidRDefault="0071162A" w:rsidP="0071162A">
            <w:pPr>
              <w:pStyle w:val="BodyText"/>
              <w:jc w:val="center"/>
              <w:rPr>
                <w:rFonts w:ascii="Corbel" w:hAnsi="Corbel"/>
              </w:rPr>
            </w:pPr>
            <w:r>
              <w:rPr>
                <w:rFonts w:ascii="Corbel" w:hAnsi="Corbel"/>
              </w:rPr>
              <w:t>Staff role</w:t>
            </w:r>
          </w:p>
        </w:tc>
        <w:tc>
          <w:tcPr>
            <w:tcW w:w="2077" w:type="dxa"/>
          </w:tcPr>
          <w:p w14:paraId="71C4A98D" w14:textId="299BB9CC" w:rsidR="0071162A" w:rsidRPr="00CE2EB9" w:rsidRDefault="0071162A" w:rsidP="0071162A">
            <w:pPr>
              <w:pStyle w:val="BodyText"/>
              <w:jc w:val="center"/>
              <w:rPr>
                <w:rFonts w:ascii="Corbel" w:hAnsi="Corbel"/>
              </w:rPr>
            </w:pPr>
            <w:r>
              <w:rPr>
                <w:rFonts w:ascii="Corbel" w:hAnsi="Corbel"/>
              </w:rPr>
              <w:t>Staff role</w:t>
            </w:r>
          </w:p>
        </w:tc>
        <w:tc>
          <w:tcPr>
            <w:tcW w:w="2062" w:type="dxa"/>
          </w:tcPr>
          <w:p w14:paraId="20A980BC" w14:textId="563396E8" w:rsidR="0071162A" w:rsidRPr="00CE2EB9" w:rsidRDefault="0071162A" w:rsidP="0071162A">
            <w:pPr>
              <w:pStyle w:val="BodyText"/>
              <w:jc w:val="center"/>
              <w:rPr>
                <w:rFonts w:ascii="Corbel" w:hAnsi="Corbel"/>
              </w:rPr>
            </w:pPr>
            <w:r>
              <w:rPr>
                <w:rFonts w:ascii="Corbel" w:hAnsi="Corbel"/>
              </w:rPr>
              <w:t>Staff role</w:t>
            </w:r>
          </w:p>
        </w:tc>
        <w:tc>
          <w:tcPr>
            <w:tcW w:w="2044" w:type="dxa"/>
          </w:tcPr>
          <w:p w14:paraId="21BC5F2D" w14:textId="14312D48" w:rsidR="0071162A" w:rsidRPr="00CE2EB9" w:rsidRDefault="0071162A" w:rsidP="0071162A">
            <w:pPr>
              <w:pStyle w:val="BodyText"/>
              <w:jc w:val="center"/>
              <w:rPr>
                <w:rFonts w:ascii="Corbel" w:hAnsi="Corbel"/>
              </w:rPr>
            </w:pPr>
            <w:r>
              <w:rPr>
                <w:rFonts w:ascii="Corbel" w:hAnsi="Corbel"/>
              </w:rPr>
              <w:t>Staff role</w:t>
            </w:r>
          </w:p>
        </w:tc>
      </w:tr>
      <w:tr w:rsidR="0071162A" w:rsidRPr="00CE2EB9" w14:paraId="2FC4C880" w14:textId="77777777" w:rsidTr="00E07EC1">
        <w:trPr>
          <w:trHeight w:val="357"/>
        </w:trPr>
        <w:tc>
          <w:tcPr>
            <w:tcW w:w="2071" w:type="dxa"/>
          </w:tcPr>
          <w:p w14:paraId="45F79E36" w14:textId="3DA2E552" w:rsidR="0071162A" w:rsidRPr="00CE2EB9" w:rsidRDefault="0071162A" w:rsidP="0071162A">
            <w:pPr>
              <w:jc w:val="center"/>
              <w:rPr>
                <w:rFonts w:ascii="Corbel" w:hAnsi="Corbel"/>
              </w:rPr>
            </w:pPr>
            <w:r>
              <w:rPr>
                <w:rFonts w:ascii="Corbel" w:eastAsia="Times New Roman" w:hAnsi="Corbel" w:cs="Calibri"/>
                <w:color w:val="000000"/>
                <w:lang w:val="en-GB" w:eastAsia="en-GB"/>
              </w:rPr>
              <w:t>Start &amp; end date</w:t>
            </w:r>
          </w:p>
        </w:tc>
        <w:tc>
          <w:tcPr>
            <w:tcW w:w="2077" w:type="dxa"/>
          </w:tcPr>
          <w:p w14:paraId="477D48D8" w14:textId="2D443D2D" w:rsidR="0071162A" w:rsidRPr="00CE2EB9" w:rsidRDefault="0071162A" w:rsidP="0071162A">
            <w:pPr>
              <w:shd w:val="clear" w:color="auto" w:fill="FFFFFF"/>
              <w:jc w:val="center"/>
              <w:textAlignment w:val="baseline"/>
              <w:rPr>
                <w:rFonts w:ascii="Corbel" w:eastAsia="Times New Roman" w:hAnsi="Corbel" w:cs="Calibri"/>
                <w:lang w:val="en-GB" w:eastAsia="en-GB"/>
              </w:rPr>
            </w:pPr>
            <w:r>
              <w:rPr>
                <w:rFonts w:ascii="Corbel" w:eastAsia="Times New Roman" w:hAnsi="Corbel" w:cs="Calibri"/>
                <w:color w:val="000000"/>
                <w:lang w:val="en-GB" w:eastAsia="en-GB"/>
              </w:rPr>
              <w:t>Start &amp; end date</w:t>
            </w:r>
          </w:p>
        </w:tc>
        <w:tc>
          <w:tcPr>
            <w:tcW w:w="2071" w:type="dxa"/>
          </w:tcPr>
          <w:p w14:paraId="0A77F010" w14:textId="2DEBBEA4"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c>
          <w:tcPr>
            <w:tcW w:w="2077" w:type="dxa"/>
          </w:tcPr>
          <w:p w14:paraId="36414159" w14:textId="47FD6482" w:rsidR="0071162A" w:rsidRPr="00CE2EB9" w:rsidRDefault="0071162A" w:rsidP="0071162A">
            <w:pPr>
              <w:shd w:val="clear" w:color="auto" w:fill="FFFFFF"/>
              <w:jc w:val="center"/>
              <w:textAlignment w:val="baseline"/>
              <w:rPr>
                <w:rFonts w:ascii="Corbel" w:eastAsia="Times New Roman" w:hAnsi="Corbel" w:cs="Calibri"/>
                <w:color w:val="00B050"/>
                <w:lang w:val="en-GB" w:eastAsia="en-GB"/>
              </w:rPr>
            </w:pPr>
            <w:r>
              <w:rPr>
                <w:rFonts w:ascii="Corbel" w:eastAsia="Times New Roman" w:hAnsi="Corbel" w:cs="Calibri"/>
                <w:color w:val="000000"/>
                <w:lang w:val="en-GB" w:eastAsia="en-GB"/>
              </w:rPr>
              <w:t>Start &amp; end date</w:t>
            </w:r>
          </w:p>
        </w:tc>
        <w:tc>
          <w:tcPr>
            <w:tcW w:w="2077" w:type="dxa"/>
          </w:tcPr>
          <w:p w14:paraId="0074BB44" w14:textId="5F059B47" w:rsidR="0071162A" w:rsidRPr="00CE2EB9" w:rsidRDefault="0071162A" w:rsidP="0071162A">
            <w:pPr>
              <w:shd w:val="clear" w:color="auto" w:fill="FFFFFF"/>
              <w:jc w:val="center"/>
              <w:textAlignment w:val="baseline"/>
              <w:rPr>
                <w:rFonts w:ascii="Corbel" w:eastAsia="Times New Roman" w:hAnsi="Corbel" w:cs="Calibri"/>
                <w:color w:val="00B050"/>
                <w:lang w:val="en-GB" w:eastAsia="en-GB"/>
              </w:rPr>
            </w:pPr>
            <w:r>
              <w:rPr>
                <w:rFonts w:ascii="Corbel" w:eastAsia="Times New Roman" w:hAnsi="Corbel" w:cs="Calibri"/>
                <w:color w:val="000000"/>
                <w:lang w:val="en-GB" w:eastAsia="en-GB"/>
              </w:rPr>
              <w:t>Start &amp; end date</w:t>
            </w:r>
          </w:p>
        </w:tc>
        <w:tc>
          <w:tcPr>
            <w:tcW w:w="2062" w:type="dxa"/>
          </w:tcPr>
          <w:p w14:paraId="1940E191" w14:textId="7522DAA4"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c>
          <w:tcPr>
            <w:tcW w:w="2044" w:type="dxa"/>
          </w:tcPr>
          <w:p w14:paraId="691A448D" w14:textId="552ABC57" w:rsidR="0071162A" w:rsidRPr="00CE2EB9" w:rsidRDefault="0071162A" w:rsidP="0071162A">
            <w:pPr>
              <w:pStyle w:val="BodyText"/>
              <w:jc w:val="center"/>
              <w:rPr>
                <w:rFonts w:ascii="Corbel" w:hAnsi="Corbel"/>
              </w:rPr>
            </w:pPr>
            <w:r>
              <w:rPr>
                <w:rFonts w:ascii="Corbel" w:eastAsia="Times New Roman" w:hAnsi="Corbel" w:cs="Calibri"/>
                <w:color w:val="000000"/>
                <w:lang w:val="en-GB" w:eastAsia="en-GB"/>
              </w:rPr>
              <w:t>Start &amp; end date</w:t>
            </w:r>
          </w:p>
        </w:tc>
      </w:tr>
    </w:tbl>
    <w:p w14:paraId="39271864" w14:textId="2940C403" w:rsidR="00E45328" w:rsidRDefault="00E45328">
      <w:pPr>
        <w:rPr>
          <w:rFonts w:ascii="Corbel" w:hAnsi="Corbel"/>
          <w:sz w:val="2"/>
          <w:szCs w:val="2"/>
        </w:rPr>
      </w:pPr>
    </w:p>
    <w:p w14:paraId="35888640" w14:textId="77777777" w:rsidR="009E403D" w:rsidRDefault="009E403D">
      <w:pPr>
        <w:rPr>
          <w:rFonts w:ascii="Corbel" w:hAnsi="Corbel"/>
          <w:sz w:val="2"/>
          <w:szCs w:val="2"/>
        </w:rPr>
        <w:sectPr w:rsidR="009E403D" w:rsidSect="00E07EC1">
          <w:pgSz w:w="15840" w:h="12240" w:orient="landscape"/>
          <w:pgMar w:top="567" w:right="284" w:bottom="616" w:left="709" w:header="720" w:footer="0" w:gutter="0"/>
          <w:cols w:space="720"/>
          <w:docGrid w:linePitch="360"/>
        </w:sectPr>
      </w:pPr>
    </w:p>
    <w:p w14:paraId="4A294335" w14:textId="4F4DA3F9" w:rsidR="009E403D" w:rsidRPr="009E403D" w:rsidRDefault="003933E5" w:rsidP="009E403D">
      <w:pPr>
        <w:ind w:left="-567" w:firstLine="567"/>
        <w:rPr>
          <w:rFonts w:ascii="Corbel" w:hAnsi="Corbel"/>
          <w:b/>
        </w:rPr>
      </w:pPr>
      <w:r w:rsidRPr="00372F65">
        <w:rPr>
          <w:rFonts w:ascii="KG Primary Penmanship 2" w:hAnsi="KG Primary Penmanship 2"/>
          <w:b/>
          <w:bCs/>
          <w:i/>
          <w:iCs/>
          <w:noProof/>
          <w:color w:val="0070C0"/>
          <w:sz w:val="32"/>
          <w:lang w:eastAsia="en-GB"/>
        </w:rPr>
        <w:lastRenderedPageBreak/>
        <w:drawing>
          <wp:anchor distT="0" distB="0" distL="114300" distR="114300" simplePos="0" relativeHeight="251717632" behindDoc="0" locked="0" layoutInCell="1" allowOverlap="1" wp14:anchorId="7098565B" wp14:editId="2EED82AB">
            <wp:simplePos x="0" y="0"/>
            <wp:positionH relativeFrom="margin">
              <wp:posOffset>6249670</wp:posOffset>
            </wp:positionH>
            <wp:positionV relativeFrom="paragraph">
              <wp:posOffset>-46990</wp:posOffset>
            </wp:positionV>
            <wp:extent cx="1068750" cy="71437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9667"/>
                    <a:stretch/>
                  </pic:blipFill>
                  <pic:spPr bwMode="auto">
                    <a:xfrm>
                      <a:off x="0" y="0"/>
                      <a:ext cx="1068750" cy="714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E403D" w:rsidRPr="009E403D">
        <w:rPr>
          <w:b/>
          <w:noProof/>
          <w:lang w:val="en-GB" w:eastAsia="en-GB"/>
        </w:rPr>
        <w:drawing>
          <wp:anchor distT="0" distB="0" distL="114300" distR="114300" simplePos="0" relativeHeight="251686912" behindDoc="0" locked="0" layoutInCell="1" allowOverlap="1" wp14:anchorId="57F130F7" wp14:editId="0952FA01">
            <wp:simplePos x="0" y="0"/>
            <wp:positionH relativeFrom="margin">
              <wp:posOffset>821674</wp:posOffset>
            </wp:positionH>
            <wp:positionV relativeFrom="paragraph">
              <wp:posOffset>57763</wp:posOffset>
            </wp:positionV>
            <wp:extent cx="1337021" cy="681459"/>
            <wp:effectExtent l="0" t="0" r="0" b="4445"/>
            <wp:wrapNone/>
            <wp:docPr id="20" name="Picture 20" descr="E:\Lighthouse Trust\Lighthouse Trust 2025-26\LOGOS\Lighthouse MT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ghthouse Trust\Lighthouse Trust 2025-26\LOGOS\Lighthouse MTA logo JPG.jpg"/>
                    <pic:cNvPicPr>
                      <a:picLocks noChangeAspect="1" noChangeArrowheads="1"/>
                    </pic:cNvPicPr>
                  </pic:nvPicPr>
                  <pic:blipFill>
                    <a:blip r:embed="rId21" cstate="print">
                      <a:clrChange>
                        <a:clrFrom>
                          <a:srgbClr val="FFFEFD"/>
                        </a:clrFrom>
                        <a:clrTo>
                          <a:srgbClr val="FFFEFD">
                            <a:alpha val="0"/>
                          </a:srgbClr>
                        </a:clrTo>
                      </a:clrChange>
                      <a:extLst>
                        <a:ext uri="{28A0092B-C50C-407E-A947-70E740481C1C}">
                          <a14:useLocalDpi xmlns:a14="http://schemas.microsoft.com/office/drawing/2010/main" val="0"/>
                        </a:ext>
                      </a:extLst>
                    </a:blip>
                    <a:srcRect/>
                    <a:stretch>
                      <a:fillRect/>
                    </a:stretch>
                  </pic:blipFill>
                  <pic:spPr bwMode="auto">
                    <a:xfrm>
                      <a:off x="0" y="0"/>
                      <a:ext cx="1337021" cy="681459"/>
                    </a:xfrm>
                    <a:prstGeom prst="rect">
                      <a:avLst/>
                    </a:prstGeom>
                    <a:noFill/>
                    <a:ln>
                      <a:noFill/>
                    </a:ln>
                  </pic:spPr>
                </pic:pic>
              </a:graphicData>
            </a:graphic>
            <wp14:sizeRelH relativeFrom="page">
              <wp14:pctWidth>0</wp14:pctWidth>
            </wp14:sizeRelH>
            <wp14:sizeRelV relativeFrom="page">
              <wp14:pctHeight>0</wp14:pctHeight>
            </wp14:sizeRelV>
          </wp:anchor>
        </w:drawing>
      </w:r>
      <w:r w:rsidR="009E403D" w:rsidRPr="009E403D">
        <w:rPr>
          <w:rFonts w:ascii="Corbel" w:hAnsi="Corbel"/>
          <w:b/>
        </w:rPr>
        <w:t>Appendix 5</w:t>
      </w:r>
    </w:p>
    <w:p w14:paraId="360FBF38" w14:textId="50F5F3AB" w:rsidR="009E403D" w:rsidRPr="009E403D" w:rsidRDefault="009E403D" w:rsidP="009E403D">
      <w:pPr>
        <w:ind w:left="-567" w:firstLine="567"/>
        <w:jc w:val="center"/>
        <w:rPr>
          <w:rFonts w:ascii="Corbel" w:hAnsi="Corbel"/>
          <w:sz w:val="36"/>
          <w:u w:val="single"/>
        </w:rPr>
      </w:pPr>
      <w:r w:rsidRPr="009E403D">
        <w:rPr>
          <w:rFonts w:ascii="Corbel" w:hAnsi="Corbel"/>
          <w:sz w:val="36"/>
          <w:u w:val="single"/>
        </w:rPr>
        <w:t>Near Miss Accident Form</w:t>
      </w:r>
    </w:p>
    <w:p w14:paraId="2A992E2E" w14:textId="77777777" w:rsidR="009E403D" w:rsidRPr="009E403D" w:rsidRDefault="009E403D" w:rsidP="009E403D">
      <w:pPr>
        <w:pStyle w:val="BodyText"/>
        <w:spacing w:after="0" w:line="240" w:lineRule="auto"/>
        <w:ind w:right="-425" w:hanging="1"/>
        <w:rPr>
          <w:rFonts w:ascii="Corbel" w:hAnsi="Corbel"/>
        </w:rPr>
      </w:pPr>
      <w:r w:rsidRPr="009E403D">
        <w:rPr>
          <w:rFonts w:ascii="Corbel" w:hAnsi="Corbel"/>
        </w:rPr>
        <w:t>A near-miss is a potential hazard or incident in which no property was damaged and no personal injury was sustained, but where, given a slight shift in time or position, damage or injury easily could have occurred. Near misses also may be referred to as close calls, near accidents,</w:t>
      </w:r>
      <w:r w:rsidRPr="009E403D">
        <w:rPr>
          <w:rFonts w:ascii="Corbel" w:hAnsi="Corbel"/>
          <w:spacing w:val="-2"/>
        </w:rPr>
        <w:t xml:space="preserve"> </w:t>
      </w:r>
      <w:r w:rsidRPr="009E403D">
        <w:rPr>
          <w:rFonts w:ascii="Corbel" w:hAnsi="Corbel"/>
        </w:rPr>
        <w:t>or</w:t>
      </w:r>
      <w:r w:rsidRPr="009E403D">
        <w:rPr>
          <w:rFonts w:ascii="Corbel" w:hAnsi="Corbel"/>
          <w:spacing w:val="-3"/>
        </w:rPr>
        <w:t xml:space="preserve"> </w:t>
      </w:r>
      <w:r w:rsidRPr="009E403D">
        <w:rPr>
          <w:rFonts w:ascii="Corbel" w:hAnsi="Corbel"/>
        </w:rPr>
        <w:t>injury-free</w:t>
      </w:r>
      <w:r w:rsidRPr="009E403D">
        <w:rPr>
          <w:rFonts w:ascii="Corbel" w:hAnsi="Corbel"/>
          <w:spacing w:val="-6"/>
        </w:rPr>
        <w:t xml:space="preserve"> </w:t>
      </w:r>
      <w:r w:rsidRPr="009E403D">
        <w:rPr>
          <w:rFonts w:ascii="Corbel" w:hAnsi="Corbel"/>
        </w:rPr>
        <w:t>events. For</w:t>
      </w:r>
      <w:r w:rsidRPr="009E403D">
        <w:rPr>
          <w:rFonts w:ascii="Corbel" w:hAnsi="Corbel"/>
          <w:spacing w:val="-5"/>
        </w:rPr>
        <w:t xml:space="preserve"> </w:t>
      </w:r>
      <w:r w:rsidRPr="009E403D">
        <w:rPr>
          <w:rFonts w:ascii="Corbel" w:hAnsi="Corbel"/>
        </w:rPr>
        <w:t>the</w:t>
      </w:r>
      <w:r w:rsidRPr="009E403D">
        <w:rPr>
          <w:rFonts w:ascii="Corbel" w:hAnsi="Corbel"/>
          <w:spacing w:val="-2"/>
        </w:rPr>
        <w:t xml:space="preserve"> </w:t>
      </w:r>
      <w:r w:rsidRPr="009E403D">
        <w:rPr>
          <w:rFonts w:ascii="Corbel" w:hAnsi="Corbel"/>
        </w:rPr>
        <w:t>sake</w:t>
      </w:r>
      <w:r w:rsidRPr="009E403D">
        <w:rPr>
          <w:rFonts w:ascii="Corbel" w:hAnsi="Corbel"/>
          <w:spacing w:val="-4"/>
        </w:rPr>
        <w:t xml:space="preserve"> </w:t>
      </w:r>
      <w:r w:rsidRPr="009E403D">
        <w:rPr>
          <w:rFonts w:ascii="Corbel" w:hAnsi="Corbel"/>
        </w:rPr>
        <w:t>of a</w:t>
      </w:r>
      <w:r w:rsidRPr="009E403D">
        <w:rPr>
          <w:rFonts w:ascii="Corbel" w:hAnsi="Corbel"/>
          <w:spacing w:val="-4"/>
        </w:rPr>
        <w:t xml:space="preserve"> </w:t>
      </w:r>
      <w:r w:rsidRPr="009E403D">
        <w:rPr>
          <w:rFonts w:ascii="Corbel" w:hAnsi="Corbel"/>
        </w:rPr>
        <w:t>safe</w:t>
      </w:r>
      <w:r w:rsidRPr="009E403D">
        <w:rPr>
          <w:rFonts w:ascii="Corbel" w:hAnsi="Corbel"/>
          <w:spacing w:val="-4"/>
        </w:rPr>
        <w:t xml:space="preserve"> </w:t>
      </w:r>
      <w:r w:rsidRPr="009E403D">
        <w:rPr>
          <w:rFonts w:ascii="Corbel" w:hAnsi="Corbel"/>
        </w:rPr>
        <w:t>work</w:t>
      </w:r>
      <w:r w:rsidRPr="009E403D">
        <w:rPr>
          <w:rFonts w:ascii="Corbel" w:hAnsi="Corbel"/>
          <w:spacing w:val="-1"/>
        </w:rPr>
        <w:t xml:space="preserve"> </w:t>
      </w:r>
      <w:r w:rsidRPr="009E403D">
        <w:rPr>
          <w:rFonts w:ascii="Corbel" w:hAnsi="Corbel"/>
        </w:rPr>
        <w:t>environment,</w:t>
      </w:r>
      <w:r w:rsidRPr="009E403D">
        <w:rPr>
          <w:rFonts w:ascii="Corbel" w:hAnsi="Corbel"/>
          <w:spacing w:val="-3"/>
        </w:rPr>
        <w:t xml:space="preserve"> </w:t>
      </w:r>
      <w:r w:rsidRPr="009E403D">
        <w:rPr>
          <w:rFonts w:ascii="Corbel" w:hAnsi="Corbel"/>
        </w:rPr>
        <w:t>the Trust</w:t>
      </w:r>
      <w:r w:rsidRPr="009E403D">
        <w:rPr>
          <w:rFonts w:ascii="Corbel" w:hAnsi="Corbel"/>
          <w:spacing w:val="-4"/>
        </w:rPr>
        <w:t xml:space="preserve"> </w:t>
      </w:r>
      <w:r w:rsidRPr="009E403D">
        <w:rPr>
          <w:rFonts w:ascii="Corbel" w:hAnsi="Corbel"/>
        </w:rPr>
        <w:t>asks that all employees report and correct any of these potential hazards immediately.</w:t>
      </w:r>
    </w:p>
    <w:p w14:paraId="518D730D" w14:textId="77777777" w:rsidR="009E403D" w:rsidRPr="009E403D" w:rsidRDefault="009E403D" w:rsidP="009E403D">
      <w:pPr>
        <w:pStyle w:val="BodyText"/>
        <w:spacing w:after="0" w:line="240" w:lineRule="auto"/>
        <w:ind w:right="-425"/>
        <w:rPr>
          <w:rFonts w:ascii="Corbel" w:hAnsi="Corbel"/>
        </w:rPr>
      </w:pPr>
    </w:p>
    <w:p w14:paraId="65A3E2C4" w14:textId="1057A969" w:rsidR="009E403D" w:rsidRDefault="009E403D" w:rsidP="009E403D">
      <w:pPr>
        <w:pStyle w:val="BodyText"/>
        <w:spacing w:after="0" w:line="240" w:lineRule="auto"/>
        <w:ind w:right="-425"/>
        <w:rPr>
          <w:rFonts w:ascii="Corbel" w:hAnsi="Corbel"/>
        </w:rPr>
      </w:pPr>
      <w:r w:rsidRPr="009E403D">
        <w:rPr>
          <w:rFonts w:ascii="Corbel" w:hAnsi="Corbel"/>
        </w:rPr>
        <w:t>Please</w:t>
      </w:r>
      <w:r w:rsidRPr="009E403D">
        <w:rPr>
          <w:rFonts w:ascii="Corbel" w:hAnsi="Corbel"/>
          <w:spacing w:val="-2"/>
        </w:rPr>
        <w:t xml:space="preserve"> </w:t>
      </w:r>
      <w:r w:rsidRPr="009E403D">
        <w:rPr>
          <w:rFonts w:ascii="Corbel" w:hAnsi="Corbel"/>
        </w:rPr>
        <w:t>use</w:t>
      </w:r>
      <w:r w:rsidRPr="009E403D">
        <w:rPr>
          <w:rFonts w:ascii="Corbel" w:hAnsi="Corbel"/>
          <w:spacing w:val="-2"/>
        </w:rPr>
        <w:t xml:space="preserve"> </w:t>
      </w:r>
      <w:r w:rsidRPr="009E403D">
        <w:rPr>
          <w:rFonts w:ascii="Corbel" w:hAnsi="Corbel"/>
        </w:rPr>
        <w:t>this</w:t>
      </w:r>
      <w:r w:rsidRPr="009E403D">
        <w:rPr>
          <w:rFonts w:ascii="Corbel" w:hAnsi="Corbel"/>
          <w:spacing w:val="-6"/>
        </w:rPr>
        <w:t xml:space="preserve"> </w:t>
      </w:r>
      <w:r w:rsidRPr="009E403D">
        <w:rPr>
          <w:rFonts w:ascii="Corbel" w:hAnsi="Corbel"/>
        </w:rPr>
        <w:t>form</w:t>
      </w:r>
      <w:r w:rsidRPr="009E403D">
        <w:rPr>
          <w:rFonts w:ascii="Corbel" w:hAnsi="Corbel"/>
          <w:spacing w:val="-5"/>
        </w:rPr>
        <w:t xml:space="preserve"> </w:t>
      </w:r>
      <w:r w:rsidRPr="009E403D">
        <w:rPr>
          <w:rFonts w:ascii="Corbel" w:hAnsi="Corbel"/>
        </w:rPr>
        <w:t>to</w:t>
      </w:r>
      <w:r w:rsidRPr="009E403D">
        <w:rPr>
          <w:rFonts w:ascii="Corbel" w:hAnsi="Corbel"/>
          <w:spacing w:val="-4"/>
        </w:rPr>
        <w:t xml:space="preserve"> </w:t>
      </w:r>
      <w:r w:rsidRPr="009E403D">
        <w:rPr>
          <w:rFonts w:ascii="Corbel" w:hAnsi="Corbel"/>
        </w:rPr>
        <w:t>report</w:t>
      </w:r>
      <w:r w:rsidRPr="009E403D">
        <w:rPr>
          <w:rFonts w:ascii="Corbel" w:hAnsi="Corbel"/>
          <w:spacing w:val="-3"/>
        </w:rPr>
        <w:t xml:space="preserve"> </w:t>
      </w:r>
      <w:r w:rsidRPr="009E403D">
        <w:rPr>
          <w:rFonts w:ascii="Corbel" w:hAnsi="Corbel"/>
        </w:rPr>
        <w:t>near-misses</w:t>
      </w:r>
      <w:r w:rsidRPr="009E403D">
        <w:rPr>
          <w:rFonts w:ascii="Corbel" w:hAnsi="Corbel"/>
          <w:spacing w:val="-4"/>
        </w:rPr>
        <w:t xml:space="preserve"> </w:t>
      </w:r>
      <w:r w:rsidRPr="009E403D">
        <w:rPr>
          <w:rFonts w:ascii="Corbel" w:hAnsi="Corbel"/>
        </w:rPr>
        <w:t>and</w:t>
      </w:r>
      <w:r w:rsidRPr="009E403D">
        <w:rPr>
          <w:rFonts w:ascii="Corbel" w:hAnsi="Corbel"/>
          <w:spacing w:val="-2"/>
        </w:rPr>
        <w:t xml:space="preserve"> </w:t>
      </w:r>
      <w:r w:rsidRPr="009E403D">
        <w:rPr>
          <w:rFonts w:ascii="Corbel" w:hAnsi="Corbel"/>
        </w:rPr>
        <w:t>assist us</w:t>
      </w:r>
      <w:r w:rsidRPr="009E403D">
        <w:rPr>
          <w:rFonts w:ascii="Corbel" w:hAnsi="Corbel"/>
          <w:spacing w:val="-4"/>
        </w:rPr>
        <w:t xml:space="preserve"> </w:t>
      </w:r>
      <w:r w:rsidRPr="009E403D">
        <w:rPr>
          <w:rFonts w:ascii="Corbel" w:hAnsi="Corbel"/>
        </w:rPr>
        <w:t>in</w:t>
      </w:r>
      <w:r w:rsidRPr="009E403D">
        <w:rPr>
          <w:rFonts w:ascii="Corbel" w:hAnsi="Corbel"/>
          <w:spacing w:val="-2"/>
        </w:rPr>
        <w:t xml:space="preserve"> </w:t>
      </w:r>
      <w:r w:rsidRPr="009E403D">
        <w:rPr>
          <w:rFonts w:ascii="Corbel" w:hAnsi="Corbel"/>
        </w:rPr>
        <w:t>preventing</w:t>
      </w:r>
      <w:r w:rsidRPr="009E403D">
        <w:rPr>
          <w:rFonts w:ascii="Corbel" w:hAnsi="Corbel"/>
          <w:spacing w:val="-2"/>
        </w:rPr>
        <w:t xml:space="preserve"> </w:t>
      </w:r>
      <w:r w:rsidRPr="009E403D">
        <w:rPr>
          <w:rFonts w:ascii="Corbel" w:hAnsi="Corbel"/>
        </w:rPr>
        <w:t>future</w:t>
      </w:r>
      <w:r w:rsidRPr="009E403D">
        <w:rPr>
          <w:rFonts w:ascii="Corbel" w:hAnsi="Corbel"/>
          <w:spacing w:val="-2"/>
        </w:rPr>
        <w:t xml:space="preserve"> </w:t>
      </w:r>
      <w:r w:rsidRPr="009E403D">
        <w:rPr>
          <w:rFonts w:ascii="Corbel" w:hAnsi="Corbel"/>
        </w:rPr>
        <w:t>incidents</w:t>
      </w:r>
      <w:r w:rsidRPr="009E403D">
        <w:rPr>
          <w:rFonts w:ascii="Corbel" w:hAnsi="Corbel"/>
          <w:spacing w:val="-4"/>
        </w:rPr>
        <w:t xml:space="preserve"> </w:t>
      </w:r>
      <w:r w:rsidRPr="009E403D">
        <w:rPr>
          <w:rFonts w:ascii="Corbel" w:hAnsi="Corbel"/>
        </w:rPr>
        <w:t>and making the Company a safer workplace.</w:t>
      </w:r>
    </w:p>
    <w:p w14:paraId="0E0AD154" w14:textId="77777777" w:rsidR="009E403D" w:rsidRPr="009E403D" w:rsidRDefault="009E403D" w:rsidP="009E403D">
      <w:pPr>
        <w:pStyle w:val="BodyText"/>
        <w:spacing w:after="0" w:line="240" w:lineRule="auto"/>
        <w:ind w:right="-425"/>
        <w:rPr>
          <w:rFonts w:ascii="Corbel" w:hAnsi="Corbel"/>
        </w:rPr>
      </w:pPr>
    </w:p>
    <w:tbl>
      <w:tblPr>
        <w:tblW w:w="110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1"/>
        <w:gridCol w:w="5526"/>
      </w:tblGrid>
      <w:tr w:rsidR="009E403D" w:rsidRPr="009E403D" w14:paraId="2FC8BD83" w14:textId="77777777" w:rsidTr="009E403D">
        <w:trPr>
          <w:trHeight w:val="455"/>
        </w:trPr>
        <w:tc>
          <w:tcPr>
            <w:tcW w:w="5521" w:type="dxa"/>
          </w:tcPr>
          <w:p w14:paraId="5B3F664C" w14:textId="77777777" w:rsidR="009E403D" w:rsidRPr="009E403D" w:rsidRDefault="009E403D" w:rsidP="009E403D">
            <w:pPr>
              <w:pStyle w:val="TableParagraph"/>
              <w:rPr>
                <w:rFonts w:ascii="Corbel" w:hAnsi="Corbel"/>
                <w:spacing w:val="-2"/>
              </w:rPr>
            </w:pPr>
            <w:r w:rsidRPr="009E403D">
              <w:rPr>
                <w:rFonts w:ascii="Corbel" w:hAnsi="Corbel"/>
                <w:spacing w:val="-2"/>
              </w:rPr>
              <w:t>Academy:</w:t>
            </w:r>
          </w:p>
          <w:p w14:paraId="2A445D6F" w14:textId="77777777" w:rsidR="009E403D" w:rsidRPr="009E403D" w:rsidRDefault="009E403D" w:rsidP="009E403D">
            <w:pPr>
              <w:pStyle w:val="TableParagraph"/>
              <w:rPr>
                <w:rFonts w:ascii="Corbel" w:hAnsi="Corbel"/>
                <w:spacing w:val="-2"/>
              </w:rPr>
            </w:pPr>
          </w:p>
          <w:p w14:paraId="1BC12D6A" w14:textId="77777777" w:rsidR="009E403D" w:rsidRPr="009E403D" w:rsidRDefault="009E403D" w:rsidP="009E403D">
            <w:pPr>
              <w:pStyle w:val="TableParagraph"/>
              <w:ind w:hanging="107"/>
              <w:rPr>
                <w:rFonts w:ascii="Corbel" w:hAnsi="Corbel"/>
              </w:rPr>
            </w:pPr>
          </w:p>
        </w:tc>
        <w:tc>
          <w:tcPr>
            <w:tcW w:w="5526" w:type="dxa"/>
          </w:tcPr>
          <w:p w14:paraId="5CF7F6ED" w14:textId="77777777" w:rsidR="009E403D" w:rsidRPr="009E403D" w:rsidRDefault="009E403D" w:rsidP="009E403D">
            <w:pPr>
              <w:pStyle w:val="TableParagraph"/>
              <w:rPr>
                <w:rFonts w:ascii="Corbel" w:hAnsi="Corbel"/>
              </w:rPr>
            </w:pPr>
            <w:r w:rsidRPr="009E403D">
              <w:rPr>
                <w:rFonts w:ascii="Corbel" w:hAnsi="Corbel"/>
              </w:rPr>
              <w:t>Location</w:t>
            </w:r>
            <w:r w:rsidRPr="009E403D">
              <w:rPr>
                <w:rFonts w:ascii="Corbel" w:hAnsi="Corbel"/>
                <w:spacing w:val="-4"/>
              </w:rPr>
              <w:t>:</w:t>
            </w:r>
          </w:p>
        </w:tc>
      </w:tr>
      <w:tr w:rsidR="009E403D" w:rsidRPr="009E403D" w14:paraId="6804F862" w14:textId="77777777" w:rsidTr="009E403D">
        <w:trPr>
          <w:trHeight w:val="455"/>
        </w:trPr>
        <w:tc>
          <w:tcPr>
            <w:tcW w:w="5521" w:type="dxa"/>
          </w:tcPr>
          <w:p w14:paraId="431B1525" w14:textId="77777777" w:rsidR="009E403D" w:rsidRPr="009E403D" w:rsidRDefault="009E403D" w:rsidP="009E403D">
            <w:pPr>
              <w:pStyle w:val="TableParagraph"/>
              <w:rPr>
                <w:rFonts w:ascii="Corbel" w:hAnsi="Corbel"/>
                <w:spacing w:val="-2"/>
              </w:rPr>
            </w:pPr>
            <w:r w:rsidRPr="009E403D">
              <w:rPr>
                <w:rFonts w:ascii="Corbel" w:hAnsi="Corbel"/>
              </w:rPr>
              <w:t>Date</w:t>
            </w:r>
            <w:r w:rsidRPr="009E403D">
              <w:rPr>
                <w:rFonts w:ascii="Corbel" w:hAnsi="Corbel"/>
                <w:spacing w:val="-3"/>
              </w:rPr>
              <w:t xml:space="preserve"> </w:t>
            </w:r>
            <w:r w:rsidRPr="009E403D">
              <w:rPr>
                <w:rFonts w:ascii="Corbel" w:hAnsi="Corbel"/>
              </w:rPr>
              <w:t>and</w:t>
            </w:r>
            <w:r w:rsidRPr="009E403D">
              <w:rPr>
                <w:rFonts w:ascii="Corbel" w:hAnsi="Corbel"/>
                <w:spacing w:val="-4"/>
              </w:rPr>
              <w:t xml:space="preserve"> </w:t>
            </w:r>
            <w:r w:rsidRPr="009E403D">
              <w:rPr>
                <w:rFonts w:ascii="Corbel" w:hAnsi="Corbel"/>
              </w:rPr>
              <w:t>Time</w:t>
            </w:r>
            <w:r w:rsidRPr="009E403D">
              <w:rPr>
                <w:rFonts w:ascii="Corbel" w:hAnsi="Corbel"/>
                <w:spacing w:val="-2"/>
              </w:rPr>
              <w:t xml:space="preserve"> </w:t>
            </w:r>
            <w:r w:rsidRPr="009E403D">
              <w:rPr>
                <w:rFonts w:ascii="Corbel" w:hAnsi="Corbel"/>
              </w:rPr>
              <w:t>of</w:t>
            </w:r>
            <w:r w:rsidRPr="009E403D">
              <w:rPr>
                <w:rFonts w:ascii="Corbel" w:hAnsi="Corbel"/>
                <w:spacing w:val="-3"/>
              </w:rPr>
              <w:t xml:space="preserve"> </w:t>
            </w:r>
            <w:r w:rsidRPr="009E403D">
              <w:rPr>
                <w:rFonts w:ascii="Corbel" w:hAnsi="Corbel"/>
                <w:spacing w:val="-2"/>
              </w:rPr>
              <w:t>Incident:</w:t>
            </w:r>
          </w:p>
          <w:p w14:paraId="2BB7E9AD" w14:textId="77777777" w:rsidR="009E403D" w:rsidRPr="009E403D" w:rsidRDefault="009E403D" w:rsidP="009E403D">
            <w:pPr>
              <w:pStyle w:val="TableParagraph"/>
              <w:rPr>
                <w:rFonts w:ascii="Corbel" w:hAnsi="Corbel"/>
                <w:spacing w:val="-2"/>
              </w:rPr>
            </w:pPr>
          </w:p>
        </w:tc>
        <w:tc>
          <w:tcPr>
            <w:tcW w:w="5526" w:type="dxa"/>
          </w:tcPr>
          <w:p w14:paraId="75D93B99" w14:textId="77777777" w:rsidR="009E403D" w:rsidRPr="009E403D" w:rsidRDefault="009E403D" w:rsidP="009E403D">
            <w:pPr>
              <w:pStyle w:val="TableParagraph"/>
              <w:rPr>
                <w:rFonts w:ascii="Corbel" w:hAnsi="Corbel"/>
                <w:spacing w:val="-2"/>
              </w:rPr>
            </w:pPr>
            <w:r w:rsidRPr="009E403D">
              <w:rPr>
                <w:rFonts w:ascii="Corbel" w:hAnsi="Corbel"/>
              </w:rPr>
              <w:t>Witnesses</w:t>
            </w:r>
            <w:r w:rsidRPr="009E403D">
              <w:rPr>
                <w:rFonts w:ascii="Corbel" w:hAnsi="Corbel"/>
                <w:spacing w:val="-6"/>
              </w:rPr>
              <w:t xml:space="preserve"> </w:t>
            </w:r>
            <w:r w:rsidRPr="009E403D">
              <w:rPr>
                <w:rFonts w:ascii="Corbel" w:hAnsi="Corbel"/>
                <w:spacing w:val="-2"/>
              </w:rPr>
              <w:t>(optional):</w:t>
            </w:r>
          </w:p>
          <w:p w14:paraId="355D1AAF" w14:textId="77777777" w:rsidR="009E403D" w:rsidRDefault="009E403D" w:rsidP="009E403D">
            <w:pPr>
              <w:pStyle w:val="TableParagraph"/>
              <w:spacing w:line="240" w:lineRule="auto"/>
              <w:ind w:left="0"/>
              <w:rPr>
                <w:rFonts w:ascii="Corbel" w:hAnsi="Corbel"/>
              </w:rPr>
            </w:pPr>
          </w:p>
          <w:p w14:paraId="03FEFB8D" w14:textId="3C2D6A8B" w:rsidR="009E403D" w:rsidRPr="009E403D" w:rsidRDefault="009E403D" w:rsidP="009E403D">
            <w:pPr>
              <w:pStyle w:val="TableParagraph"/>
              <w:spacing w:line="240" w:lineRule="auto"/>
              <w:ind w:left="0"/>
              <w:rPr>
                <w:rFonts w:ascii="Corbel" w:hAnsi="Corbel"/>
              </w:rPr>
            </w:pPr>
          </w:p>
        </w:tc>
      </w:tr>
      <w:tr w:rsidR="009E403D" w:rsidRPr="009E403D" w14:paraId="04B7C8C7" w14:textId="77777777" w:rsidTr="009E403D">
        <w:trPr>
          <w:trHeight w:val="1819"/>
        </w:trPr>
        <w:tc>
          <w:tcPr>
            <w:tcW w:w="5521" w:type="dxa"/>
          </w:tcPr>
          <w:p w14:paraId="6D222D75" w14:textId="04DC3898" w:rsidR="009E403D" w:rsidRDefault="009E403D" w:rsidP="009E403D">
            <w:pPr>
              <w:pStyle w:val="TableParagraph"/>
              <w:rPr>
                <w:rFonts w:ascii="Corbel" w:hAnsi="Corbel"/>
                <w:spacing w:val="-4"/>
              </w:rPr>
            </w:pPr>
            <w:r w:rsidRPr="009E403D">
              <w:rPr>
                <w:rFonts w:ascii="Corbel" w:hAnsi="Corbel"/>
              </w:rPr>
              <w:t>Type</w:t>
            </w:r>
            <w:r w:rsidRPr="009E403D">
              <w:rPr>
                <w:rFonts w:ascii="Corbel" w:hAnsi="Corbel"/>
                <w:spacing w:val="-4"/>
              </w:rPr>
              <w:t xml:space="preserve"> </w:t>
            </w:r>
            <w:r w:rsidRPr="009E403D">
              <w:rPr>
                <w:rFonts w:ascii="Corbel" w:hAnsi="Corbel"/>
              </w:rPr>
              <w:t>of</w:t>
            </w:r>
            <w:r w:rsidRPr="009E403D">
              <w:rPr>
                <w:rFonts w:ascii="Corbel" w:hAnsi="Corbel"/>
                <w:spacing w:val="-1"/>
              </w:rPr>
              <w:t xml:space="preserve"> </w:t>
            </w:r>
            <w:r w:rsidRPr="009E403D">
              <w:rPr>
                <w:rFonts w:ascii="Corbel" w:hAnsi="Corbel"/>
              </w:rPr>
              <w:t>Near</w:t>
            </w:r>
            <w:r w:rsidRPr="009E403D">
              <w:rPr>
                <w:rFonts w:ascii="Corbel" w:hAnsi="Corbel"/>
                <w:spacing w:val="-4"/>
              </w:rPr>
              <w:t xml:space="preserve"> Miss:</w:t>
            </w:r>
          </w:p>
          <w:p w14:paraId="0F73CCDA" w14:textId="45C02D37" w:rsidR="009E403D" w:rsidRPr="009E403D" w:rsidRDefault="009E403D" w:rsidP="009E403D">
            <w:pPr>
              <w:pStyle w:val="TableParagraph"/>
              <w:rPr>
                <w:rFonts w:ascii="Corbel" w:hAnsi="Corbel"/>
              </w:rPr>
            </w:pPr>
            <w:r w:rsidRPr="009E403D">
              <w:rPr>
                <w:rFonts w:ascii="Corbel" w:hAnsi="Corbel"/>
                <w:noProof/>
                <w:lang w:val="en-GB" w:eastAsia="en-GB"/>
              </w:rPr>
              <mc:AlternateContent>
                <mc:Choice Requires="wps">
                  <w:drawing>
                    <wp:anchor distT="45720" distB="45720" distL="114300" distR="114300" simplePos="0" relativeHeight="251691008" behindDoc="0" locked="0" layoutInCell="1" allowOverlap="1" wp14:anchorId="2757054A" wp14:editId="4E2D7980">
                      <wp:simplePos x="0" y="0"/>
                      <wp:positionH relativeFrom="column">
                        <wp:posOffset>221615</wp:posOffset>
                      </wp:positionH>
                      <wp:positionV relativeFrom="paragraph">
                        <wp:posOffset>147251</wp:posOffset>
                      </wp:positionV>
                      <wp:extent cx="230505" cy="260985"/>
                      <wp:effectExtent l="0" t="0" r="17145" b="2476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60985"/>
                              </a:xfrm>
                              <a:prstGeom prst="rect">
                                <a:avLst/>
                              </a:prstGeom>
                              <a:solidFill>
                                <a:srgbClr val="FFFFFF"/>
                              </a:solidFill>
                              <a:ln w="9525">
                                <a:solidFill>
                                  <a:srgbClr val="000000"/>
                                </a:solidFill>
                                <a:miter lim="800000"/>
                                <a:headEnd/>
                                <a:tailEnd/>
                              </a:ln>
                            </wps:spPr>
                            <wps:txbx>
                              <w:txbxContent>
                                <w:sdt>
                                  <w:sdtPr>
                                    <w:id w:val="584731850"/>
                                    <w:temporary/>
                                    <w:showingPlcHdr/>
                                    <w15:appearance w15:val="hidden"/>
                                  </w:sdtPr>
                                  <w:sdtEndPr/>
                                  <w:sdtContent>
                                    <w:p w14:paraId="04DE10D0" w14:textId="56788F99" w:rsidR="009E403D" w:rsidRDefault="009E403D">
                                      <w:r>
                                        <w:t xml:space="preserve">     </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57054A" id="Text Box 2" o:spid="_x0000_s1027" type="#_x0000_t202" style="position:absolute;left:0;text-align:left;margin-left:17.45pt;margin-top:11.6pt;width:18.15pt;height:20.5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">
                      <v:textbox>
                        <w:txbxContent>
                          <w:sdt>
                            <w:sdtPr>
                              <w:id w:val="584731850"/>
                              <w:temporary/>
                              <w:showingPlcHdr/>
                              <w15:appearance w15:val="hidden"/>
                            </w:sdtPr>
                            <w:sdtEndPr/>
                            <w:sdtContent>
                              <w:p w14:paraId="04DE10D0" w14:textId="56788F99" w:rsidR="009E403D" w:rsidRDefault="009E403D">
                                <w:r>
                                  <w:t xml:space="preserve">     </w:t>
                                </w:r>
                              </w:p>
                            </w:sdtContent>
                          </w:sdt>
                        </w:txbxContent>
                      </v:textbox>
                      <w10:wrap type="square"/>
                    </v:shape>
                  </w:pict>
                </mc:Fallback>
              </mc:AlternateContent>
            </w:r>
          </w:p>
          <w:p w14:paraId="5336E48D" w14:textId="25E3F760" w:rsidR="009E403D" w:rsidRPr="009E403D" w:rsidRDefault="009E403D" w:rsidP="009E403D">
            <w:pPr>
              <w:pStyle w:val="TableParagraph"/>
              <w:tabs>
                <w:tab w:val="left" w:pos="827"/>
              </w:tabs>
              <w:spacing w:before="1" w:line="480" w:lineRule="auto"/>
              <w:ind w:left="827"/>
              <w:rPr>
                <w:rFonts w:ascii="Corbel" w:hAnsi="Corbel"/>
              </w:rPr>
            </w:pPr>
            <w:r w:rsidRPr="009E403D">
              <w:rPr>
                <w:rFonts w:ascii="Corbel" w:hAnsi="Corbel"/>
                <w:noProof/>
                <w:lang w:val="en-GB" w:eastAsia="en-GB"/>
              </w:rPr>
              <mc:AlternateContent>
                <mc:Choice Requires="wps">
                  <w:drawing>
                    <wp:anchor distT="45720" distB="45720" distL="114300" distR="114300" simplePos="0" relativeHeight="251693056" behindDoc="0" locked="0" layoutInCell="1" allowOverlap="1" wp14:anchorId="4253D9D4" wp14:editId="47E8646D">
                      <wp:simplePos x="0" y="0"/>
                      <wp:positionH relativeFrom="column">
                        <wp:posOffset>230505</wp:posOffset>
                      </wp:positionH>
                      <wp:positionV relativeFrom="paragraph">
                        <wp:posOffset>326743</wp:posOffset>
                      </wp:positionV>
                      <wp:extent cx="230505" cy="260985"/>
                      <wp:effectExtent l="0" t="0" r="17145" b="2476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60985"/>
                              </a:xfrm>
                              <a:prstGeom prst="rect">
                                <a:avLst/>
                              </a:prstGeom>
                              <a:solidFill>
                                <a:srgbClr val="FFFFFF"/>
                              </a:solidFill>
                              <a:ln w="9525">
                                <a:solidFill>
                                  <a:srgbClr val="000000"/>
                                </a:solidFill>
                                <a:miter lim="800000"/>
                                <a:headEnd/>
                                <a:tailEnd/>
                              </a:ln>
                            </wps:spPr>
                            <wps:txbx>
                              <w:txbxContent>
                                <w:sdt>
                                  <w:sdtPr>
                                    <w:id w:val="904719314"/>
                                    <w:temporary/>
                                    <w:showingPlcHdr/>
                                    <w15:appearance w15:val="hidden"/>
                                  </w:sdtPr>
                                  <w:sdtEndPr/>
                                  <w:sdtContent>
                                    <w:p w14:paraId="0F051843" w14:textId="77777777" w:rsidR="009E403D" w:rsidRDefault="009E403D" w:rsidP="009E403D">
                                      <w:r>
                                        <w:t xml:space="preserve">     </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53D9D4" id="_x0000_s1028" type="#_x0000_t202" style="position:absolute;left:0;text-align:left;margin-left:18.15pt;margin-top:25.75pt;width:18.15pt;height:20.5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">
                      <v:textbox>
                        <w:txbxContent>
                          <w:sdt>
                            <w:sdtPr>
                              <w:id w:val="904719314"/>
                              <w:temporary/>
                              <w:showingPlcHdr/>
                              <w15:appearance w15:val="hidden"/>
                            </w:sdtPr>
                            <w:sdtEndPr/>
                            <w:sdtContent>
                              <w:p w14:paraId="0F051843" w14:textId="77777777" w:rsidR="009E403D" w:rsidRDefault="009E403D" w:rsidP="009E403D">
                                <w:r>
                                  <w:t xml:space="preserve">     </w:t>
                                </w:r>
                              </w:p>
                            </w:sdtContent>
                          </w:sdt>
                        </w:txbxContent>
                      </v:textbox>
                      <w10:wrap type="square"/>
                    </v:shape>
                  </w:pict>
                </mc:Fallback>
              </mc:AlternateContent>
            </w:r>
            <w:r w:rsidRPr="009E403D">
              <w:rPr>
                <w:rFonts w:ascii="Corbel" w:hAnsi="Corbel"/>
                <w:spacing w:val="-2"/>
              </w:rPr>
              <w:t>Near-</w:t>
            </w:r>
            <w:r w:rsidRPr="009E403D">
              <w:rPr>
                <w:rFonts w:ascii="Corbel" w:hAnsi="Corbel"/>
                <w:spacing w:val="-4"/>
              </w:rPr>
              <w:t>Miss</w:t>
            </w:r>
          </w:p>
          <w:p w14:paraId="7BEAE995" w14:textId="4294F60E" w:rsidR="009E403D" w:rsidRPr="009E403D" w:rsidRDefault="009E403D" w:rsidP="009E403D">
            <w:pPr>
              <w:pStyle w:val="TableParagraph"/>
              <w:tabs>
                <w:tab w:val="left" w:pos="827"/>
              </w:tabs>
              <w:spacing w:line="480" w:lineRule="auto"/>
              <w:ind w:left="827"/>
              <w:rPr>
                <w:rFonts w:ascii="Corbel" w:hAnsi="Corbel"/>
              </w:rPr>
            </w:pPr>
            <w:r w:rsidRPr="009E403D">
              <w:rPr>
                <w:rFonts w:ascii="Corbel" w:hAnsi="Corbel"/>
                <w:noProof/>
                <w:lang w:val="en-GB" w:eastAsia="en-GB"/>
              </w:rPr>
              <mc:AlternateContent>
                <mc:Choice Requires="wps">
                  <w:drawing>
                    <wp:anchor distT="45720" distB="45720" distL="114300" distR="114300" simplePos="0" relativeHeight="251695104" behindDoc="0" locked="0" layoutInCell="1" allowOverlap="1" wp14:anchorId="574FA01D" wp14:editId="5CC90A42">
                      <wp:simplePos x="0" y="0"/>
                      <wp:positionH relativeFrom="column">
                        <wp:posOffset>230521</wp:posOffset>
                      </wp:positionH>
                      <wp:positionV relativeFrom="paragraph">
                        <wp:posOffset>310168</wp:posOffset>
                      </wp:positionV>
                      <wp:extent cx="230505" cy="260985"/>
                      <wp:effectExtent l="0" t="0" r="17145" b="2476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60985"/>
                              </a:xfrm>
                              <a:prstGeom prst="rect">
                                <a:avLst/>
                              </a:prstGeom>
                              <a:solidFill>
                                <a:srgbClr val="FFFFFF"/>
                              </a:solidFill>
                              <a:ln w="9525">
                                <a:solidFill>
                                  <a:srgbClr val="000000"/>
                                </a:solidFill>
                                <a:miter lim="800000"/>
                                <a:headEnd/>
                                <a:tailEnd/>
                              </a:ln>
                            </wps:spPr>
                            <wps:txbx>
                              <w:txbxContent>
                                <w:sdt>
                                  <w:sdtPr>
                                    <w:id w:val="1020196714"/>
                                    <w:temporary/>
                                    <w:showingPlcHdr/>
                                    <w15:appearance w15:val="hidden"/>
                                  </w:sdtPr>
                                  <w:sdtEndPr/>
                                  <w:sdtContent>
                                    <w:p w14:paraId="0109B5FD" w14:textId="77777777" w:rsidR="009E403D" w:rsidRDefault="009E403D" w:rsidP="009E403D">
                                      <w:r>
                                        <w:t xml:space="preserve">     </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FA01D" id="_x0000_s1029" type="#_x0000_t202" style="position:absolute;left:0;text-align:left;margin-left:18.15pt;margin-top:24.4pt;width:18.15pt;height:20.5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">
                      <v:textbox>
                        <w:txbxContent>
                          <w:sdt>
                            <w:sdtPr>
                              <w:id w:val="1020196714"/>
                              <w:temporary/>
                              <w:showingPlcHdr/>
                              <w15:appearance w15:val="hidden"/>
                            </w:sdtPr>
                            <w:sdtEndPr/>
                            <w:sdtContent>
                              <w:p w14:paraId="0109B5FD" w14:textId="77777777" w:rsidR="009E403D" w:rsidRDefault="009E403D" w:rsidP="009E403D">
                                <w:r>
                                  <w:t xml:space="preserve">     </w:t>
                                </w:r>
                              </w:p>
                            </w:sdtContent>
                          </w:sdt>
                        </w:txbxContent>
                      </v:textbox>
                      <w10:wrap type="square"/>
                    </v:shape>
                  </w:pict>
                </mc:Fallback>
              </mc:AlternateContent>
            </w:r>
            <w:r w:rsidRPr="009E403D">
              <w:rPr>
                <w:rFonts w:ascii="Corbel" w:hAnsi="Corbel"/>
              </w:rPr>
              <w:t>Safety</w:t>
            </w:r>
            <w:r w:rsidRPr="009E403D">
              <w:rPr>
                <w:rFonts w:ascii="Corbel" w:hAnsi="Corbel"/>
                <w:spacing w:val="-3"/>
              </w:rPr>
              <w:t xml:space="preserve"> </w:t>
            </w:r>
            <w:r w:rsidRPr="009E403D">
              <w:rPr>
                <w:rFonts w:ascii="Corbel" w:hAnsi="Corbel"/>
                <w:spacing w:val="-2"/>
              </w:rPr>
              <w:t>Concern</w:t>
            </w:r>
          </w:p>
          <w:p w14:paraId="7E0FFCB3" w14:textId="4206937C" w:rsidR="009E403D" w:rsidRPr="009E403D" w:rsidRDefault="009E403D" w:rsidP="009E403D">
            <w:pPr>
              <w:pStyle w:val="TableParagraph"/>
              <w:tabs>
                <w:tab w:val="left" w:pos="828"/>
              </w:tabs>
              <w:spacing w:line="480" w:lineRule="auto"/>
              <w:ind w:left="828"/>
              <w:rPr>
                <w:rFonts w:ascii="Corbel" w:hAnsi="Corbel"/>
              </w:rPr>
            </w:pPr>
            <w:r w:rsidRPr="009E403D">
              <w:rPr>
                <w:rFonts w:ascii="Corbel" w:hAnsi="Corbel"/>
              </w:rPr>
              <w:t>Safety</w:t>
            </w:r>
            <w:r w:rsidRPr="009E403D">
              <w:rPr>
                <w:rFonts w:ascii="Corbel" w:hAnsi="Corbel"/>
                <w:spacing w:val="-3"/>
              </w:rPr>
              <w:t xml:space="preserve"> </w:t>
            </w:r>
            <w:r w:rsidRPr="009E403D">
              <w:rPr>
                <w:rFonts w:ascii="Corbel" w:hAnsi="Corbel"/>
                <w:spacing w:val="-2"/>
              </w:rPr>
              <w:t>Idea/Suggestion</w:t>
            </w:r>
          </w:p>
          <w:p w14:paraId="465E5DBB" w14:textId="79D59AA6" w:rsidR="009E403D" w:rsidRPr="009E403D" w:rsidRDefault="009E403D" w:rsidP="009E403D">
            <w:pPr>
              <w:pStyle w:val="TableParagraph"/>
              <w:tabs>
                <w:tab w:val="left" w:pos="828"/>
              </w:tabs>
              <w:spacing w:line="480" w:lineRule="auto"/>
              <w:rPr>
                <w:rFonts w:ascii="Corbel" w:hAnsi="Corbel"/>
              </w:rPr>
            </w:pPr>
            <w:r w:rsidRPr="009E403D">
              <w:rPr>
                <w:rFonts w:ascii="Corbel" w:hAnsi="Corbel"/>
              </w:rPr>
              <w:t>Other</w:t>
            </w:r>
            <w:r w:rsidRPr="009E403D">
              <w:rPr>
                <w:rFonts w:ascii="Corbel" w:hAnsi="Corbel"/>
                <w:spacing w:val="-5"/>
              </w:rPr>
              <w:t xml:space="preserve"> </w:t>
            </w:r>
            <w:r w:rsidRPr="009E403D">
              <w:rPr>
                <w:rFonts w:ascii="Corbel" w:hAnsi="Corbel"/>
                <w:spacing w:val="-2"/>
              </w:rPr>
              <w:t>(describe):</w:t>
            </w:r>
            <w:r w:rsidRPr="009E403D">
              <w:rPr>
                <w:rFonts w:ascii="Corbel" w:hAnsi="Corbel"/>
                <w:noProof/>
                <w:lang w:val="en-GB" w:eastAsia="en-GB"/>
              </w:rPr>
              <w:t xml:space="preserve"> </w:t>
            </w:r>
            <w:r>
              <w:rPr>
                <w:rFonts w:ascii="Corbel" w:hAnsi="Corbel"/>
                <w:noProof/>
                <w:lang w:val="en-GB" w:eastAsia="en-GB"/>
              </w:rPr>
              <w:t>________________________________</w:t>
            </w:r>
          </w:p>
        </w:tc>
        <w:tc>
          <w:tcPr>
            <w:tcW w:w="5526" w:type="dxa"/>
          </w:tcPr>
          <w:p w14:paraId="2D3EAEC5" w14:textId="7F21CF91" w:rsidR="009E403D" w:rsidRDefault="009E403D" w:rsidP="009E403D">
            <w:pPr>
              <w:pStyle w:val="TableParagraph"/>
              <w:rPr>
                <w:rFonts w:ascii="Corbel" w:hAnsi="Corbel"/>
                <w:spacing w:val="-2"/>
              </w:rPr>
            </w:pPr>
            <w:r w:rsidRPr="009E403D">
              <w:rPr>
                <w:rFonts w:ascii="Corbel" w:hAnsi="Corbel"/>
              </w:rPr>
              <w:t>Type</w:t>
            </w:r>
            <w:r w:rsidRPr="009E403D">
              <w:rPr>
                <w:rFonts w:ascii="Corbel" w:hAnsi="Corbel"/>
                <w:spacing w:val="-3"/>
              </w:rPr>
              <w:t xml:space="preserve"> </w:t>
            </w:r>
            <w:r w:rsidRPr="009E403D">
              <w:rPr>
                <w:rFonts w:ascii="Corbel" w:hAnsi="Corbel"/>
              </w:rPr>
              <w:t>of</w:t>
            </w:r>
            <w:r w:rsidRPr="009E403D">
              <w:rPr>
                <w:rFonts w:ascii="Corbel" w:hAnsi="Corbel"/>
                <w:spacing w:val="-1"/>
              </w:rPr>
              <w:t xml:space="preserve"> </w:t>
            </w:r>
            <w:r w:rsidRPr="009E403D">
              <w:rPr>
                <w:rFonts w:ascii="Corbel" w:hAnsi="Corbel"/>
                <w:spacing w:val="-2"/>
              </w:rPr>
              <w:t>Concern:</w:t>
            </w:r>
          </w:p>
          <w:p w14:paraId="1CF739F5" w14:textId="3595F6F7" w:rsidR="009E403D" w:rsidRPr="009E403D" w:rsidRDefault="009E403D" w:rsidP="009E403D">
            <w:pPr>
              <w:pStyle w:val="TableParagraph"/>
              <w:rPr>
                <w:rFonts w:ascii="Corbel" w:hAnsi="Corbel"/>
              </w:rPr>
            </w:pPr>
            <w:r w:rsidRPr="009E403D">
              <w:rPr>
                <w:rFonts w:ascii="Corbel" w:hAnsi="Corbel"/>
                <w:noProof/>
                <w:lang w:val="en-GB" w:eastAsia="en-GB"/>
              </w:rPr>
              <mc:AlternateContent>
                <mc:Choice Requires="wps">
                  <w:drawing>
                    <wp:anchor distT="45720" distB="45720" distL="114300" distR="114300" simplePos="0" relativeHeight="251697152" behindDoc="0" locked="0" layoutInCell="1" allowOverlap="1" wp14:anchorId="28C5B438" wp14:editId="4046D55E">
                      <wp:simplePos x="0" y="0"/>
                      <wp:positionH relativeFrom="column">
                        <wp:posOffset>164806</wp:posOffset>
                      </wp:positionH>
                      <wp:positionV relativeFrom="paragraph">
                        <wp:posOffset>61942</wp:posOffset>
                      </wp:positionV>
                      <wp:extent cx="230505" cy="260985"/>
                      <wp:effectExtent l="0" t="0" r="17145" b="2476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60985"/>
                              </a:xfrm>
                              <a:prstGeom prst="rect">
                                <a:avLst/>
                              </a:prstGeom>
                              <a:solidFill>
                                <a:srgbClr val="FFFFFF"/>
                              </a:solidFill>
                              <a:ln w="9525">
                                <a:solidFill>
                                  <a:srgbClr val="000000"/>
                                </a:solidFill>
                                <a:miter lim="800000"/>
                                <a:headEnd/>
                                <a:tailEnd/>
                              </a:ln>
                            </wps:spPr>
                            <wps:txbx>
                              <w:txbxContent>
                                <w:sdt>
                                  <w:sdtPr>
                                    <w:id w:val="1133985532"/>
                                    <w:temporary/>
                                    <w:showingPlcHdr/>
                                    <w15:appearance w15:val="hidden"/>
                                  </w:sdtPr>
                                  <w:sdtEndPr/>
                                  <w:sdtContent>
                                    <w:p w14:paraId="460646F4" w14:textId="77777777" w:rsidR="009E403D" w:rsidRDefault="009E403D" w:rsidP="009E403D">
                                      <w:r>
                                        <w:t xml:space="preserve">     </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5B438" id="_x0000_s1030" type="#_x0000_t202" style="position:absolute;left:0;text-align:left;margin-left:13pt;margin-top:4.9pt;width:18.15pt;height:20.5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">
                      <v:textbox>
                        <w:txbxContent>
                          <w:sdt>
                            <w:sdtPr>
                              <w:id w:val="1133985532"/>
                              <w:temporary/>
                              <w:showingPlcHdr/>
                              <w15:appearance w15:val="hidden"/>
                            </w:sdtPr>
                            <w:sdtEndPr/>
                            <w:sdtContent>
                              <w:p w14:paraId="460646F4" w14:textId="77777777" w:rsidR="009E403D" w:rsidRDefault="009E403D" w:rsidP="009E403D">
                                <w:r>
                                  <w:t xml:space="preserve">     </w:t>
                                </w:r>
                              </w:p>
                            </w:sdtContent>
                          </w:sdt>
                        </w:txbxContent>
                      </v:textbox>
                      <w10:wrap type="square"/>
                    </v:shape>
                  </w:pict>
                </mc:Fallback>
              </mc:AlternateContent>
            </w:r>
          </w:p>
          <w:p w14:paraId="58C37B41" w14:textId="51F5E762" w:rsidR="009E403D" w:rsidRPr="009E403D" w:rsidRDefault="009E403D" w:rsidP="009E403D">
            <w:pPr>
              <w:pStyle w:val="TableParagraph"/>
              <w:tabs>
                <w:tab w:val="left" w:pos="825"/>
              </w:tabs>
              <w:spacing w:before="1" w:line="480" w:lineRule="auto"/>
              <w:ind w:left="825"/>
              <w:rPr>
                <w:rFonts w:ascii="Corbel" w:hAnsi="Corbel"/>
              </w:rPr>
            </w:pPr>
            <w:r w:rsidRPr="009E403D">
              <w:rPr>
                <w:rFonts w:ascii="Corbel" w:hAnsi="Corbel"/>
                <w:noProof/>
                <w:lang w:val="en-GB" w:eastAsia="en-GB"/>
              </w:rPr>
              <mc:AlternateContent>
                <mc:Choice Requires="wps">
                  <w:drawing>
                    <wp:anchor distT="45720" distB="45720" distL="114300" distR="114300" simplePos="0" relativeHeight="251699200" behindDoc="0" locked="0" layoutInCell="1" allowOverlap="1" wp14:anchorId="00D0C387" wp14:editId="4761069E">
                      <wp:simplePos x="0" y="0"/>
                      <wp:positionH relativeFrom="column">
                        <wp:posOffset>169049</wp:posOffset>
                      </wp:positionH>
                      <wp:positionV relativeFrom="paragraph">
                        <wp:posOffset>254139</wp:posOffset>
                      </wp:positionV>
                      <wp:extent cx="230505" cy="260985"/>
                      <wp:effectExtent l="0" t="0" r="17145" b="2476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60985"/>
                              </a:xfrm>
                              <a:prstGeom prst="rect">
                                <a:avLst/>
                              </a:prstGeom>
                              <a:solidFill>
                                <a:srgbClr val="FFFFFF"/>
                              </a:solidFill>
                              <a:ln w="9525">
                                <a:solidFill>
                                  <a:srgbClr val="000000"/>
                                </a:solidFill>
                                <a:miter lim="800000"/>
                                <a:headEnd/>
                                <a:tailEnd/>
                              </a:ln>
                            </wps:spPr>
                            <wps:txbx>
                              <w:txbxContent>
                                <w:sdt>
                                  <w:sdtPr>
                                    <w:id w:val="1658185381"/>
                                    <w:temporary/>
                                    <w:showingPlcHdr/>
                                    <w15:appearance w15:val="hidden"/>
                                  </w:sdtPr>
                                  <w:sdtEndPr/>
                                  <w:sdtContent>
                                    <w:p w14:paraId="5F5B48B4" w14:textId="77777777" w:rsidR="009E403D" w:rsidRDefault="009E403D" w:rsidP="009E403D">
                                      <w:r>
                                        <w:t xml:space="preserve">     </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D0C387" id="_x0000_s1031" type="#_x0000_t202" style="position:absolute;left:0;text-align:left;margin-left:13.3pt;margin-top:20pt;width:18.15pt;height:20.5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">
                      <v:textbox>
                        <w:txbxContent>
                          <w:sdt>
                            <w:sdtPr>
                              <w:id w:val="1658185381"/>
                              <w:temporary/>
                              <w:showingPlcHdr/>
                              <w15:appearance w15:val="hidden"/>
                            </w:sdtPr>
                            <w:sdtEndPr/>
                            <w:sdtContent>
                              <w:p w14:paraId="5F5B48B4" w14:textId="77777777" w:rsidR="009E403D" w:rsidRDefault="009E403D" w:rsidP="009E403D">
                                <w:r>
                                  <w:t xml:space="preserve">     </w:t>
                                </w:r>
                              </w:p>
                            </w:sdtContent>
                          </w:sdt>
                        </w:txbxContent>
                      </v:textbox>
                      <w10:wrap type="square"/>
                    </v:shape>
                  </w:pict>
                </mc:Fallback>
              </mc:AlternateContent>
            </w:r>
            <w:r w:rsidRPr="009E403D">
              <w:rPr>
                <w:rFonts w:ascii="Corbel" w:hAnsi="Corbel"/>
              </w:rPr>
              <w:t>Unsafe</w:t>
            </w:r>
            <w:r w:rsidRPr="009E403D">
              <w:rPr>
                <w:rFonts w:ascii="Corbel" w:hAnsi="Corbel"/>
                <w:spacing w:val="-3"/>
              </w:rPr>
              <w:t xml:space="preserve"> </w:t>
            </w:r>
            <w:r w:rsidRPr="009E403D">
              <w:rPr>
                <w:rFonts w:ascii="Corbel" w:hAnsi="Corbel"/>
                <w:spacing w:val="-5"/>
              </w:rPr>
              <w:t>Act</w:t>
            </w:r>
          </w:p>
          <w:p w14:paraId="5E5C5596" w14:textId="6EE52B25" w:rsidR="009E403D" w:rsidRPr="009E403D" w:rsidRDefault="009E403D" w:rsidP="009E403D">
            <w:pPr>
              <w:pStyle w:val="TableParagraph"/>
              <w:tabs>
                <w:tab w:val="left" w:pos="826"/>
              </w:tabs>
              <w:spacing w:line="480" w:lineRule="auto"/>
              <w:ind w:left="826"/>
              <w:rPr>
                <w:rFonts w:ascii="Corbel" w:hAnsi="Corbel"/>
              </w:rPr>
            </w:pPr>
            <w:r w:rsidRPr="009E403D">
              <w:rPr>
                <w:rFonts w:ascii="Corbel" w:hAnsi="Corbel"/>
                <w:noProof/>
                <w:lang w:val="en-GB" w:eastAsia="en-GB"/>
              </w:rPr>
              <mc:AlternateContent>
                <mc:Choice Requires="wps">
                  <w:drawing>
                    <wp:anchor distT="45720" distB="45720" distL="114300" distR="114300" simplePos="0" relativeHeight="251701248" behindDoc="0" locked="0" layoutInCell="1" allowOverlap="1" wp14:anchorId="2DB25400" wp14:editId="081AFA50">
                      <wp:simplePos x="0" y="0"/>
                      <wp:positionH relativeFrom="column">
                        <wp:posOffset>169049</wp:posOffset>
                      </wp:positionH>
                      <wp:positionV relativeFrom="paragraph">
                        <wp:posOffset>248717</wp:posOffset>
                      </wp:positionV>
                      <wp:extent cx="230505" cy="260985"/>
                      <wp:effectExtent l="0" t="0" r="17145" b="2476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60985"/>
                              </a:xfrm>
                              <a:prstGeom prst="rect">
                                <a:avLst/>
                              </a:prstGeom>
                              <a:solidFill>
                                <a:srgbClr val="FFFFFF"/>
                              </a:solidFill>
                              <a:ln w="9525">
                                <a:solidFill>
                                  <a:srgbClr val="000000"/>
                                </a:solidFill>
                                <a:miter lim="800000"/>
                                <a:headEnd/>
                                <a:tailEnd/>
                              </a:ln>
                            </wps:spPr>
                            <wps:txbx>
                              <w:txbxContent>
                                <w:sdt>
                                  <w:sdtPr>
                                    <w:id w:val="309223485"/>
                                    <w:temporary/>
                                    <w:showingPlcHdr/>
                                    <w15:appearance w15:val="hidden"/>
                                  </w:sdtPr>
                                  <w:sdtEndPr/>
                                  <w:sdtContent>
                                    <w:p w14:paraId="2C0178ED" w14:textId="77777777" w:rsidR="009E403D" w:rsidRDefault="009E403D" w:rsidP="009E403D">
                                      <w:r>
                                        <w:t xml:space="preserve">     </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B25400" id="_x0000_s1032" type="#_x0000_t202" style="position:absolute;left:0;text-align:left;margin-left:13.3pt;margin-top:19.6pt;width:18.15pt;height:20.5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">
                      <v:textbox>
                        <w:txbxContent>
                          <w:sdt>
                            <w:sdtPr>
                              <w:id w:val="309223485"/>
                              <w:temporary/>
                              <w:showingPlcHdr/>
                              <w15:appearance w15:val="hidden"/>
                            </w:sdtPr>
                            <w:sdtEndPr/>
                            <w:sdtContent>
                              <w:p w14:paraId="2C0178ED" w14:textId="77777777" w:rsidR="009E403D" w:rsidRDefault="009E403D" w:rsidP="009E403D">
                                <w:r>
                                  <w:t xml:space="preserve">     </w:t>
                                </w:r>
                              </w:p>
                            </w:sdtContent>
                          </w:sdt>
                        </w:txbxContent>
                      </v:textbox>
                      <w10:wrap type="square"/>
                    </v:shape>
                  </w:pict>
                </mc:Fallback>
              </mc:AlternateContent>
            </w:r>
            <w:r w:rsidRPr="009E403D">
              <w:rPr>
                <w:rFonts w:ascii="Corbel" w:hAnsi="Corbel"/>
              </w:rPr>
              <w:t>Unsafe</w:t>
            </w:r>
            <w:r w:rsidRPr="009E403D">
              <w:rPr>
                <w:rFonts w:ascii="Corbel" w:hAnsi="Corbel"/>
                <w:spacing w:val="-7"/>
              </w:rPr>
              <w:t xml:space="preserve"> </w:t>
            </w:r>
            <w:r w:rsidRPr="009E403D">
              <w:rPr>
                <w:rFonts w:ascii="Corbel" w:hAnsi="Corbel"/>
              </w:rPr>
              <w:t>Condition</w:t>
            </w:r>
            <w:r w:rsidRPr="009E403D">
              <w:rPr>
                <w:rFonts w:ascii="Corbel" w:hAnsi="Corbel"/>
                <w:spacing w:val="-5"/>
              </w:rPr>
              <w:t xml:space="preserve"> </w:t>
            </w:r>
            <w:r w:rsidRPr="009E403D">
              <w:rPr>
                <w:rFonts w:ascii="Corbel" w:hAnsi="Corbel"/>
              </w:rPr>
              <w:t>of</w:t>
            </w:r>
            <w:r w:rsidRPr="009E403D">
              <w:rPr>
                <w:rFonts w:ascii="Corbel" w:hAnsi="Corbel"/>
                <w:spacing w:val="-3"/>
              </w:rPr>
              <w:t xml:space="preserve"> </w:t>
            </w:r>
            <w:r w:rsidRPr="009E403D">
              <w:rPr>
                <w:rFonts w:ascii="Corbel" w:hAnsi="Corbel"/>
                <w:spacing w:val="-4"/>
              </w:rPr>
              <w:t>Area</w:t>
            </w:r>
          </w:p>
          <w:p w14:paraId="174C47B1" w14:textId="7A253AB7" w:rsidR="009E403D" w:rsidRPr="009E403D" w:rsidRDefault="009E403D" w:rsidP="009E403D">
            <w:pPr>
              <w:pStyle w:val="TableParagraph"/>
              <w:tabs>
                <w:tab w:val="left" w:pos="826"/>
              </w:tabs>
              <w:spacing w:line="480" w:lineRule="auto"/>
              <w:ind w:left="826"/>
              <w:rPr>
                <w:rFonts w:ascii="Corbel" w:hAnsi="Corbel"/>
              </w:rPr>
            </w:pPr>
            <w:r w:rsidRPr="009E403D">
              <w:rPr>
                <w:rFonts w:ascii="Corbel" w:hAnsi="Corbel"/>
                <w:noProof/>
                <w:lang w:val="en-GB" w:eastAsia="en-GB"/>
              </w:rPr>
              <mc:AlternateContent>
                <mc:Choice Requires="wps">
                  <w:drawing>
                    <wp:anchor distT="45720" distB="45720" distL="114300" distR="114300" simplePos="0" relativeHeight="251703296" behindDoc="0" locked="0" layoutInCell="1" allowOverlap="1" wp14:anchorId="16F2646C" wp14:editId="10828E95">
                      <wp:simplePos x="0" y="0"/>
                      <wp:positionH relativeFrom="column">
                        <wp:posOffset>167133</wp:posOffset>
                      </wp:positionH>
                      <wp:positionV relativeFrom="paragraph">
                        <wp:posOffset>230452</wp:posOffset>
                      </wp:positionV>
                      <wp:extent cx="230505" cy="260985"/>
                      <wp:effectExtent l="0" t="0" r="17145" b="2476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60985"/>
                              </a:xfrm>
                              <a:prstGeom prst="rect">
                                <a:avLst/>
                              </a:prstGeom>
                              <a:solidFill>
                                <a:srgbClr val="FFFFFF"/>
                              </a:solidFill>
                              <a:ln w="9525">
                                <a:solidFill>
                                  <a:srgbClr val="000000"/>
                                </a:solidFill>
                                <a:miter lim="800000"/>
                                <a:headEnd/>
                                <a:tailEnd/>
                              </a:ln>
                            </wps:spPr>
                            <wps:txbx>
                              <w:txbxContent>
                                <w:sdt>
                                  <w:sdtPr>
                                    <w:id w:val="1107005235"/>
                                    <w:temporary/>
                                    <w:showingPlcHdr/>
                                    <w15:appearance w15:val="hidden"/>
                                  </w:sdtPr>
                                  <w:sdtEndPr/>
                                  <w:sdtContent>
                                    <w:p w14:paraId="047B23C6" w14:textId="77777777" w:rsidR="009E403D" w:rsidRDefault="009E403D" w:rsidP="009E403D">
                                      <w:r>
                                        <w:t xml:space="preserve">     </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2646C" id="_x0000_s1033" type="#_x0000_t202" style="position:absolute;left:0;text-align:left;margin-left:13.15pt;margin-top:18.15pt;width:18.15pt;height:20.5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">
                      <v:textbox>
                        <w:txbxContent>
                          <w:sdt>
                            <w:sdtPr>
                              <w:id w:val="1107005235"/>
                              <w:temporary/>
                              <w:showingPlcHdr/>
                              <w15:appearance w15:val="hidden"/>
                            </w:sdtPr>
                            <w:sdtEndPr/>
                            <w:sdtContent>
                              <w:p w14:paraId="047B23C6" w14:textId="77777777" w:rsidR="009E403D" w:rsidRDefault="009E403D" w:rsidP="009E403D">
                                <w:r>
                                  <w:t xml:space="preserve">     </w:t>
                                </w:r>
                              </w:p>
                            </w:sdtContent>
                          </w:sdt>
                        </w:txbxContent>
                      </v:textbox>
                      <w10:wrap type="square"/>
                    </v:shape>
                  </w:pict>
                </mc:Fallback>
              </mc:AlternateContent>
            </w:r>
            <w:r w:rsidRPr="009E403D">
              <w:rPr>
                <w:rFonts w:ascii="Corbel" w:hAnsi="Corbel"/>
              </w:rPr>
              <w:t>Unsafe</w:t>
            </w:r>
            <w:r w:rsidRPr="009E403D">
              <w:rPr>
                <w:rFonts w:ascii="Corbel" w:hAnsi="Corbel"/>
                <w:spacing w:val="-5"/>
              </w:rPr>
              <w:t xml:space="preserve"> </w:t>
            </w:r>
            <w:r w:rsidRPr="009E403D">
              <w:rPr>
                <w:rFonts w:ascii="Corbel" w:hAnsi="Corbel"/>
              </w:rPr>
              <w:t>Condition</w:t>
            </w:r>
            <w:r w:rsidRPr="009E403D">
              <w:rPr>
                <w:rFonts w:ascii="Corbel" w:hAnsi="Corbel"/>
                <w:spacing w:val="-5"/>
              </w:rPr>
              <w:t xml:space="preserve"> </w:t>
            </w:r>
            <w:r w:rsidRPr="009E403D">
              <w:rPr>
                <w:rFonts w:ascii="Corbel" w:hAnsi="Corbel"/>
              </w:rPr>
              <w:t>of</w:t>
            </w:r>
            <w:r w:rsidRPr="009E403D">
              <w:rPr>
                <w:rFonts w:ascii="Corbel" w:hAnsi="Corbel"/>
                <w:spacing w:val="-3"/>
              </w:rPr>
              <w:t xml:space="preserve"> </w:t>
            </w:r>
            <w:r w:rsidRPr="009E403D">
              <w:rPr>
                <w:rFonts w:ascii="Corbel" w:hAnsi="Corbel"/>
                <w:spacing w:val="-2"/>
              </w:rPr>
              <w:t>Equipment</w:t>
            </w:r>
          </w:p>
          <w:p w14:paraId="64670FDD" w14:textId="129ACFAA" w:rsidR="009E403D" w:rsidRPr="009E403D" w:rsidRDefault="009E403D" w:rsidP="009E403D">
            <w:pPr>
              <w:pStyle w:val="TableParagraph"/>
              <w:tabs>
                <w:tab w:val="left" w:pos="826"/>
              </w:tabs>
              <w:spacing w:line="480" w:lineRule="auto"/>
              <w:ind w:left="826"/>
              <w:rPr>
                <w:rFonts w:ascii="Corbel" w:hAnsi="Corbel"/>
              </w:rPr>
            </w:pPr>
            <w:r w:rsidRPr="009E403D">
              <w:rPr>
                <w:rFonts w:ascii="Corbel" w:hAnsi="Corbel"/>
                <w:noProof/>
                <w:lang w:val="en-GB" w:eastAsia="en-GB"/>
              </w:rPr>
              <mc:AlternateContent>
                <mc:Choice Requires="wps">
                  <w:drawing>
                    <wp:anchor distT="45720" distB="45720" distL="114300" distR="114300" simplePos="0" relativeHeight="251705344" behindDoc="0" locked="0" layoutInCell="1" allowOverlap="1" wp14:anchorId="5FEC5F5A" wp14:editId="36380597">
                      <wp:simplePos x="0" y="0"/>
                      <wp:positionH relativeFrom="column">
                        <wp:posOffset>167133</wp:posOffset>
                      </wp:positionH>
                      <wp:positionV relativeFrom="paragraph">
                        <wp:posOffset>235511</wp:posOffset>
                      </wp:positionV>
                      <wp:extent cx="230505" cy="260985"/>
                      <wp:effectExtent l="0" t="0" r="17145" b="24765"/>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60985"/>
                              </a:xfrm>
                              <a:prstGeom prst="rect">
                                <a:avLst/>
                              </a:prstGeom>
                              <a:solidFill>
                                <a:srgbClr val="FFFFFF"/>
                              </a:solidFill>
                              <a:ln w="9525">
                                <a:solidFill>
                                  <a:srgbClr val="000000"/>
                                </a:solidFill>
                                <a:miter lim="800000"/>
                                <a:headEnd/>
                                <a:tailEnd/>
                              </a:ln>
                            </wps:spPr>
                            <wps:txbx>
                              <w:txbxContent>
                                <w:sdt>
                                  <w:sdtPr>
                                    <w:id w:val="-1035109990"/>
                                    <w:temporary/>
                                    <w:showingPlcHdr/>
                                    <w15:appearance w15:val="hidden"/>
                                  </w:sdtPr>
                                  <w:sdtEndPr/>
                                  <w:sdtContent>
                                    <w:p w14:paraId="3AB215A2" w14:textId="77777777" w:rsidR="009E403D" w:rsidRDefault="009E403D" w:rsidP="009E403D">
                                      <w:r>
                                        <w:t xml:space="preserve">     </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EC5F5A" id="_x0000_s1034" type="#_x0000_t202" style="position:absolute;left:0;text-align:left;margin-left:13.15pt;margin-top:18.55pt;width:18.15pt;height:20.5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">
                      <v:textbox>
                        <w:txbxContent>
                          <w:sdt>
                            <w:sdtPr>
                              <w:id w:val="-1035109990"/>
                              <w:temporary/>
                              <w:showingPlcHdr/>
                              <w15:appearance w15:val="hidden"/>
                            </w:sdtPr>
                            <w:sdtEndPr/>
                            <w:sdtContent>
                              <w:p w14:paraId="3AB215A2" w14:textId="77777777" w:rsidR="009E403D" w:rsidRDefault="009E403D" w:rsidP="009E403D">
                                <w:r>
                                  <w:t xml:space="preserve">     </w:t>
                                </w:r>
                              </w:p>
                            </w:sdtContent>
                          </w:sdt>
                        </w:txbxContent>
                      </v:textbox>
                      <w10:wrap type="square"/>
                    </v:shape>
                  </w:pict>
                </mc:Fallback>
              </mc:AlternateContent>
            </w:r>
            <w:r w:rsidRPr="009E403D">
              <w:rPr>
                <w:rFonts w:ascii="Corbel" w:hAnsi="Corbel"/>
              </w:rPr>
              <w:t>Unsafe</w:t>
            </w:r>
            <w:r w:rsidRPr="009E403D">
              <w:rPr>
                <w:rFonts w:ascii="Corbel" w:hAnsi="Corbel"/>
                <w:spacing w:val="-3"/>
              </w:rPr>
              <w:t xml:space="preserve"> </w:t>
            </w:r>
            <w:r w:rsidRPr="009E403D">
              <w:rPr>
                <w:rFonts w:ascii="Corbel" w:hAnsi="Corbel"/>
              </w:rPr>
              <w:t>Use</w:t>
            </w:r>
            <w:r w:rsidRPr="009E403D">
              <w:rPr>
                <w:rFonts w:ascii="Corbel" w:hAnsi="Corbel"/>
                <w:spacing w:val="-5"/>
              </w:rPr>
              <w:t xml:space="preserve"> </w:t>
            </w:r>
            <w:r w:rsidRPr="009E403D">
              <w:rPr>
                <w:rFonts w:ascii="Corbel" w:hAnsi="Corbel"/>
              </w:rPr>
              <w:t xml:space="preserve">of </w:t>
            </w:r>
            <w:r w:rsidRPr="009E403D">
              <w:rPr>
                <w:rFonts w:ascii="Corbel" w:hAnsi="Corbel"/>
                <w:spacing w:val="-2"/>
              </w:rPr>
              <w:t>Equipment</w:t>
            </w:r>
          </w:p>
          <w:p w14:paraId="60D884D3" w14:textId="448FAC7D" w:rsidR="009E403D" w:rsidRPr="009E403D" w:rsidRDefault="009E403D" w:rsidP="009E403D">
            <w:pPr>
              <w:pStyle w:val="TableParagraph"/>
              <w:tabs>
                <w:tab w:val="left" w:pos="826"/>
              </w:tabs>
              <w:spacing w:line="480" w:lineRule="auto"/>
              <w:ind w:left="826"/>
              <w:rPr>
                <w:rFonts w:ascii="Corbel" w:hAnsi="Corbel"/>
              </w:rPr>
            </w:pPr>
            <w:r w:rsidRPr="009E403D">
              <w:rPr>
                <w:rFonts w:ascii="Corbel" w:hAnsi="Corbel"/>
              </w:rPr>
              <w:t>Health and Safety</w:t>
            </w:r>
            <w:r w:rsidRPr="009E403D">
              <w:rPr>
                <w:rFonts w:ascii="Corbel" w:hAnsi="Corbel"/>
                <w:spacing w:val="-6"/>
              </w:rPr>
              <w:t xml:space="preserve"> </w:t>
            </w:r>
            <w:r w:rsidRPr="009E403D">
              <w:rPr>
                <w:rFonts w:ascii="Corbel" w:hAnsi="Corbel"/>
              </w:rPr>
              <w:t>Policy</w:t>
            </w:r>
            <w:r w:rsidRPr="009E403D">
              <w:rPr>
                <w:rFonts w:ascii="Corbel" w:hAnsi="Corbel"/>
                <w:spacing w:val="-5"/>
              </w:rPr>
              <w:t xml:space="preserve"> </w:t>
            </w:r>
            <w:r w:rsidRPr="009E403D">
              <w:rPr>
                <w:rFonts w:ascii="Corbel" w:hAnsi="Corbel"/>
                <w:spacing w:val="-2"/>
              </w:rPr>
              <w:t>Violation</w:t>
            </w:r>
          </w:p>
          <w:p w14:paraId="6D6C6FF0" w14:textId="7FA98811" w:rsidR="009E403D" w:rsidRPr="009E403D" w:rsidRDefault="009E403D" w:rsidP="009E403D">
            <w:pPr>
              <w:pStyle w:val="TableParagraph"/>
              <w:tabs>
                <w:tab w:val="left" w:pos="826"/>
              </w:tabs>
              <w:spacing w:line="269" w:lineRule="exact"/>
              <w:rPr>
                <w:rFonts w:ascii="Corbel" w:hAnsi="Corbel"/>
              </w:rPr>
            </w:pPr>
            <w:r w:rsidRPr="009E403D">
              <w:rPr>
                <w:rFonts w:ascii="Corbel" w:hAnsi="Corbel"/>
              </w:rPr>
              <w:t>Other</w:t>
            </w:r>
            <w:r w:rsidRPr="009E403D">
              <w:rPr>
                <w:rFonts w:ascii="Corbel" w:hAnsi="Corbel"/>
                <w:spacing w:val="-5"/>
              </w:rPr>
              <w:t xml:space="preserve"> </w:t>
            </w:r>
            <w:r w:rsidRPr="009E403D">
              <w:rPr>
                <w:rFonts w:ascii="Corbel" w:hAnsi="Corbel"/>
                <w:spacing w:val="-2"/>
              </w:rPr>
              <w:t>(describe):</w:t>
            </w:r>
            <w:r>
              <w:rPr>
                <w:rFonts w:ascii="Corbel" w:hAnsi="Corbel"/>
                <w:spacing w:val="-2"/>
              </w:rPr>
              <w:t xml:space="preserve"> ___________________________________</w:t>
            </w:r>
          </w:p>
          <w:p w14:paraId="740F297E" w14:textId="77777777" w:rsidR="009E403D" w:rsidRPr="009E403D" w:rsidRDefault="009E403D" w:rsidP="009E403D">
            <w:pPr>
              <w:pStyle w:val="TableParagraph"/>
              <w:tabs>
                <w:tab w:val="left" w:pos="826"/>
              </w:tabs>
              <w:spacing w:line="269" w:lineRule="exact"/>
              <w:ind w:left="0"/>
              <w:rPr>
                <w:rFonts w:ascii="Corbel" w:hAnsi="Corbel"/>
              </w:rPr>
            </w:pPr>
          </w:p>
        </w:tc>
      </w:tr>
      <w:tr w:rsidR="009E403D" w:rsidRPr="009E403D" w14:paraId="65292668" w14:textId="77777777" w:rsidTr="009E403D">
        <w:trPr>
          <w:trHeight w:val="1126"/>
        </w:trPr>
        <w:tc>
          <w:tcPr>
            <w:tcW w:w="11047" w:type="dxa"/>
            <w:gridSpan w:val="2"/>
          </w:tcPr>
          <w:p w14:paraId="199E3377" w14:textId="77777777" w:rsidR="009E403D" w:rsidRPr="009E403D" w:rsidRDefault="009E403D" w:rsidP="009E403D">
            <w:pPr>
              <w:pStyle w:val="TableParagraph"/>
              <w:rPr>
                <w:rFonts w:ascii="Corbel" w:hAnsi="Corbel"/>
              </w:rPr>
            </w:pPr>
            <w:r w:rsidRPr="009E403D">
              <w:rPr>
                <w:rFonts w:ascii="Corbel" w:hAnsi="Corbel"/>
              </w:rPr>
              <w:t>Describe</w:t>
            </w:r>
            <w:r w:rsidRPr="009E403D">
              <w:rPr>
                <w:rFonts w:ascii="Corbel" w:hAnsi="Corbel"/>
                <w:spacing w:val="-8"/>
              </w:rPr>
              <w:t xml:space="preserve"> </w:t>
            </w:r>
            <w:r w:rsidRPr="009E403D">
              <w:rPr>
                <w:rFonts w:ascii="Corbel" w:hAnsi="Corbel"/>
              </w:rPr>
              <w:t>the</w:t>
            </w:r>
            <w:r w:rsidRPr="009E403D">
              <w:rPr>
                <w:rFonts w:ascii="Corbel" w:hAnsi="Corbel"/>
                <w:spacing w:val="-8"/>
              </w:rPr>
              <w:t xml:space="preserve"> </w:t>
            </w:r>
            <w:r w:rsidRPr="009E403D">
              <w:rPr>
                <w:rFonts w:ascii="Corbel" w:hAnsi="Corbel"/>
              </w:rPr>
              <w:t>potential</w:t>
            </w:r>
            <w:r w:rsidRPr="009E403D">
              <w:rPr>
                <w:rFonts w:ascii="Corbel" w:hAnsi="Corbel"/>
                <w:spacing w:val="-6"/>
              </w:rPr>
              <w:t xml:space="preserve"> </w:t>
            </w:r>
            <w:r w:rsidRPr="009E403D">
              <w:rPr>
                <w:rFonts w:ascii="Corbel" w:hAnsi="Corbel"/>
              </w:rPr>
              <w:t>incident/hazard/concern</w:t>
            </w:r>
            <w:r w:rsidRPr="009E403D">
              <w:rPr>
                <w:rFonts w:ascii="Corbel" w:hAnsi="Corbel"/>
                <w:spacing w:val="-8"/>
              </w:rPr>
              <w:t xml:space="preserve"> </w:t>
            </w:r>
            <w:r w:rsidRPr="009E403D">
              <w:rPr>
                <w:rFonts w:ascii="Corbel" w:hAnsi="Corbel"/>
              </w:rPr>
              <w:t>and</w:t>
            </w:r>
            <w:r w:rsidRPr="009E403D">
              <w:rPr>
                <w:rFonts w:ascii="Corbel" w:hAnsi="Corbel"/>
                <w:spacing w:val="-6"/>
              </w:rPr>
              <w:t xml:space="preserve"> </w:t>
            </w:r>
            <w:r w:rsidRPr="009E403D">
              <w:rPr>
                <w:rFonts w:ascii="Corbel" w:hAnsi="Corbel"/>
              </w:rPr>
              <w:t>possible</w:t>
            </w:r>
            <w:r w:rsidRPr="009E403D">
              <w:rPr>
                <w:rFonts w:ascii="Corbel" w:hAnsi="Corbel"/>
                <w:spacing w:val="-6"/>
              </w:rPr>
              <w:t xml:space="preserve"> </w:t>
            </w:r>
            <w:r w:rsidRPr="009E403D">
              <w:rPr>
                <w:rFonts w:ascii="Corbel" w:hAnsi="Corbel"/>
              </w:rPr>
              <w:t>outcome</w:t>
            </w:r>
            <w:r w:rsidRPr="009E403D">
              <w:rPr>
                <w:rFonts w:ascii="Corbel" w:hAnsi="Corbel"/>
                <w:spacing w:val="-8"/>
              </w:rPr>
              <w:t xml:space="preserve"> </w:t>
            </w:r>
            <w:r w:rsidRPr="009E403D">
              <w:rPr>
                <w:rFonts w:ascii="Corbel" w:hAnsi="Corbel"/>
              </w:rPr>
              <w:t>(be</w:t>
            </w:r>
            <w:r w:rsidRPr="009E403D">
              <w:rPr>
                <w:rFonts w:ascii="Corbel" w:hAnsi="Corbel"/>
                <w:spacing w:val="-7"/>
              </w:rPr>
              <w:t xml:space="preserve"> </w:t>
            </w:r>
            <w:r w:rsidRPr="009E403D">
              <w:rPr>
                <w:rFonts w:ascii="Corbel" w:hAnsi="Corbel"/>
                <w:spacing w:val="-2"/>
              </w:rPr>
              <w:t>detailed):</w:t>
            </w:r>
          </w:p>
        </w:tc>
      </w:tr>
      <w:tr w:rsidR="009E403D" w:rsidRPr="009E403D" w14:paraId="5A0CD7DB" w14:textId="77777777" w:rsidTr="009E403D">
        <w:trPr>
          <w:trHeight w:val="847"/>
        </w:trPr>
        <w:tc>
          <w:tcPr>
            <w:tcW w:w="11047" w:type="dxa"/>
            <w:gridSpan w:val="2"/>
          </w:tcPr>
          <w:p w14:paraId="76B35D3D" w14:textId="77777777" w:rsidR="009E403D" w:rsidRPr="009E403D" w:rsidRDefault="009E403D" w:rsidP="009E403D">
            <w:pPr>
              <w:pStyle w:val="TableParagraph"/>
              <w:rPr>
                <w:rFonts w:ascii="Corbel" w:hAnsi="Corbel"/>
              </w:rPr>
            </w:pPr>
            <w:r w:rsidRPr="009E403D">
              <w:rPr>
                <w:rFonts w:ascii="Corbel" w:hAnsi="Corbel"/>
              </w:rPr>
              <w:t>Were</w:t>
            </w:r>
            <w:r w:rsidRPr="009E403D">
              <w:rPr>
                <w:rFonts w:ascii="Corbel" w:hAnsi="Corbel"/>
                <w:spacing w:val="-7"/>
              </w:rPr>
              <w:t xml:space="preserve"> Health and </w:t>
            </w:r>
            <w:r w:rsidRPr="009E403D">
              <w:rPr>
                <w:rFonts w:ascii="Corbel" w:hAnsi="Corbel"/>
              </w:rPr>
              <w:t>safety</w:t>
            </w:r>
            <w:r w:rsidRPr="009E403D">
              <w:rPr>
                <w:rFonts w:ascii="Corbel" w:hAnsi="Corbel"/>
                <w:spacing w:val="-6"/>
              </w:rPr>
              <w:t xml:space="preserve"> </w:t>
            </w:r>
            <w:r w:rsidRPr="009E403D">
              <w:rPr>
                <w:rFonts w:ascii="Corbel" w:hAnsi="Corbel"/>
              </w:rPr>
              <w:t>procedures</w:t>
            </w:r>
            <w:r w:rsidRPr="009E403D">
              <w:rPr>
                <w:rFonts w:ascii="Corbel" w:hAnsi="Corbel"/>
                <w:spacing w:val="-5"/>
              </w:rPr>
              <w:t xml:space="preserve"> </w:t>
            </w:r>
            <w:r w:rsidRPr="009E403D">
              <w:rPr>
                <w:rFonts w:ascii="Corbel" w:hAnsi="Corbel"/>
              </w:rPr>
              <w:t>violated?</w:t>
            </w:r>
            <w:r w:rsidRPr="009E403D">
              <w:rPr>
                <w:rFonts w:ascii="Corbel" w:hAnsi="Corbel"/>
                <w:spacing w:val="-4"/>
              </w:rPr>
              <w:t xml:space="preserve"> </w:t>
            </w:r>
            <w:r w:rsidRPr="009E403D">
              <w:rPr>
                <w:rFonts w:ascii="Corbel" w:hAnsi="Corbel"/>
                <w:spacing w:val="-2"/>
              </w:rPr>
              <w:t>(describe):</w:t>
            </w:r>
          </w:p>
        </w:tc>
      </w:tr>
      <w:tr w:rsidR="009E403D" w:rsidRPr="009E403D" w14:paraId="7C310FB8" w14:textId="77777777" w:rsidTr="009E403D">
        <w:trPr>
          <w:trHeight w:val="889"/>
        </w:trPr>
        <w:tc>
          <w:tcPr>
            <w:tcW w:w="11047" w:type="dxa"/>
            <w:gridSpan w:val="2"/>
          </w:tcPr>
          <w:p w14:paraId="39C1DF93" w14:textId="77777777" w:rsidR="009E403D" w:rsidRPr="009E403D" w:rsidRDefault="009E403D" w:rsidP="009E403D">
            <w:pPr>
              <w:pStyle w:val="TableParagraph"/>
              <w:spacing w:line="242" w:lineRule="auto"/>
              <w:rPr>
                <w:rFonts w:ascii="Corbel" w:hAnsi="Corbel"/>
                <w:spacing w:val="-2"/>
              </w:rPr>
            </w:pPr>
            <w:r w:rsidRPr="009E403D">
              <w:rPr>
                <w:rFonts w:ascii="Corbel" w:hAnsi="Corbel"/>
              </w:rPr>
              <w:t>Incident</w:t>
            </w:r>
            <w:r w:rsidRPr="009E403D">
              <w:rPr>
                <w:rFonts w:ascii="Corbel" w:hAnsi="Corbel"/>
                <w:spacing w:val="-3"/>
              </w:rPr>
              <w:t xml:space="preserve"> </w:t>
            </w:r>
            <w:r w:rsidRPr="009E403D">
              <w:rPr>
                <w:rFonts w:ascii="Corbel" w:hAnsi="Corbel"/>
              </w:rPr>
              <w:t>site</w:t>
            </w:r>
            <w:r w:rsidRPr="009E403D">
              <w:rPr>
                <w:rFonts w:ascii="Corbel" w:hAnsi="Corbel"/>
                <w:spacing w:val="-2"/>
              </w:rPr>
              <w:t xml:space="preserve"> </w:t>
            </w:r>
            <w:r w:rsidRPr="009E403D">
              <w:rPr>
                <w:rFonts w:ascii="Corbel" w:hAnsi="Corbel"/>
              </w:rPr>
              <w:t>inspection</w:t>
            </w:r>
            <w:r w:rsidRPr="009E403D">
              <w:rPr>
                <w:rFonts w:ascii="Corbel" w:hAnsi="Corbel"/>
                <w:spacing w:val="-1"/>
              </w:rPr>
              <w:t xml:space="preserve"> </w:t>
            </w:r>
            <w:r w:rsidRPr="009E403D">
              <w:rPr>
                <w:rFonts w:ascii="Corbel" w:hAnsi="Corbel"/>
              </w:rPr>
              <w:t>–</w:t>
            </w:r>
            <w:r w:rsidRPr="009E403D">
              <w:rPr>
                <w:rFonts w:ascii="Corbel" w:hAnsi="Corbel"/>
                <w:spacing w:val="-9"/>
              </w:rPr>
              <w:t xml:space="preserve"> </w:t>
            </w:r>
            <w:r w:rsidRPr="009E403D">
              <w:rPr>
                <w:rFonts w:ascii="Corbel" w:hAnsi="Corbel"/>
              </w:rPr>
              <w:t>Why</w:t>
            </w:r>
            <w:r w:rsidRPr="009E403D">
              <w:rPr>
                <w:rFonts w:ascii="Corbel" w:hAnsi="Corbel"/>
                <w:spacing w:val="-6"/>
              </w:rPr>
              <w:t xml:space="preserve"> </w:t>
            </w:r>
            <w:r w:rsidRPr="009E403D">
              <w:rPr>
                <w:rFonts w:ascii="Corbel" w:hAnsi="Corbel"/>
              </w:rPr>
              <w:t>was</w:t>
            </w:r>
            <w:r w:rsidRPr="009E403D">
              <w:rPr>
                <w:rFonts w:ascii="Corbel" w:hAnsi="Corbel"/>
                <w:spacing w:val="-1"/>
              </w:rPr>
              <w:t xml:space="preserve"> </w:t>
            </w:r>
            <w:r w:rsidRPr="009E403D">
              <w:rPr>
                <w:rFonts w:ascii="Corbel" w:hAnsi="Corbel"/>
              </w:rPr>
              <w:t>an</w:t>
            </w:r>
            <w:r w:rsidRPr="009E403D">
              <w:rPr>
                <w:rFonts w:ascii="Corbel" w:hAnsi="Corbel"/>
                <w:spacing w:val="-2"/>
              </w:rPr>
              <w:t xml:space="preserve"> </w:t>
            </w:r>
            <w:r w:rsidRPr="009E403D">
              <w:rPr>
                <w:rFonts w:ascii="Corbel" w:hAnsi="Corbel"/>
              </w:rPr>
              <w:t>unsafe</w:t>
            </w:r>
            <w:r w:rsidRPr="009E403D">
              <w:rPr>
                <w:rFonts w:ascii="Corbel" w:hAnsi="Corbel"/>
                <w:spacing w:val="-2"/>
              </w:rPr>
              <w:t xml:space="preserve"> </w:t>
            </w:r>
            <w:r w:rsidRPr="009E403D">
              <w:rPr>
                <w:rFonts w:ascii="Corbel" w:hAnsi="Corbel"/>
              </w:rPr>
              <w:t>act</w:t>
            </w:r>
            <w:r w:rsidRPr="009E403D">
              <w:rPr>
                <w:rFonts w:ascii="Corbel" w:hAnsi="Corbel"/>
                <w:spacing w:val="-3"/>
              </w:rPr>
              <w:t xml:space="preserve"> </w:t>
            </w:r>
            <w:r w:rsidRPr="009E403D">
              <w:rPr>
                <w:rFonts w:ascii="Corbel" w:hAnsi="Corbel"/>
              </w:rPr>
              <w:t>committed, or why</w:t>
            </w:r>
            <w:r w:rsidRPr="009E403D">
              <w:rPr>
                <w:rFonts w:ascii="Corbel" w:hAnsi="Corbel"/>
                <w:spacing w:val="-4"/>
              </w:rPr>
              <w:t xml:space="preserve"> </w:t>
            </w:r>
            <w:r w:rsidRPr="009E403D">
              <w:rPr>
                <w:rFonts w:ascii="Corbel" w:hAnsi="Corbel"/>
              </w:rPr>
              <w:t>was</w:t>
            </w:r>
            <w:r w:rsidRPr="009E403D">
              <w:rPr>
                <w:rFonts w:ascii="Corbel" w:hAnsi="Corbel"/>
                <w:spacing w:val="-1"/>
              </w:rPr>
              <w:t xml:space="preserve"> </w:t>
            </w:r>
            <w:r w:rsidRPr="009E403D">
              <w:rPr>
                <w:rFonts w:ascii="Corbel" w:hAnsi="Corbel"/>
              </w:rPr>
              <w:t>the</w:t>
            </w:r>
            <w:r w:rsidRPr="009E403D">
              <w:rPr>
                <w:rFonts w:ascii="Corbel" w:hAnsi="Corbel"/>
                <w:spacing w:val="-2"/>
              </w:rPr>
              <w:t xml:space="preserve"> </w:t>
            </w:r>
            <w:r w:rsidRPr="009E403D">
              <w:rPr>
                <w:rFonts w:ascii="Corbel" w:hAnsi="Corbel"/>
              </w:rPr>
              <w:t>unsafe</w:t>
            </w:r>
            <w:r w:rsidRPr="009E403D">
              <w:rPr>
                <w:rFonts w:ascii="Corbel" w:hAnsi="Corbel"/>
                <w:spacing w:val="-4"/>
              </w:rPr>
              <w:t xml:space="preserve"> </w:t>
            </w:r>
            <w:r w:rsidRPr="009E403D">
              <w:rPr>
                <w:rFonts w:ascii="Corbel" w:hAnsi="Corbel"/>
              </w:rPr>
              <w:t xml:space="preserve">condition </w:t>
            </w:r>
            <w:r w:rsidRPr="009E403D">
              <w:rPr>
                <w:rFonts w:ascii="Corbel" w:hAnsi="Corbel"/>
                <w:spacing w:val="-2"/>
              </w:rPr>
              <w:t>present?:</w:t>
            </w:r>
          </w:p>
          <w:p w14:paraId="5DAADD46" w14:textId="77777777" w:rsidR="009E403D" w:rsidRPr="009E403D" w:rsidRDefault="009E403D" w:rsidP="009E403D">
            <w:pPr>
              <w:pStyle w:val="TableParagraph"/>
              <w:spacing w:line="242" w:lineRule="auto"/>
              <w:rPr>
                <w:rFonts w:ascii="Corbel" w:hAnsi="Corbel"/>
                <w:spacing w:val="-2"/>
              </w:rPr>
            </w:pPr>
          </w:p>
          <w:p w14:paraId="7EF79C38" w14:textId="77777777" w:rsidR="009E403D" w:rsidRPr="009E403D" w:rsidRDefault="009E403D" w:rsidP="009E403D">
            <w:pPr>
              <w:pStyle w:val="TableParagraph"/>
              <w:spacing w:line="242" w:lineRule="auto"/>
              <w:rPr>
                <w:rFonts w:ascii="Corbel" w:hAnsi="Corbel"/>
              </w:rPr>
            </w:pPr>
          </w:p>
        </w:tc>
      </w:tr>
      <w:tr w:rsidR="009E403D" w:rsidRPr="009E403D" w14:paraId="12B65310" w14:textId="77777777" w:rsidTr="009E403D">
        <w:trPr>
          <w:trHeight w:val="228"/>
        </w:trPr>
        <w:tc>
          <w:tcPr>
            <w:tcW w:w="11047" w:type="dxa"/>
            <w:gridSpan w:val="2"/>
          </w:tcPr>
          <w:p w14:paraId="0134FDF5" w14:textId="77777777" w:rsidR="009E403D" w:rsidRPr="009E403D" w:rsidRDefault="009E403D" w:rsidP="009E403D">
            <w:pPr>
              <w:pStyle w:val="TableParagraph"/>
              <w:spacing w:line="234" w:lineRule="exact"/>
              <w:rPr>
                <w:rFonts w:ascii="Corbel" w:hAnsi="Corbel"/>
                <w:spacing w:val="-2"/>
              </w:rPr>
            </w:pPr>
            <w:r w:rsidRPr="009E403D">
              <w:rPr>
                <w:rFonts w:ascii="Corbel" w:hAnsi="Corbel"/>
              </w:rPr>
              <w:t>Recommendations/steps</w:t>
            </w:r>
            <w:r w:rsidRPr="009E403D">
              <w:rPr>
                <w:rFonts w:ascii="Corbel" w:hAnsi="Corbel"/>
                <w:spacing w:val="-9"/>
              </w:rPr>
              <w:t xml:space="preserve"> </w:t>
            </w:r>
            <w:r w:rsidRPr="009E403D">
              <w:rPr>
                <w:rFonts w:ascii="Corbel" w:hAnsi="Corbel"/>
              </w:rPr>
              <w:t>to</w:t>
            </w:r>
            <w:r w:rsidRPr="009E403D">
              <w:rPr>
                <w:rFonts w:ascii="Corbel" w:hAnsi="Corbel"/>
                <w:spacing w:val="-6"/>
              </w:rPr>
              <w:t xml:space="preserve"> </w:t>
            </w:r>
            <w:r w:rsidRPr="009E403D">
              <w:rPr>
                <w:rFonts w:ascii="Corbel" w:hAnsi="Corbel"/>
              </w:rPr>
              <w:t>take</w:t>
            </w:r>
            <w:r w:rsidRPr="009E403D">
              <w:rPr>
                <w:rFonts w:ascii="Corbel" w:hAnsi="Corbel"/>
                <w:spacing w:val="-6"/>
              </w:rPr>
              <w:t xml:space="preserve"> </w:t>
            </w:r>
            <w:r w:rsidRPr="009E403D">
              <w:rPr>
                <w:rFonts w:ascii="Corbel" w:hAnsi="Corbel"/>
              </w:rPr>
              <w:t>to</w:t>
            </w:r>
            <w:r w:rsidRPr="009E403D">
              <w:rPr>
                <w:rFonts w:ascii="Corbel" w:hAnsi="Corbel"/>
                <w:spacing w:val="-6"/>
              </w:rPr>
              <w:t xml:space="preserve"> </w:t>
            </w:r>
            <w:r w:rsidRPr="009E403D">
              <w:rPr>
                <w:rFonts w:ascii="Corbel" w:hAnsi="Corbel"/>
              </w:rPr>
              <w:t>prevent</w:t>
            </w:r>
            <w:r w:rsidRPr="009E403D">
              <w:rPr>
                <w:rFonts w:ascii="Corbel" w:hAnsi="Corbel"/>
                <w:spacing w:val="-5"/>
              </w:rPr>
              <w:t xml:space="preserve"> </w:t>
            </w:r>
            <w:r w:rsidRPr="009E403D">
              <w:rPr>
                <w:rFonts w:ascii="Corbel" w:hAnsi="Corbel"/>
              </w:rPr>
              <w:t>a</w:t>
            </w:r>
            <w:r w:rsidRPr="009E403D">
              <w:rPr>
                <w:rFonts w:ascii="Corbel" w:hAnsi="Corbel"/>
                <w:spacing w:val="-4"/>
              </w:rPr>
              <w:t xml:space="preserve"> </w:t>
            </w:r>
            <w:r w:rsidRPr="009E403D">
              <w:rPr>
                <w:rFonts w:ascii="Corbel" w:hAnsi="Corbel"/>
              </w:rPr>
              <w:t>similar</w:t>
            </w:r>
            <w:r w:rsidRPr="009E403D">
              <w:rPr>
                <w:rFonts w:ascii="Corbel" w:hAnsi="Corbel"/>
                <w:spacing w:val="-2"/>
              </w:rPr>
              <w:t xml:space="preserve"> incident:</w:t>
            </w:r>
          </w:p>
          <w:p w14:paraId="68FF5A12" w14:textId="77777777" w:rsidR="009E403D" w:rsidRPr="009E403D" w:rsidRDefault="009E403D" w:rsidP="009E403D">
            <w:pPr>
              <w:pStyle w:val="TableParagraph"/>
              <w:spacing w:line="234" w:lineRule="exact"/>
              <w:rPr>
                <w:rFonts w:ascii="Corbel" w:hAnsi="Corbel"/>
                <w:spacing w:val="-2"/>
              </w:rPr>
            </w:pPr>
          </w:p>
          <w:p w14:paraId="272F5BFA" w14:textId="77777777" w:rsidR="009E403D" w:rsidRPr="009E403D" w:rsidRDefault="009E403D" w:rsidP="009E403D">
            <w:pPr>
              <w:pStyle w:val="TableParagraph"/>
              <w:spacing w:line="234" w:lineRule="exact"/>
              <w:rPr>
                <w:rFonts w:ascii="Corbel" w:hAnsi="Corbel"/>
              </w:rPr>
            </w:pPr>
          </w:p>
          <w:p w14:paraId="5EE8594A" w14:textId="77777777" w:rsidR="009E403D" w:rsidRPr="009E403D" w:rsidRDefault="009E403D" w:rsidP="009E403D">
            <w:pPr>
              <w:pStyle w:val="TableParagraph"/>
              <w:spacing w:line="234" w:lineRule="exact"/>
              <w:rPr>
                <w:rFonts w:ascii="Corbel" w:hAnsi="Corbel"/>
              </w:rPr>
            </w:pPr>
          </w:p>
        </w:tc>
      </w:tr>
      <w:tr w:rsidR="009E403D" w:rsidRPr="009E403D" w14:paraId="2D6D4C83" w14:textId="77777777" w:rsidTr="009E403D">
        <w:trPr>
          <w:trHeight w:val="681"/>
        </w:trPr>
        <w:tc>
          <w:tcPr>
            <w:tcW w:w="5521" w:type="dxa"/>
          </w:tcPr>
          <w:p w14:paraId="779D44DB" w14:textId="77777777" w:rsidR="009E403D" w:rsidRPr="009E403D" w:rsidRDefault="009E403D" w:rsidP="009E403D">
            <w:pPr>
              <w:pStyle w:val="TableParagraph"/>
              <w:rPr>
                <w:rFonts w:ascii="Corbel" w:hAnsi="Corbel"/>
                <w:spacing w:val="-2"/>
              </w:rPr>
            </w:pPr>
            <w:r w:rsidRPr="009E403D">
              <w:rPr>
                <w:rFonts w:ascii="Corbel" w:hAnsi="Corbel"/>
              </w:rPr>
              <w:t>Name</w:t>
            </w:r>
            <w:r w:rsidRPr="009E403D">
              <w:rPr>
                <w:rFonts w:ascii="Corbel" w:hAnsi="Corbel"/>
                <w:spacing w:val="-3"/>
              </w:rPr>
              <w:t xml:space="preserve"> </w:t>
            </w:r>
            <w:r w:rsidRPr="009E403D">
              <w:rPr>
                <w:rFonts w:ascii="Corbel" w:hAnsi="Corbel"/>
                <w:spacing w:val="-2"/>
              </w:rPr>
              <w:t>(optional):</w:t>
            </w:r>
          </w:p>
          <w:p w14:paraId="676780AA" w14:textId="77777777" w:rsidR="009E403D" w:rsidRPr="009E403D" w:rsidRDefault="009E403D" w:rsidP="009E403D">
            <w:pPr>
              <w:pStyle w:val="TableParagraph"/>
              <w:rPr>
                <w:rFonts w:ascii="Corbel" w:hAnsi="Corbel"/>
                <w:spacing w:val="-2"/>
              </w:rPr>
            </w:pPr>
          </w:p>
          <w:p w14:paraId="08BFE462" w14:textId="77777777" w:rsidR="009E403D" w:rsidRPr="009E403D" w:rsidRDefault="009E403D" w:rsidP="009E403D">
            <w:pPr>
              <w:pStyle w:val="TableParagraph"/>
              <w:ind w:left="0"/>
              <w:rPr>
                <w:rFonts w:ascii="Corbel" w:hAnsi="Corbel"/>
              </w:rPr>
            </w:pPr>
          </w:p>
        </w:tc>
        <w:tc>
          <w:tcPr>
            <w:tcW w:w="5526" w:type="dxa"/>
          </w:tcPr>
          <w:p w14:paraId="44A94949" w14:textId="77777777" w:rsidR="009E403D" w:rsidRPr="009E403D" w:rsidRDefault="009E403D" w:rsidP="009E403D">
            <w:pPr>
              <w:pStyle w:val="TableParagraph"/>
              <w:rPr>
                <w:rFonts w:ascii="Corbel" w:hAnsi="Corbel"/>
              </w:rPr>
            </w:pPr>
            <w:r w:rsidRPr="009E403D">
              <w:rPr>
                <w:rFonts w:ascii="Corbel" w:hAnsi="Corbel"/>
              </w:rPr>
              <w:t>Date</w:t>
            </w:r>
            <w:r w:rsidRPr="009E403D">
              <w:rPr>
                <w:rFonts w:ascii="Corbel" w:hAnsi="Corbel"/>
                <w:spacing w:val="-2"/>
              </w:rPr>
              <w:t xml:space="preserve"> Reported:</w:t>
            </w:r>
          </w:p>
        </w:tc>
      </w:tr>
      <w:tr w:rsidR="009E403D" w:rsidRPr="009E403D" w14:paraId="3F300EBB" w14:textId="77777777" w:rsidTr="009E403D">
        <w:trPr>
          <w:trHeight w:val="454"/>
        </w:trPr>
        <w:tc>
          <w:tcPr>
            <w:tcW w:w="5521" w:type="dxa"/>
          </w:tcPr>
          <w:p w14:paraId="551D1302" w14:textId="77777777" w:rsidR="009E403D" w:rsidRPr="009E403D" w:rsidRDefault="009E403D" w:rsidP="009E403D">
            <w:pPr>
              <w:pStyle w:val="TableParagraph"/>
              <w:rPr>
                <w:rFonts w:ascii="Corbel" w:hAnsi="Corbel"/>
                <w:spacing w:val="-2"/>
              </w:rPr>
            </w:pPr>
            <w:r w:rsidRPr="009E403D">
              <w:rPr>
                <w:rFonts w:ascii="Corbel" w:hAnsi="Corbel"/>
              </w:rPr>
              <w:t>Supervisor</w:t>
            </w:r>
            <w:r w:rsidRPr="009E403D">
              <w:rPr>
                <w:rFonts w:ascii="Corbel" w:hAnsi="Corbel"/>
                <w:spacing w:val="-3"/>
              </w:rPr>
              <w:t xml:space="preserve"> </w:t>
            </w:r>
            <w:r w:rsidRPr="009E403D">
              <w:rPr>
                <w:rFonts w:ascii="Corbel" w:hAnsi="Corbel"/>
              </w:rPr>
              <w:t>or</w:t>
            </w:r>
            <w:r w:rsidRPr="009E403D">
              <w:rPr>
                <w:rFonts w:ascii="Corbel" w:hAnsi="Corbel"/>
                <w:spacing w:val="-5"/>
              </w:rPr>
              <w:t xml:space="preserve"> </w:t>
            </w:r>
            <w:r w:rsidRPr="009E403D">
              <w:rPr>
                <w:rFonts w:ascii="Corbel" w:hAnsi="Corbel"/>
              </w:rPr>
              <w:t>Office</w:t>
            </w:r>
            <w:r w:rsidRPr="009E403D">
              <w:rPr>
                <w:rFonts w:ascii="Corbel" w:hAnsi="Corbel"/>
                <w:spacing w:val="-4"/>
              </w:rPr>
              <w:t xml:space="preserve"> </w:t>
            </w:r>
            <w:r w:rsidRPr="009E403D">
              <w:rPr>
                <w:rFonts w:ascii="Corbel" w:hAnsi="Corbel"/>
                <w:spacing w:val="-2"/>
              </w:rPr>
              <w:t>Signature:</w:t>
            </w:r>
          </w:p>
          <w:p w14:paraId="576F1043" w14:textId="77777777" w:rsidR="009E403D" w:rsidRPr="009E403D" w:rsidRDefault="009E403D" w:rsidP="009E403D">
            <w:pPr>
              <w:pStyle w:val="TableParagraph"/>
              <w:rPr>
                <w:rFonts w:ascii="Corbel" w:hAnsi="Corbel"/>
                <w:spacing w:val="-2"/>
              </w:rPr>
            </w:pPr>
          </w:p>
          <w:p w14:paraId="5ACFC0B1" w14:textId="77777777" w:rsidR="009E403D" w:rsidRPr="009E403D" w:rsidRDefault="009E403D" w:rsidP="009E403D">
            <w:pPr>
              <w:pStyle w:val="TableParagraph"/>
              <w:ind w:left="0"/>
              <w:rPr>
                <w:rFonts w:ascii="Corbel" w:hAnsi="Corbel"/>
              </w:rPr>
            </w:pPr>
          </w:p>
        </w:tc>
        <w:tc>
          <w:tcPr>
            <w:tcW w:w="5526" w:type="dxa"/>
          </w:tcPr>
          <w:p w14:paraId="6F2024C8" w14:textId="77777777" w:rsidR="009E403D" w:rsidRPr="009E403D" w:rsidRDefault="009E403D" w:rsidP="009E403D">
            <w:pPr>
              <w:pStyle w:val="TableParagraph"/>
              <w:rPr>
                <w:rFonts w:ascii="Corbel" w:hAnsi="Corbel"/>
              </w:rPr>
            </w:pPr>
            <w:r w:rsidRPr="009E403D">
              <w:rPr>
                <w:rFonts w:ascii="Corbel" w:hAnsi="Corbel"/>
                <w:spacing w:val="-2"/>
              </w:rPr>
              <w:t>Date:</w:t>
            </w:r>
          </w:p>
        </w:tc>
      </w:tr>
    </w:tbl>
    <w:p w14:paraId="31B2025D" w14:textId="7024D812" w:rsidR="009E403D" w:rsidRPr="009E403D" w:rsidRDefault="009E403D" w:rsidP="009E403D">
      <w:pPr>
        <w:pStyle w:val="BodyText"/>
        <w:rPr>
          <w:rFonts w:ascii="Corbel" w:hAnsi="Corbel"/>
          <w:sz w:val="2"/>
        </w:rPr>
      </w:pPr>
      <w:r>
        <w:rPr>
          <w:rFonts w:ascii="Corbel" w:hAnsi="Corbel"/>
        </w:rPr>
        <w:t xml:space="preserve">                       </w:t>
      </w:r>
    </w:p>
    <w:p w14:paraId="0BE12C5B" w14:textId="50280859" w:rsidR="009E403D" w:rsidRPr="009E403D" w:rsidRDefault="0DBB425A" w:rsidP="009E403D">
      <w:pPr>
        <w:pStyle w:val="BodyText"/>
        <w:jc w:val="center"/>
      </w:pPr>
      <w:r w:rsidRPr="009E403D">
        <w:rPr>
          <w:rFonts w:ascii="Corbel" w:hAnsi="Corbel"/>
        </w:rPr>
        <w:t>Please</w:t>
      </w:r>
      <w:r w:rsidRPr="009E403D">
        <w:rPr>
          <w:rFonts w:ascii="Corbel" w:hAnsi="Corbel"/>
          <w:spacing w:val="-2"/>
        </w:rPr>
        <w:t xml:space="preserve"> </w:t>
      </w:r>
      <w:r w:rsidRPr="009E403D">
        <w:rPr>
          <w:rFonts w:ascii="Corbel" w:hAnsi="Corbel"/>
        </w:rPr>
        <w:t>submit</w:t>
      </w:r>
      <w:r w:rsidRPr="009E403D">
        <w:rPr>
          <w:rFonts w:ascii="Corbel" w:hAnsi="Corbel"/>
          <w:spacing w:val="-2"/>
        </w:rPr>
        <w:t xml:space="preserve"> </w:t>
      </w:r>
      <w:r w:rsidRPr="009E403D">
        <w:rPr>
          <w:rFonts w:ascii="Corbel" w:hAnsi="Corbel"/>
        </w:rPr>
        <w:t>this</w:t>
      </w:r>
      <w:r w:rsidRPr="009E403D">
        <w:rPr>
          <w:rFonts w:ascii="Corbel" w:hAnsi="Corbel"/>
          <w:spacing w:val="-6"/>
        </w:rPr>
        <w:t xml:space="preserve"> </w:t>
      </w:r>
      <w:r w:rsidRPr="009E403D">
        <w:rPr>
          <w:rFonts w:ascii="Corbel" w:hAnsi="Corbel"/>
        </w:rPr>
        <w:t>form</w:t>
      </w:r>
      <w:r w:rsidRPr="009E403D">
        <w:rPr>
          <w:rFonts w:ascii="Corbel" w:hAnsi="Corbel"/>
          <w:spacing w:val="-3"/>
        </w:rPr>
        <w:t xml:space="preserve"> </w:t>
      </w:r>
      <w:r w:rsidRPr="009E403D">
        <w:rPr>
          <w:rFonts w:ascii="Corbel" w:hAnsi="Corbel"/>
        </w:rPr>
        <w:t>to</w:t>
      </w:r>
      <w:r w:rsidRPr="009E403D">
        <w:rPr>
          <w:rFonts w:ascii="Corbel" w:hAnsi="Corbel"/>
          <w:spacing w:val="-2"/>
        </w:rPr>
        <w:t xml:space="preserve"> </w:t>
      </w:r>
      <w:r w:rsidRPr="009E403D">
        <w:rPr>
          <w:rFonts w:ascii="Corbel" w:hAnsi="Corbel"/>
        </w:rPr>
        <w:t>the</w:t>
      </w:r>
      <w:r w:rsidRPr="009E403D">
        <w:rPr>
          <w:rFonts w:ascii="Corbel" w:hAnsi="Corbel"/>
          <w:spacing w:val="-4"/>
        </w:rPr>
        <w:t xml:space="preserve"> </w:t>
      </w:r>
      <w:r w:rsidRPr="009E403D">
        <w:rPr>
          <w:rFonts w:ascii="Corbel" w:hAnsi="Corbel"/>
        </w:rPr>
        <w:t>main</w:t>
      </w:r>
      <w:r w:rsidRPr="009E403D">
        <w:rPr>
          <w:rFonts w:ascii="Corbel" w:hAnsi="Corbel"/>
          <w:spacing w:val="-2"/>
        </w:rPr>
        <w:t xml:space="preserve"> </w:t>
      </w:r>
      <w:r w:rsidRPr="009E403D">
        <w:rPr>
          <w:rFonts w:ascii="Corbel" w:hAnsi="Corbel"/>
        </w:rPr>
        <w:t>office</w:t>
      </w:r>
      <w:r w:rsidRPr="009E403D">
        <w:rPr>
          <w:rFonts w:ascii="Corbel" w:hAnsi="Corbel"/>
          <w:spacing w:val="-4"/>
        </w:rPr>
        <w:t xml:space="preserve"> </w:t>
      </w:r>
      <w:r w:rsidRPr="009E403D">
        <w:rPr>
          <w:rFonts w:ascii="Corbel" w:hAnsi="Corbel"/>
        </w:rPr>
        <w:t>or</w:t>
      </w:r>
      <w:r w:rsidRPr="009E403D">
        <w:rPr>
          <w:rFonts w:ascii="Corbel" w:hAnsi="Corbel"/>
          <w:spacing w:val="-3"/>
        </w:rPr>
        <w:t xml:space="preserve"> </w:t>
      </w:r>
      <w:r w:rsidRPr="009E403D">
        <w:rPr>
          <w:rFonts w:ascii="Corbel" w:hAnsi="Corbel"/>
        </w:rPr>
        <w:t>your</w:t>
      </w:r>
      <w:r w:rsidRPr="009E403D">
        <w:rPr>
          <w:rFonts w:ascii="Corbel" w:hAnsi="Corbel"/>
          <w:spacing w:val="-3"/>
        </w:rPr>
        <w:t xml:space="preserve"> </w:t>
      </w:r>
      <w:r w:rsidRPr="009E403D">
        <w:rPr>
          <w:rFonts w:ascii="Corbel" w:hAnsi="Corbel"/>
        </w:rPr>
        <w:t>supervisor.</w:t>
      </w:r>
    </w:p>
    <w:p w14:paraId="20DFAFF2" w14:textId="389DAA3D" w:rsidR="009E403D" w:rsidRPr="009E403D" w:rsidRDefault="009E403D" w:rsidP="29CDF304">
      <w:pPr>
        <w:pStyle w:val="BodyText"/>
        <w:jc w:val="center"/>
        <w:rPr>
          <w:rFonts w:ascii="Corbel" w:hAnsi="Corbel"/>
        </w:rPr>
      </w:pPr>
    </w:p>
    <w:p w14:paraId="48D71ED7" w14:textId="56901B0E" w:rsidR="009E403D" w:rsidRPr="00E214B5" w:rsidRDefault="1E25EB1C" w:rsidP="00E214B5">
      <w:pPr>
        <w:pStyle w:val="BodyText"/>
      </w:pPr>
      <w:r w:rsidRPr="29CDF304">
        <w:rPr>
          <w:rFonts w:ascii="Corbel" w:hAnsi="Corbel"/>
        </w:rPr>
        <w:t>Appendix 6</w:t>
      </w:r>
    </w:p>
    <w:p w14:paraId="66BA66D9" w14:textId="6616DE93" w:rsidR="009E403D" w:rsidRPr="009E403D" w:rsidRDefault="1E25EB1C" w:rsidP="29CDF304">
      <w:pPr>
        <w:jc w:val="center"/>
        <w:rPr>
          <w:rFonts w:ascii="Corbel" w:eastAsia="Corbel" w:hAnsi="Corbel" w:cs="Corbel"/>
          <w:color w:val="000000" w:themeColor="text1"/>
        </w:rPr>
      </w:pPr>
      <w:r w:rsidRPr="29CDF304">
        <w:rPr>
          <w:rFonts w:ascii="Corbel" w:eastAsia="Corbel" w:hAnsi="Corbel" w:cs="Corbel"/>
          <w:b/>
          <w:bCs/>
          <w:color w:val="000000" w:themeColor="text1"/>
          <w:u w:val="single"/>
          <w:lang w:val="en-GB"/>
        </w:rPr>
        <w:t>Accident and Incident Report Form</w:t>
      </w:r>
    </w:p>
    <w:p w14:paraId="188BC71A" w14:textId="6D4D4E7D" w:rsidR="009E403D" w:rsidRPr="009E403D" w:rsidRDefault="1E25EB1C" w:rsidP="29CDF304">
      <w:pPr>
        <w:jc w:val="center"/>
        <w:rPr>
          <w:rFonts w:ascii="Corbel" w:eastAsia="Corbel" w:hAnsi="Corbel" w:cs="Corbel"/>
          <w:color w:val="000000" w:themeColor="text1"/>
        </w:rPr>
      </w:pPr>
      <w:r w:rsidRPr="29CDF304">
        <w:rPr>
          <w:rFonts w:ascii="Corbel" w:eastAsia="Corbel" w:hAnsi="Corbel" w:cs="Corbel"/>
          <w:color w:val="000000" w:themeColor="text1"/>
          <w:lang w:val="en-GB"/>
        </w:rPr>
        <w:t xml:space="preserve">Please email this form in the first instance to </w:t>
      </w:r>
      <w:hyperlink r:id="rId22">
        <w:r w:rsidRPr="29CDF304">
          <w:rPr>
            <w:rStyle w:val="Hyperlink"/>
            <w:lang w:val="en-GB"/>
          </w:rPr>
          <w:t>safeguarding@lhmat.com</w:t>
        </w:r>
      </w:hyperlink>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793"/>
        <w:gridCol w:w="8106"/>
      </w:tblGrid>
      <w:tr w:rsidR="29CDF304" w14:paraId="35806086" w14:textId="77777777" w:rsidTr="0004570E">
        <w:trPr>
          <w:trHeight w:val="302"/>
        </w:trPr>
        <w:tc>
          <w:tcPr>
            <w:tcW w:w="2793" w:type="dxa"/>
            <w:shd w:val="clear" w:color="auto" w:fill="D9E2F3"/>
            <w:tcMar>
              <w:left w:w="105" w:type="dxa"/>
              <w:right w:w="105" w:type="dxa"/>
            </w:tcMar>
          </w:tcPr>
          <w:p w14:paraId="16599BF7" w14:textId="35315B2D" w:rsidR="29CDF304" w:rsidRDefault="29CDF304" w:rsidP="29CDF304">
            <w:pPr>
              <w:rPr>
                <w:rFonts w:ascii="Corbel" w:eastAsia="Corbel" w:hAnsi="Corbel" w:cs="Corbel"/>
              </w:rPr>
            </w:pPr>
            <w:r w:rsidRPr="29CDF304">
              <w:rPr>
                <w:rFonts w:ascii="Corbel" w:eastAsia="Corbel" w:hAnsi="Corbel" w:cs="Corbel"/>
                <w:b/>
                <w:bCs/>
                <w:lang w:val="en-GB"/>
              </w:rPr>
              <w:t>Academy:</w:t>
            </w:r>
          </w:p>
        </w:tc>
        <w:tc>
          <w:tcPr>
            <w:tcW w:w="8106" w:type="dxa"/>
            <w:tcMar>
              <w:left w:w="105" w:type="dxa"/>
              <w:right w:w="105" w:type="dxa"/>
            </w:tcMar>
          </w:tcPr>
          <w:p w14:paraId="07583690" w14:textId="7306D6ED" w:rsidR="29CDF304" w:rsidRDefault="29CDF304" w:rsidP="29CDF304">
            <w:pPr>
              <w:rPr>
                <w:rFonts w:ascii="Corbel" w:eastAsia="Corbel" w:hAnsi="Corbel" w:cs="Corbel"/>
              </w:rPr>
            </w:pPr>
          </w:p>
        </w:tc>
      </w:tr>
      <w:tr w:rsidR="29CDF304" w14:paraId="029AC1CC" w14:textId="77777777" w:rsidTr="0004570E">
        <w:trPr>
          <w:trHeight w:val="302"/>
        </w:trPr>
        <w:tc>
          <w:tcPr>
            <w:tcW w:w="2793" w:type="dxa"/>
            <w:shd w:val="clear" w:color="auto" w:fill="D9E2F3"/>
            <w:tcMar>
              <w:left w:w="105" w:type="dxa"/>
              <w:right w:w="105" w:type="dxa"/>
            </w:tcMar>
          </w:tcPr>
          <w:p w14:paraId="06FED47B" w14:textId="1FB191B8" w:rsidR="29CDF304" w:rsidRDefault="29CDF304" w:rsidP="29CDF304">
            <w:pPr>
              <w:rPr>
                <w:rFonts w:ascii="Corbel" w:eastAsia="Corbel" w:hAnsi="Corbel" w:cs="Corbel"/>
              </w:rPr>
            </w:pPr>
            <w:r w:rsidRPr="29CDF304">
              <w:rPr>
                <w:rFonts w:ascii="Corbel" w:eastAsia="Corbel" w:hAnsi="Corbel" w:cs="Corbel"/>
                <w:b/>
                <w:bCs/>
                <w:lang w:val="en-GB"/>
              </w:rPr>
              <w:t>Location:</w:t>
            </w:r>
          </w:p>
        </w:tc>
        <w:tc>
          <w:tcPr>
            <w:tcW w:w="8106" w:type="dxa"/>
            <w:tcMar>
              <w:left w:w="105" w:type="dxa"/>
              <w:right w:w="105" w:type="dxa"/>
            </w:tcMar>
          </w:tcPr>
          <w:p w14:paraId="64E69765" w14:textId="417CFE6E" w:rsidR="29CDF304" w:rsidRDefault="29CDF304" w:rsidP="29CDF304">
            <w:pPr>
              <w:rPr>
                <w:rFonts w:ascii="Corbel" w:eastAsia="Corbel" w:hAnsi="Corbel" w:cs="Corbel"/>
              </w:rPr>
            </w:pPr>
          </w:p>
        </w:tc>
      </w:tr>
      <w:tr w:rsidR="29CDF304" w14:paraId="11EF737F" w14:textId="77777777" w:rsidTr="0004570E">
        <w:trPr>
          <w:trHeight w:val="302"/>
        </w:trPr>
        <w:tc>
          <w:tcPr>
            <w:tcW w:w="2793" w:type="dxa"/>
            <w:shd w:val="clear" w:color="auto" w:fill="D9E2F3"/>
            <w:tcMar>
              <w:left w:w="105" w:type="dxa"/>
              <w:right w:w="105" w:type="dxa"/>
            </w:tcMar>
          </w:tcPr>
          <w:p w14:paraId="401CCF8F" w14:textId="6854CE32" w:rsidR="29CDF304" w:rsidRDefault="29CDF304" w:rsidP="29CDF304">
            <w:pPr>
              <w:rPr>
                <w:rFonts w:ascii="Corbel" w:eastAsia="Corbel" w:hAnsi="Corbel" w:cs="Corbel"/>
              </w:rPr>
            </w:pPr>
            <w:r w:rsidRPr="29CDF304">
              <w:rPr>
                <w:rFonts w:ascii="Corbel" w:eastAsia="Corbel" w:hAnsi="Corbel" w:cs="Corbel"/>
                <w:b/>
                <w:bCs/>
                <w:lang w:val="en-GB"/>
              </w:rPr>
              <w:t>Date and Time of Incident:</w:t>
            </w:r>
          </w:p>
        </w:tc>
        <w:tc>
          <w:tcPr>
            <w:tcW w:w="8106" w:type="dxa"/>
            <w:tcMar>
              <w:left w:w="105" w:type="dxa"/>
              <w:right w:w="105" w:type="dxa"/>
            </w:tcMar>
          </w:tcPr>
          <w:p w14:paraId="61F5D5AD" w14:textId="451C6C53" w:rsidR="29CDF304" w:rsidRDefault="29CDF304" w:rsidP="29CDF304">
            <w:pPr>
              <w:rPr>
                <w:rFonts w:ascii="Corbel" w:eastAsia="Corbel" w:hAnsi="Corbel" w:cs="Corbel"/>
              </w:rPr>
            </w:pPr>
          </w:p>
        </w:tc>
      </w:tr>
    </w:tbl>
    <w:p w14:paraId="77311EA6" w14:textId="6B7E2A56" w:rsidR="009E403D" w:rsidRPr="009E403D" w:rsidRDefault="009E403D" w:rsidP="29CDF304">
      <w:pPr>
        <w:jc w:val="center"/>
        <w:rPr>
          <w:rFonts w:ascii="Corbel" w:eastAsia="Corbel" w:hAnsi="Corbel" w:cs="Corbe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744"/>
        <w:gridCol w:w="2744"/>
        <w:gridCol w:w="2744"/>
        <w:gridCol w:w="2745"/>
      </w:tblGrid>
      <w:tr w:rsidR="29CDF304" w14:paraId="0A14D13E" w14:textId="77777777" w:rsidTr="0004570E">
        <w:trPr>
          <w:trHeight w:val="288"/>
        </w:trPr>
        <w:tc>
          <w:tcPr>
            <w:tcW w:w="10977" w:type="dxa"/>
            <w:gridSpan w:val="4"/>
            <w:shd w:val="clear" w:color="auto" w:fill="D9E2F3"/>
            <w:tcMar>
              <w:left w:w="105" w:type="dxa"/>
              <w:right w:w="105" w:type="dxa"/>
            </w:tcMar>
          </w:tcPr>
          <w:p w14:paraId="559C0448" w14:textId="406E3B5E" w:rsidR="29CDF304" w:rsidRDefault="29CDF304" w:rsidP="29CDF304">
            <w:pPr>
              <w:rPr>
                <w:rFonts w:ascii="Corbel" w:eastAsia="Corbel" w:hAnsi="Corbel" w:cs="Corbel"/>
              </w:rPr>
            </w:pPr>
            <w:r w:rsidRPr="29CDF304">
              <w:rPr>
                <w:rFonts w:ascii="Corbel" w:eastAsia="Corbel" w:hAnsi="Corbel" w:cs="Corbel"/>
                <w:b/>
                <w:bCs/>
                <w:lang w:val="en-GB"/>
              </w:rPr>
              <w:t>Injured/Assaulted Person</w:t>
            </w:r>
          </w:p>
        </w:tc>
      </w:tr>
      <w:tr w:rsidR="29CDF304" w14:paraId="0B8B1F0E" w14:textId="77777777" w:rsidTr="0004570E">
        <w:trPr>
          <w:trHeight w:val="288"/>
        </w:trPr>
        <w:tc>
          <w:tcPr>
            <w:tcW w:w="2744" w:type="dxa"/>
            <w:shd w:val="clear" w:color="auto" w:fill="D9E2F3"/>
            <w:tcMar>
              <w:left w:w="105" w:type="dxa"/>
              <w:right w:w="105" w:type="dxa"/>
            </w:tcMar>
          </w:tcPr>
          <w:p w14:paraId="01B13CAB" w14:textId="112430DF" w:rsidR="29CDF304" w:rsidRDefault="29CDF304" w:rsidP="29CDF304">
            <w:pPr>
              <w:rPr>
                <w:rFonts w:ascii="Corbel" w:eastAsia="Corbel" w:hAnsi="Corbel" w:cs="Corbel"/>
              </w:rPr>
            </w:pPr>
            <w:r w:rsidRPr="29CDF304">
              <w:rPr>
                <w:rFonts w:ascii="Corbel" w:eastAsia="Corbel" w:hAnsi="Corbel" w:cs="Corbel"/>
                <w:b/>
                <w:bCs/>
                <w:lang w:val="en-GB"/>
              </w:rPr>
              <w:t>Forename:</w:t>
            </w:r>
          </w:p>
        </w:tc>
        <w:tc>
          <w:tcPr>
            <w:tcW w:w="2744" w:type="dxa"/>
            <w:tcMar>
              <w:left w:w="105" w:type="dxa"/>
              <w:right w:w="105" w:type="dxa"/>
            </w:tcMar>
          </w:tcPr>
          <w:p w14:paraId="74896237" w14:textId="619893F1" w:rsidR="29CDF304" w:rsidRDefault="29CDF304" w:rsidP="29CDF304">
            <w:pPr>
              <w:rPr>
                <w:rFonts w:ascii="Corbel" w:eastAsia="Corbel" w:hAnsi="Corbel" w:cs="Corbel"/>
              </w:rPr>
            </w:pPr>
          </w:p>
        </w:tc>
        <w:tc>
          <w:tcPr>
            <w:tcW w:w="2744" w:type="dxa"/>
            <w:shd w:val="clear" w:color="auto" w:fill="D9E2F3"/>
            <w:tcMar>
              <w:left w:w="105" w:type="dxa"/>
              <w:right w:w="105" w:type="dxa"/>
            </w:tcMar>
          </w:tcPr>
          <w:p w14:paraId="1E7AB6DE" w14:textId="6EFBF91F" w:rsidR="29CDF304" w:rsidRDefault="29CDF304" w:rsidP="29CDF304">
            <w:pPr>
              <w:rPr>
                <w:rFonts w:ascii="Corbel" w:eastAsia="Corbel" w:hAnsi="Corbel" w:cs="Corbel"/>
              </w:rPr>
            </w:pPr>
            <w:r w:rsidRPr="29CDF304">
              <w:rPr>
                <w:rFonts w:ascii="Corbel" w:eastAsia="Corbel" w:hAnsi="Corbel" w:cs="Corbel"/>
                <w:b/>
                <w:bCs/>
                <w:lang w:val="en-GB"/>
              </w:rPr>
              <w:t>Surname:</w:t>
            </w:r>
          </w:p>
        </w:tc>
        <w:tc>
          <w:tcPr>
            <w:tcW w:w="2744" w:type="dxa"/>
            <w:tcMar>
              <w:left w:w="105" w:type="dxa"/>
              <w:right w:w="105" w:type="dxa"/>
            </w:tcMar>
          </w:tcPr>
          <w:p w14:paraId="2A35547E" w14:textId="42E22DF2" w:rsidR="29CDF304" w:rsidRDefault="29CDF304" w:rsidP="29CDF304">
            <w:pPr>
              <w:rPr>
                <w:rFonts w:ascii="Corbel" w:eastAsia="Corbel" w:hAnsi="Corbel" w:cs="Corbel"/>
              </w:rPr>
            </w:pPr>
          </w:p>
        </w:tc>
      </w:tr>
      <w:tr w:rsidR="29CDF304" w14:paraId="7BB17C9B" w14:textId="77777777" w:rsidTr="0004570E">
        <w:trPr>
          <w:trHeight w:val="288"/>
        </w:trPr>
        <w:tc>
          <w:tcPr>
            <w:tcW w:w="2744" w:type="dxa"/>
            <w:shd w:val="clear" w:color="auto" w:fill="D9E2F3"/>
            <w:tcMar>
              <w:left w:w="105" w:type="dxa"/>
              <w:right w:w="105" w:type="dxa"/>
            </w:tcMar>
          </w:tcPr>
          <w:p w14:paraId="4304DD78" w14:textId="6FF92D12" w:rsidR="29CDF304" w:rsidRDefault="29CDF304" w:rsidP="29CDF304">
            <w:pPr>
              <w:rPr>
                <w:rFonts w:ascii="Corbel" w:eastAsia="Corbel" w:hAnsi="Corbel" w:cs="Corbel"/>
              </w:rPr>
            </w:pPr>
            <w:r w:rsidRPr="29CDF304">
              <w:rPr>
                <w:rFonts w:ascii="Corbel" w:eastAsia="Corbel" w:hAnsi="Corbel" w:cs="Corbel"/>
                <w:b/>
                <w:bCs/>
                <w:lang w:val="en-GB"/>
              </w:rPr>
              <w:t>D.O.B:</w:t>
            </w:r>
          </w:p>
        </w:tc>
        <w:tc>
          <w:tcPr>
            <w:tcW w:w="2744" w:type="dxa"/>
            <w:tcMar>
              <w:left w:w="105" w:type="dxa"/>
              <w:right w:w="105" w:type="dxa"/>
            </w:tcMar>
          </w:tcPr>
          <w:p w14:paraId="35EBFA7B" w14:textId="7821DB90" w:rsidR="29CDF304" w:rsidRDefault="29CDF304" w:rsidP="29CDF304">
            <w:pPr>
              <w:rPr>
                <w:rFonts w:ascii="Corbel" w:eastAsia="Corbel" w:hAnsi="Corbel" w:cs="Corbel"/>
              </w:rPr>
            </w:pPr>
          </w:p>
        </w:tc>
        <w:tc>
          <w:tcPr>
            <w:tcW w:w="2744" w:type="dxa"/>
            <w:shd w:val="clear" w:color="auto" w:fill="D9E2F3"/>
            <w:tcMar>
              <w:left w:w="105" w:type="dxa"/>
              <w:right w:w="105" w:type="dxa"/>
            </w:tcMar>
          </w:tcPr>
          <w:p w14:paraId="68B088AC" w14:textId="5036AB8E" w:rsidR="29CDF304" w:rsidRDefault="29CDF304" w:rsidP="29CDF304">
            <w:pPr>
              <w:rPr>
                <w:rFonts w:ascii="Corbel" w:eastAsia="Corbel" w:hAnsi="Corbel" w:cs="Corbel"/>
              </w:rPr>
            </w:pPr>
            <w:r w:rsidRPr="29CDF304">
              <w:rPr>
                <w:rFonts w:ascii="Corbel" w:eastAsia="Corbel" w:hAnsi="Corbel" w:cs="Corbel"/>
                <w:b/>
                <w:bCs/>
                <w:lang w:val="en-GB"/>
              </w:rPr>
              <w:t>Home Address:</w:t>
            </w:r>
          </w:p>
        </w:tc>
        <w:tc>
          <w:tcPr>
            <w:tcW w:w="2744" w:type="dxa"/>
            <w:tcMar>
              <w:left w:w="105" w:type="dxa"/>
              <w:right w:w="105" w:type="dxa"/>
            </w:tcMar>
          </w:tcPr>
          <w:p w14:paraId="7111F9A8" w14:textId="3010C659" w:rsidR="29CDF304" w:rsidRDefault="29CDF304" w:rsidP="29CDF304">
            <w:pPr>
              <w:rPr>
                <w:rFonts w:ascii="Corbel" w:eastAsia="Corbel" w:hAnsi="Corbel" w:cs="Corbel"/>
                <w:color w:val="333333"/>
              </w:rPr>
            </w:pPr>
          </w:p>
        </w:tc>
      </w:tr>
      <w:tr w:rsidR="29CDF304" w14:paraId="719C8B3F" w14:textId="77777777" w:rsidTr="0004570E">
        <w:trPr>
          <w:trHeight w:val="288"/>
        </w:trPr>
        <w:tc>
          <w:tcPr>
            <w:tcW w:w="2744" w:type="dxa"/>
            <w:shd w:val="clear" w:color="auto" w:fill="D9E2F3"/>
            <w:tcMar>
              <w:left w:w="105" w:type="dxa"/>
              <w:right w:w="105" w:type="dxa"/>
            </w:tcMar>
          </w:tcPr>
          <w:p w14:paraId="7B158F41" w14:textId="5C3C380C" w:rsidR="29CDF304" w:rsidRDefault="29CDF304" w:rsidP="29CDF304">
            <w:pPr>
              <w:rPr>
                <w:rFonts w:ascii="Corbel" w:eastAsia="Corbel" w:hAnsi="Corbel" w:cs="Corbel"/>
              </w:rPr>
            </w:pPr>
            <w:r w:rsidRPr="29CDF304">
              <w:rPr>
                <w:rFonts w:ascii="Corbel" w:eastAsia="Corbel" w:hAnsi="Corbel" w:cs="Corbel"/>
                <w:b/>
                <w:bCs/>
                <w:lang w:val="en-GB"/>
              </w:rPr>
              <w:t>Telephone Number:</w:t>
            </w:r>
          </w:p>
        </w:tc>
        <w:tc>
          <w:tcPr>
            <w:tcW w:w="2744" w:type="dxa"/>
            <w:tcMar>
              <w:left w:w="105" w:type="dxa"/>
              <w:right w:w="105" w:type="dxa"/>
            </w:tcMar>
          </w:tcPr>
          <w:p w14:paraId="3013293D" w14:textId="278A5D87" w:rsidR="29CDF304" w:rsidRDefault="29CDF304" w:rsidP="29CDF304">
            <w:pPr>
              <w:rPr>
                <w:rFonts w:ascii="PT Sans" w:eastAsia="PT Sans" w:hAnsi="PT Sans" w:cs="PT Sans"/>
                <w:color w:val="3C3735"/>
                <w:sz w:val="21"/>
                <w:szCs w:val="21"/>
              </w:rPr>
            </w:pPr>
          </w:p>
        </w:tc>
        <w:tc>
          <w:tcPr>
            <w:tcW w:w="2744" w:type="dxa"/>
            <w:shd w:val="clear" w:color="auto" w:fill="D9E2F3"/>
            <w:tcMar>
              <w:left w:w="105" w:type="dxa"/>
              <w:right w:w="105" w:type="dxa"/>
            </w:tcMar>
          </w:tcPr>
          <w:p w14:paraId="0906C57D" w14:textId="63167EBA" w:rsidR="29CDF304" w:rsidRDefault="29CDF304" w:rsidP="29CDF304">
            <w:pPr>
              <w:rPr>
                <w:rFonts w:ascii="Corbel" w:eastAsia="Corbel" w:hAnsi="Corbel" w:cs="Corbel"/>
              </w:rPr>
            </w:pPr>
          </w:p>
        </w:tc>
        <w:tc>
          <w:tcPr>
            <w:tcW w:w="2744" w:type="dxa"/>
            <w:tcMar>
              <w:left w:w="105" w:type="dxa"/>
              <w:right w:w="105" w:type="dxa"/>
            </w:tcMar>
          </w:tcPr>
          <w:p w14:paraId="532D0946" w14:textId="7E3721E8" w:rsidR="29CDF304" w:rsidRDefault="29CDF304" w:rsidP="29CDF304">
            <w:pPr>
              <w:rPr>
                <w:rFonts w:ascii="Corbel" w:eastAsia="Corbel" w:hAnsi="Corbel" w:cs="Corbel"/>
                <w:color w:val="333333"/>
              </w:rPr>
            </w:pPr>
          </w:p>
        </w:tc>
      </w:tr>
      <w:tr w:rsidR="29CDF304" w14:paraId="13B06CBC" w14:textId="77777777" w:rsidTr="0004570E">
        <w:trPr>
          <w:trHeight w:val="288"/>
        </w:trPr>
        <w:tc>
          <w:tcPr>
            <w:tcW w:w="2744" w:type="dxa"/>
            <w:shd w:val="clear" w:color="auto" w:fill="D9E2F3"/>
            <w:tcMar>
              <w:left w:w="105" w:type="dxa"/>
              <w:right w:w="105" w:type="dxa"/>
            </w:tcMar>
          </w:tcPr>
          <w:p w14:paraId="7C072713" w14:textId="17DCB491" w:rsidR="29CDF304" w:rsidRDefault="29CDF304" w:rsidP="29CDF304">
            <w:pPr>
              <w:rPr>
                <w:rFonts w:ascii="Corbel" w:eastAsia="Corbel" w:hAnsi="Corbel" w:cs="Corbel"/>
              </w:rPr>
            </w:pPr>
            <w:r w:rsidRPr="29CDF304">
              <w:rPr>
                <w:rFonts w:ascii="Corbel" w:eastAsia="Corbel" w:hAnsi="Corbel" w:cs="Corbel"/>
                <w:b/>
                <w:bCs/>
                <w:lang w:val="en-GB"/>
              </w:rPr>
              <w:t>Employee:</w:t>
            </w:r>
          </w:p>
        </w:tc>
        <w:tc>
          <w:tcPr>
            <w:tcW w:w="2744" w:type="dxa"/>
            <w:tcMar>
              <w:left w:w="105" w:type="dxa"/>
              <w:right w:w="105" w:type="dxa"/>
            </w:tcMar>
          </w:tcPr>
          <w:p w14:paraId="71ACE204" w14:textId="50D8CD3F" w:rsidR="29CDF304" w:rsidRDefault="29CDF304" w:rsidP="29CDF304">
            <w:pPr>
              <w:rPr>
                <w:rFonts w:ascii="Corbel" w:eastAsia="Corbel" w:hAnsi="Corbel" w:cs="Corbel"/>
              </w:rPr>
            </w:pPr>
          </w:p>
        </w:tc>
        <w:tc>
          <w:tcPr>
            <w:tcW w:w="2744" w:type="dxa"/>
            <w:shd w:val="clear" w:color="auto" w:fill="D9E2F3"/>
            <w:tcMar>
              <w:left w:w="105" w:type="dxa"/>
              <w:right w:w="105" w:type="dxa"/>
            </w:tcMar>
          </w:tcPr>
          <w:p w14:paraId="7F0A3DF8" w14:textId="0D15AEC5" w:rsidR="29CDF304" w:rsidRDefault="29CDF304" w:rsidP="29CDF304">
            <w:pPr>
              <w:rPr>
                <w:rFonts w:ascii="Corbel" w:eastAsia="Corbel" w:hAnsi="Corbel" w:cs="Corbel"/>
              </w:rPr>
            </w:pPr>
            <w:r w:rsidRPr="29CDF304">
              <w:rPr>
                <w:rFonts w:ascii="Corbel" w:eastAsia="Corbel" w:hAnsi="Corbel" w:cs="Corbel"/>
                <w:b/>
                <w:bCs/>
                <w:lang w:val="en-GB"/>
              </w:rPr>
              <w:t>Job Title:</w:t>
            </w:r>
          </w:p>
        </w:tc>
        <w:tc>
          <w:tcPr>
            <w:tcW w:w="2744" w:type="dxa"/>
            <w:tcMar>
              <w:left w:w="105" w:type="dxa"/>
              <w:right w:w="105" w:type="dxa"/>
            </w:tcMar>
          </w:tcPr>
          <w:p w14:paraId="45A86D58" w14:textId="6F6F49C5" w:rsidR="29CDF304" w:rsidRDefault="29CDF304" w:rsidP="29CDF304">
            <w:pPr>
              <w:rPr>
                <w:rFonts w:ascii="Corbel" w:eastAsia="Corbel" w:hAnsi="Corbel" w:cs="Corbel"/>
              </w:rPr>
            </w:pPr>
          </w:p>
        </w:tc>
      </w:tr>
      <w:tr w:rsidR="29CDF304" w14:paraId="41A37FEA" w14:textId="77777777" w:rsidTr="0004570E">
        <w:trPr>
          <w:trHeight w:val="288"/>
        </w:trPr>
        <w:tc>
          <w:tcPr>
            <w:tcW w:w="2744" w:type="dxa"/>
            <w:shd w:val="clear" w:color="auto" w:fill="D9E2F3"/>
            <w:tcMar>
              <w:left w:w="105" w:type="dxa"/>
              <w:right w:w="105" w:type="dxa"/>
            </w:tcMar>
          </w:tcPr>
          <w:p w14:paraId="3195A323" w14:textId="47EB816A" w:rsidR="29CDF304" w:rsidRDefault="29CDF304" w:rsidP="29CDF304">
            <w:pPr>
              <w:rPr>
                <w:rFonts w:ascii="Corbel" w:eastAsia="Corbel" w:hAnsi="Corbel" w:cs="Corbel"/>
              </w:rPr>
            </w:pPr>
            <w:r w:rsidRPr="29CDF304">
              <w:rPr>
                <w:rFonts w:ascii="Corbel" w:eastAsia="Corbel" w:hAnsi="Corbel" w:cs="Corbel"/>
                <w:b/>
                <w:bCs/>
                <w:lang w:val="en-GB"/>
              </w:rPr>
              <w:t>Student:</w:t>
            </w:r>
          </w:p>
        </w:tc>
        <w:tc>
          <w:tcPr>
            <w:tcW w:w="2744" w:type="dxa"/>
            <w:tcMar>
              <w:left w:w="105" w:type="dxa"/>
              <w:right w:w="105" w:type="dxa"/>
            </w:tcMar>
          </w:tcPr>
          <w:p w14:paraId="360F0B9D" w14:textId="78A8ED3A" w:rsidR="29CDF304" w:rsidRDefault="29CDF304" w:rsidP="29CDF304">
            <w:pPr>
              <w:rPr>
                <w:rFonts w:ascii="Corbel" w:eastAsia="Corbel" w:hAnsi="Corbel" w:cs="Corbel"/>
              </w:rPr>
            </w:pPr>
          </w:p>
        </w:tc>
        <w:tc>
          <w:tcPr>
            <w:tcW w:w="2744" w:type="dxa"/>
            <w:shd w:val="clear" w:color="auto" w:fill="D9E2F3"/>
            <w:tcMar>
              <w:left w:w="105" w:type="dxa"/>
              <w:right w:w="105" w:type="dxa"/>
            </w:tcMar>
          </w:tcPr>
          <w:p w14:paraId="7A8696AF" w14:textId="5E902A4D" w:rsidR="29CDF304" w:rsidRDefault="29CDF304" w:rsidP="29CDF304">
            <w:pPr>
              <w:rPr>
                <w:rFonts w:ascii="Corbel" w:eastAsia="Corbel" w:hAnsi="Corbel" w:cs="Corbel"/>
              </w:rPr>
            </w:pPr>
            <w:r w:rsidRPr="29CDF304">
              <w:rPr>
                <w:rFonts w:ascii="Corbel" w:eastAsia="Corbel" w:hAnsi="Corbel" w:cs="Corbel"/>
                <w:b/>
                <w:bCs/>
                <w:lang w:val="en-GB"/>
              </w:rPr>
              <w:t>Visitor:</w:t>
            </w:r>
          </w:p>
        </w:tc>
        <w:tc>
          <w:tcPr>
            <w:tcW w:w="2744" w:type="dxa"/>
            <w:tcMar>
              <w:left w:w="105" w:type="dxa"/>
              <w:right w:w="105" w:type="dxa"/>
            </w:tcMar>
          </w:tcPr>
          <w:p w14:paraId="0BF6AD0C" w14:textId="4C9832AC" w:rsidR="29CDF304" w:rsidRDefault="29CDF304" w:rsidP="29CDF304">
            <w:pPr>
              <w:rPr>
                <w:rFonts w:ascii="Corbel" w:eastAsia="Corbel" w:hAnsi="Corbel" w:cs="Corbel"/>
              </w:rPr>
            </w:pPr>
          </w:p>
        </w:tc>
      </w:tr>
    </w:tbl>
    <w:p w14:paraId="040D6C5D" w14:textId="10AE11E9" w:rsidR="009E403D" w:rsidRPr="009E403D" w:rsidRDefault="009E403D" w:rsidP="29CDF304">
      <w:pPr>
        <w:jc w:val="center"/>
        <w:rPr>
          <w:rFonts w:ascii="Corbel" w:eastAsia="Corbel" w:hAnsi="Corbel" w:cs="Corbel"/>
          <w:color w:val="000000" w:themeColor="text1"/>
        </w:rPr>
      </w:pPr>
    </w:p>
    <w:tbl>
      <w:tblPr>
        <w:tblStyle w:val="TableGrid"/>
        <w:tblW w:w="11087"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771"/>
        <w:gridCol w:w="2771"/>
        <w:gridCol w:w="2771"/>
        <w:gridCol w:w="2774"/>
      </w:tblGrid>
      <w:tr w:rsidR="29CDF304" w14:paraId="2B14904B" w14:textId="77777777" w:rsidTr="0004570E">
        <w:trPr>
          <w:trHeight w:val="273"/>
        </w:trPr>
        <w:tc>
          <w:tcPr>
            <w:tcW w:w="11087" w:type="dxa"/>
            <w:gridSpan w:val="4"/>
            <w:shd w:val="clear" w:color="auto" w:fill="D9E2F3"/>
            <w:tcMar>
              <w:left w:w="105" w:type="dxa"/>
              <w:right w:w="105" w:type="dxa"/>
            </w:tcMar>
          </w:tcPr>
          <w:p w14:paraId="48C5DB75" w14:textId="607A6D0E" w:rsidR="29CDF304" w:rsidRDefault="29CDF304" w:rsidP="29CDF304">
            <w:pPr>
              <w:rPr>
                <w:rFonts w:ascii="Corbel" w:eastAsia="Corbel" w:hAnsi="Corbel" w:cs="Corbel"/>
              </w:rPr>
            </w:pPr>
            <w:r w:rsidRPr="29CDF304">
              <w:rPr>
                <w:rFonts w:ascii="Corbel" w:eastAsia="Corbel" w:hAnsi="Corbel" w:cs="Corbel"/>
                <w:b/>
                <w:bCs/>
                <w:lang w:val="en-GB"/>
              </w:rPr>
              <w:t>Incident Details</w:t>
            </w:r>
          </w:p>
        </w:tc>
      </w:tr>
      <w:tr w:rsidR="29CDF304" w14:paraId="0E9B0CF9" w14:textId="77777777" w:rsidTr="0004570E">
        <w:trPr>
          <w:trHeight w:val="273"/>
        </w:trPr>
        <w:tc>
          <w:tcPr>
            <w:tcW w:w="2771" w:type="dxa"/>
            <w:shd w:val="clear" w:color="auto" w:fill="D9E2F3"/>
            <w:tcMar>
              <w:left w:w="105" w:type="dxa"/>
              <w:right w:w="105" w:type="dxa"/>
            </w:tcMar>
          </w:tcPr>
          <w:p w14:paraId="3842B3EE" w14:textId="0F05E138" w:rsidR="29CDF304" w:rsidRDefault="29CDF304" w:rsidP="29CDF304">
            <w:pPr>
              <w:rPr>
                <w:rFonts w:ascii="Corbel" w:eastAsia="Corbel" w:hAnsi="Corbel" w:cs="Corbel"/>
              </w:rPr>
            </w:pPr>
            <w:r w:rsidRPr="29CDF304">
              <w:rPr>
                <w:rFonts w:ascii="Corbel" w:eastAsia="Corbel" w:hAnsi="Corbel" w:cs="Corbel"/>
                <w:b/>
                <w:bCs/>
                <w:lang w:val="en-GB"/>
              </w:rPr>
              <w:t>Location:</w:t>
            </w:r>
          </w:p>
        </w:tc>
        <w:tc>
          <w:tcPr>
            <w:tcW w:w="2771" w:type="dxa"/>
            <w:tcMar>
              <w:left w:w="105" w:type="dxa"/>
              <w:right w:w="105" w:type="dxa"/>
            </w:tcMar>
          </w:tcPr>
          <w:p w14:paraId="6D4866AD" w14:textId="4F97B92B" w:rsidR="29CDF304" w:rsidRDefault="29CDF304" w:rsidP="29CDF304">
            <w:pPr>
              <w:rPr>
                <w:rFonts w:ascii="Corbel" w:eastAsia="Corbel" w:hAnsi="Corbel" w:cs="Corbel"/>
              </w:rPr>
            </w:pPr>
          </w:p>
        </w:tc>
        <w:tc>
          <w:tcPr>
            <w:tcW w:w="2771" w:type="dxa"/>
            <w:shd w:val="clear" w:color="auto" w:fill="D9E2F3"/>
            <w:tcMar>
              <w:left w:w="105" w:type="dxa"/>
              <w:right w:w="105" w:type="dxa"/>
            </w:tcMar>
          </w:tcPr>
          <w:p w14:paraId="50E0992D" w14:textId="13EC7744" w:rsidR="29CDF304" w:rsidRDefault="29CDF304" w:rsidP="29CDF304">
            <w:pPr>
              <w:rPr>
                <w:rFonts w:ascii="Corbel" w:eastAsia="Corbel" w:hAnsi="Corbel" w:cs="Corbel"/>
              </w:rPr>
            </w:pPr>
            <w:r w:rsidRPr="29CDF304">
              <w:rPr>
                <w:rFonts w:ascii="Corbel" w:eastAsia="Corbel" w:hAnsi="Corbel" w:cs="Corbel"/>
                <w:b/>
                <w:bCs/>
                <w:lang w:val="en-GB"/>
              </w:rPr>
              <w:t>Date:</w:t>
            </w:r>
          </w:p>
        </w:tc>
        <w:tc>
          <w:tcPr>
            <w:tcW w:w="2771" w:type="dxa"/>
            <w:tcMar>
              <w:left w:w="105" w:type="dxa"/>
              <w:right w:w="105" w:type="dxa"/>
            </w:tcMar>
          </w:tcPr>
          <w:p w14:paraId="3451619D" w14:textId="0D3EE6BA" w:rsidR="29CDF304" w:rsidRDefault="29CDF304" w:rsidP="29CDF304">
            <w:pPr>
              <w:rPr>
                <w:rFonts w:ascii="Corbel" w:eastAsia="Corbel" w:hAnsi="Corbel" w:cs="Corbel"/>
              </w:rPr>
            </w:pPr>
          </w:p>
        </w:tc>
      </w:tr>
      <w:tr w:rsidR="29CDF304" w14:paraId="3D12D0B5" w14:textId="77777777" w:rsidTr="0004570E">
        <w:trPr>
          <w:trHeight w:val="273"/>
        </w:trPr>
        <w:tc>
          <w:tcPr>
            <w:tcW w:w="2771" w:type="dxa"/>
            <w:shd w:val="clear" w:color="auto" w:fill="D9E2F3"/>
            <w:tcMar>
              <w:left w:w="105" w:type="dxa"/>
              <w:right w:w="105" w:type="dxa"/>
            </w:tcMar>
          </w:tcPr>
          <w:p w14:paraId="622F76DE" w14:textId="27F4343E" w:rsidR="29CDF304" w:rsidRDefault="29CDF304" w:rsidP="29CDF304">
            <w:pPr>
              <w:rPr>
                <w:rFonts w:ascii="Corbel" w:eastAsia="Corbel" w:hAnsi="Corbel" w:cs="Corbel"/>
              </w:rPr>
            </w:pPr>
            <w:r w:rsidRPr="29CDF304">
              <w:rPr>
                <w:rFonts w:ascii="Corbel" w:eastAsia="Corbel" w:hAnsi="Corbel" w:cs="Corbel"/>
                <w:b/>
                <w:bCs/>
                <w:lang w:val="en-GB"/>
              </w:rPr>
              <w:t>Time:</w:t>
            </w:r>
          </w:p>
        </w:tc>
        <w:tc>
          <w:tcPr>
            <w:tcW w:w="2771" w:type="dxa"/>
            <w:tcMar>
              <w:left w:w="105" w:type="dxa"/>
              <w:right w:w="105" w:type="dxa"/>
            </w:tcMar>
          </w:tcPr>
          <w:p w14:paraId="45FCD23C" w14:textId="679A594C" w:rsidR="29CDF304" w:rsidRDefault="29CDF304" w:rsidP="29CDF304">
            <w:pPr>
              <w:rPr>
                <w:rFonts w:ascii="Corbel" w:eastAsia="Corbel" w:hAnsi="Corbel" w:cs="Corbel"/>
              </w:rPr>
            </w:pPr>
          </w:p>
        </w:tc>
        <w:tc>
          <w:tcPr>
            <w:tcW w:w="2771" w:type="dxa"/>
            <w:shd w:val="clear" w:color="auto" w:fill="D9E2F3"/>
            <w:tcMar>
              <w:left w:w="105" w:type="dxa"/>
              <w:right w:w="105" w:type="dxa"/>
            </w:tcMar>
          </w:tcPr>
          <w:p w14:paraId="6304ACDD" w14:textId="50313E05" w:rsidR="29CDF304" w:rsidRDefault="29CDF304" w:rsidP="29CDF304">
            <w:pPr>
              <w:rPr>
                <w:rFonts w:ascii="Corbel" w:eastAsia="Corbel" w:hAnsi="Corbel" w:cs="Corbel"/>
              </w:rPr>
            </w:pPr>
          </w:p>
        </w:tc>
        <w:tc>
          <w:tcPr>
            <w:tcW w:w="2771" w:type="dxa"/>
            <w:tcMar>
              <w:left w:w="105" w:type="dxa"/>
              <w:right w:w="105" w:type="dxa"/>
            </w:tcMar>
          </w:tcPr>
          <w:p w14:paraId="4998327F" w14:textId="0C34FDCD" w:rsidR="29CDF304" w:rsidRDefault="29CDF304" w:rsidP="29CDF304">
            <w:pPr>
              <w:rPr>
                <w:rFonts w:ascii="Corbel" w:eastAsia="Corbel" w:hAnsi="Corbel" w:cs="Corbel"/>
              </w:rPr>
            </w:pPr>
          </w:p>
        </w:tc>
      </w:tr>
      <w:tr w:rsidR="29CDF304" w14:paraId="32C5A401" w14:textId="77777777" w:rsidTr="0004570E">
        <w:trPr>
          <w:trHeight w:val="273"/>
        </w:trPr>
        <w:tc>
          <w:tcPr>
            <w:tcW w:w="2771" w:type="dxa"/>
            <w:shd w:val="clear" w:color="auto" w:fill="D9E2F3"/>
            <w:tcMar>
              <w:left w:w="105" w:type="dxa"/>
              <w:right w:w="105" w:type="dxa"/>
            </w:tcMar>
          </w:tcPr>
          <w:p w14:paraId="5CF536C8" w14:textId="63D712DD" w:rsidR="29CDF304" w:rsidRDefault="29CDF304" w:rsidP="29CDF304">
            <w:pPr>
              <w:rPr>
                <w:rFonts w:ascii="Corbel" w:eastAsia="Corbel" w:hAnsi="Corbel" w:cs="Corbel"/>
              </w:rPr>
            </w:pPr>
            <w:r w:rsidRPr="29CDF304">
              <w:rPr>
                <w:rFonts w:ascii="Corbel" w:eastAsia="Corbel" w:hAnsi="Corbel" w:cs="Corbel"/>
                <w:b/>
                <w:bCs/>
                <w:lang w:val="en-GB"/>
              </w:rPr>
              <w:t>Reported to:</w:t>
            </w:r>
          </w:p>
        </w:tc>
        <w:tc>
          <w:tcPr>
            <w:tcW w:w="2771" w:type="dxa"/>
            <w:tcMar>
              <w:left w:w="105" w:type="dxa"/>
              <w:right w:w="105" w:type="dxa"/>
            </w:tcMar>
          </w:tcPr>
          <w:p w14:paraId="2A35B4F9" w14:textId="79A48D85" w:rsidR="29CDF304" w:rsidRDefault="29CDF304" w:rsidP="29CDF304">
            <w:pPr>
              <w:rPr>
                <w:rFonts w:ascii="Corbel" w:eastAsia="Corbel" w:hAnsi="Corbel" w:cs="Corbel"/>
              </w:rPr>
            </w:pPr>
          </w:p>
        </w:tc>
        <w:tc>
          <w:tcPr>
            <w:tcW w:w="2771" w:type="dxa"/>
            <w:shd w:val="clear" w:color="auto" w:fill="D9E2F3"/>
            <w:tcMar>
              <w:left w:w="105" w:type="dxa"/>
              <w:right w:w="105" w:type="dxa"/>
            </w:tcMar>
          </w:tcPr>
          <w:p w14:paraId="72EA9C72" w14:textId="1BEB0CDE" w:rsidR="29CDF304" w:rsidRDefault="29CDF304" w:rsidP="29CDF304">
            <w:pPr>
              <w:rPr>
                <w:rFonts w:ascii="Corbel" w:eastAsia="Corbel" w:hAnsi="Corbel" w:cs="Corbel"/>
              </w:rPr>
            </w:pPr>
            <w:r w:rsidRPr="29CDF304">
              <w:rPr>
                <w:rFonts w:ascii="Corbel" w:eastAsia="Corbel" w:hAnsi="Corbel" w:cs="Corbel"/>
                <w:b/>
                <w:bCs/>
                <w:lang w:val="en-GB"/>
              </w:rPr>
              <w:t>Date:</w:t>
            </w:r>
          </w:p>
        </w:tc>
        <w:tc>
          <w:tcPr>
            <w:tcW w:w="2771" w:type="dxa"/>
            <w:tcMar>
              <w:left w:w="105" w:type="dxa"/>
              <w:right w:w="105" w:type="dxa"/>
            </w:tcMar>
          </w:tcPr>
          <w:p w14:paraId="3911C730" w14:textId="574523F3" w:rsidR="29CDF304" w:rsidRDefault="29CDF304" w:rsidP="29CDF304">
            <w:pPr>
              <w:rPr>
                <w:rFonts w:ascii="Corbel" w:eastAsia="Corbel" w:hAnsi="Corbel" w:cs="Corbel"/>
              </w:rPr>
            </w:pPr>
          </w:p>
        </w:tc>
      </w:tr>
      <w:tr w:rsidR="29CDF304" w14:paraId="30C49463" w14:textId="77777777" w:rsidTr="0004570E">
        <w:trPr>
          <w:trHeight w:val="273"/>
        </w:trPr>
        <w:tc>
          <w:tcPr>
            <w:tcW w:w="2771" w:type="dxa"/>
            <w:shd w:val="clear" w:color="auto" w:fill="D9E2F3"/>
            <w:tcMar>
              <w:left w:w="105" w:type="dxa"/>
              <w:right w:w="105" w:type="dxa"/>
            </w:tcMar>
          </w:tcPr>
          <w:p w14:paraId="7ABC179B" w14:textId="7C36874B" w:rsidR="29CDF304" w:rsidRDefault="29CDF304" w:rsidP="29CDF304">
            <w:pPr>
              <w:rPr>
                <w:rFonts w:ascii="Corbel" w:eastAsia="Corbel" w:hAnsi="Corbel" w:cs="Corbel"/>
              </w:rPr>
            </w:pPr>
            <w:r w:rsidRPr="29CDF304">
              <w:rPr>
                <w:rFonts w:ascii="Corbel" w:eastAsia="Corbel" w:hAnsi="Corbel" w:cs="Corbel"/>
                <w:b/>
                <w:bCs/>
                <w:lang w:val="en-GB"/>
              </w:rPr>
              <w:t>Time:</w:t>
            </w:r>
          </w:p>
        </w:tc>
        <w:tc>
          <w:tcPr>
            <w:tcW w:w="2771" w:type="dxa"/>
            <w:tcMar>
              <w:left w:w="105" w:type="dxa"/>
              <w:right w:w="105" w:type="dxa"/>
            </w:tcMar>
          </w:tcPr>
          <w:p w14:paraId="17076BA1" w14:textId="0395B033" w:rsidR="29CDF304" w:rsidRDefault="29CDF304" w:rsidP="29CDF304">
            <w:pPr>
              <w:rPr>
                <w:rFonts w:ascii="Corbel" w:eastAsia="Corbel" w:hAnsi="Corbel" w:cs="Corbel"/>
              </w:rPr>
            </w:pPr>
          </w:p>
        </w:tc>
        <w:tc>
          <w:tcPr>
            <w:tcW w:w="2771" w:type="dxa"/>
            <w:shd w:val="clear" w:color="auto" w:fill="D9E2F3"/>
            <w:tcMar>
              <w:left w:w="105" w:type="dxa"/>
              <w:right w:w="105" w:type="dxa"/>
            </w:tcMar>
          </w:tcPr>
          <w:p w14:paraId="4F7903E2" w14:textId="3CAC4C1F" w:rsidR="29CDF304" w:rsidRDefault="29CDF304" w:rsidP="29CDF304">
            <w:pPr>
              <w:rPr>
                <w:rFonts w:ascii="Corbel" w:eastAsia="Corbel" w:hAnsi="Corbel" w:cs="Corbel"/>
              </w:rPr>
            </w:pPr>
          </w:p>
        </w:tc>
        <w:tc>
          <w:tcPr>
            <w:tcW w:w="2771" w:type="dxa"/>
            <w:tcMar>
              <w:left w:w="105" w:type="dxa"/>
              <w:right w:w="105" w:type="dxa"/>
            </w:tcMar>
          </w:tcPr>
          <w:p w14:paraId="38EBB5B2" w14:textId="2B1A9C75" w:rsidR="29CDF304" w:rsidRDefault="29CDF304" w:rsidP="29CDF304">
            <w:pPr>
              <w:rPr>
                <w:rFonts w:ascii="Corbel" w:eastAsia="Corbel" w:hAnsi="Corbel" w:cs="Corbel"/>
              </w:rPr>
            </w:pPr>
          </w:p>
        </w:tc>
      </w:tr>
    </w:tbl>
    <w:p w14:paraId="37D1B42E" w14:textId="6C880230" w:rsidR="009E403D" w:rsidRPr="009E403D" w:rsidRDefault="009E403D" w:rsidP="29CDF304">
      <w:pPr>
        <w:rPr>
          <w:rFonts w:ascii="Corbel" w:eastAsia="Corbel" w:hAnsi="Corbel" w:cs="Corbel"/>
          <w:color w:val="000000" w:themeColor="text1"/>
        </w:rPr>
      </w:pPr>
    </w:p>
    <w:tbl>
      <w:tblPr>
        <w:tblStyle w:val="TableGrid"/>
        <w:tblW w:w="11049"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803"/>
        <w:gridCol w:w="6246"/>
      </w:tblGrid>
      <w:tr w:rsidR="29CDF304" w14:paraId="2142E850" w14:textId="77777777" w:rsidTr="0004570E">
        <w:trPr>
          <w:trHeight w:val="285"/>
        </w:trPr>
        <w:tc>
          <w:tcPr>
            <w:tcW w:w="11049" w:type="dxa"/>
            <w:gridSpan w:val="2"/>
            <w:shd w:val="clear" w:color="auto" w:fill="D9E2F3"/>
            <w:tcMar>
              <w:left w:w="105" w:type="dxa"/>
              <w:right w:w="105" w:type="dxa"/>
            </w:tcMar>
          </w:tcPr>
          <w:p w14:paraId="74B45DBA" w14:textId="4BE7F154" w:rsidR="29CDF304" w:rsidRDefault="29CDF304" w:rsidP="29CDF304">
            <w:pPr>
              <w:rPr>
                <w:rFonts w:ascii="Corbel" w:eastAsia="Corbel" w:hAnsi="Corbel" w:cs="Corbel"/>
              </w:rPr>
            </w:pPr>
            <w:r w:rsidRPr="29CDF304">
              <w:rPr>
                <w:rFonts w:ascii="Corbel" w:eastAsia="Corbel" w:hAnsi="Corbel" w:cs="Corbel"/>
                <w:b/>
                <w:bCs/>
                <w:lang w:val="en-GB"/>
              </w:rPr>
              <w:t>Please circle</w:t>
            </w:r>
          </w:p>
        </w:tc>
      </w:tr>
      <w:tr w:rsidR="29CDF304" w14:paraId="398B4782" w14:textId="77777777" w:rsidTr="0004570E">
        <w:trPr>
          <w:trHeight w:val="285"/>
        </w:trPr>
        <w:tc>
          <w:tcPr>
            <w:tcW w:w="4803" w:type="dxa"/>
            <w:shd w:val="clear" w:color="auto" w:fill="D9E2F3"/>
            <w:tcMar>
              <w:left w:w="105" w:type="dxa"/>
              <w:right w:w="105" w:type="dxa"/>
            </w:tcMar>
          </w:tcPr>
          <w:p w14:paraId="3C3128E6" w14:textId="36496F3B" w:rsidR="29CDF304" w:rsidRDefault="29CDF304" w:rsidP="29CDF304">
            <w:pPr>
              <w:rPr>
                <w:rFonts w:ascii="Corbel" w:eastAsia="Corbel" w:hAnsi="Corbel" w:cs="Corbel"/>
              </w:rPr>
            </w:pPr>
            <w:r w:rsidRPr="29CDF304">
              <w:rPr>
                <w:rFonts w:ascii="Corbel" w:eastAsia="Corbel" w:hAnsi="Corbel" w:cs="Corbel"/>
                <w:b/>
                <w:bCs/>
                <w:lang w:val="en-GB"/>
              </w:rPr>
              <w:t>Minor (non – Riddor) accidents/incidents:</w:t>
            </w:r>
          </w:p>
        </w:tc>
        <w:tc>
          <w:tcPr>
            <w:tcW w:w="6246" w:type="dxa"/>
            <w:tcMar>
              <w:left w:w="105" w:type="dxa"/>
              <w:right w:w="105" w:type="dxa"/>
            </w:tcMar>
          </w:tcPr>
          <w:p w14:paraId="216698ED" w14:textId="403AB7A6" w:rsidR="29CDF304" w:rsidRDefault="29CDF304" w:rsidP="29CDF304">
            <w:pPr>
              <w:rPr>
                <w:rFonts w:ascii="Corbel" w:eastAsia="Corbel" w:hAnsi="Corbel" w:cs="Corbel"/>
              </w:rPr>
            </w:pPr>
          </w:p>
        </w:tc>
      </w:tr>
      <w:tr w:rsidR="29CDF304" w14:paraId="7FF67E86" w14:textId="77777777" w:rsidTr="0004570E">
        <w:trPr>
          <w:trHeight w:val="285"/>
        </w:trPr>
        <w:tc>
          <w:tcPr>
            <w:tcW w:w="4803" w:type="dxa"/>
            <w:shd w:val="clear" w:color="auto" w:fill="D9E2F3"/>
            <w:tcMar>
              <w:left w:w="105" w:type="dxa"/>
              <w:right w:w="105" w:type="dxa"/>
            </w:tcMar>
          </w:tcPr>
          <w:p w14:paraId="4DFC1ECA" w14:textId="7AB7CA42" w:rsidR="29CDF304" w:rsidRDefault="29CDF304" w:rsidP="29CDF304">
            <w:pPr>
              <w:rPr>
                <w:rFonts w:ascii="Corbel" w:eastAsia="Corbel" w:hAnsi="Corbel" w:cs="Corbel"/>
              </w:rPr>
            </w:pPr>
            <w:r w:rsidRPr="29CDF304">
              <w:rPr>
                <w:rFonts w:ascii="Corbel" w:eastAsia="Corbel" w:hAnsi="Corbel" w:cs="Corbel"/>
                <w:b/>
                <w:bCs/>
                <w:lang w:val="en-GB"/>
              </w:rPr>
              <w:t>Treatment:</w:t>
            </w:r>
          </w:p>
        </w:tc>
        <w:tc>
          <w:tcPr>
            <w:tcW w:w="6246" w:type="dxa"/>
            <w:tcMar>
              <w:left w:w="105" w:type="dxa"/>
              <w:right w:w="105" w:type="dxa"/>
            </w:tcMar>
          </w:tcPr>
          <w:p w14:paraId="5BD05959" w14:textId="10F1BCCF" w:rsidR="29CDF304" w:rsidRDefault="29CDF304" w:rsidP="29CDF304">
            <w:pPr>
              <w:rPr>
                <w:rFonts w:ascii="Corbel" w:eastAsia="Corbel" w:hAnsi="Corbel" w:cs="Corbel"/>
              </w:rPr>
            </w:pPr>
            <w:r w:rsidRPr="29CDF304">
              <w:rPr>
                <w:rFonts w:ascii="Corbel" w:eastAsia="Corbel" w:hAnsi="Corbel" w:cs="Corbel"/>
                <w:lang w:val="en-GB"/>
              </w:rPr>
              <w:t>N/A</w:t>
            </w:r>
          </w:p>
          <w:p w14:paraId="6012B034" w14:textId="5AAE322A" w:rsidR="29CDF304" w:rsidRDefault="29CDF304" w:rsidP="29CDF304">
            <w:pPr>
              <w:rPr>
                <w:rFonts w:ascii="Corbel" w:eastAsia="Corbel" w:hAnsi="Corbel" w:cs="Corbel"/>
              </w:rPr>
            </w:pPr>
            <w:r w:rsidRPr="29CDF304">
              <w:rPr>
                <w:rFonts w:ascii="Corbel" w:eastAsia="Corbel" w:hAnsi="Corbel" w:cs="Corbel"/>
                <w:lang w:val="en-GB"/>
              </w:rPr>
              <w:t>First Aid</w:t>
            </w:r>
          </w:p>
          <w:p w14:paraId="0531266C" w14:textId="744ED99C" w:rsidR="29CDF304" w:rsidRDefault="29CDF304" w:rsidP="29CDF304">
            <w:pPr>
              <w:rPr>
                <w:rFonts w:ascii="Corbel" w:eastAsia="Corbel" w:hAnsi="Corbel" w:cs="Corbel"/>
              </w:rPr>
            </w:pPr>
            <w:r w:rsidRPr="29CDF304">
              <w:rPr>
                <w:rFonts w:ascii="Corbel" w:eastAsia="Corbel" w:hAnsi="Corbel" w:cs="Corbel"/>
                <w:lang w:val="en-GB"/>
              </w:rPr>
              <w:t>Doctors</w:t>
            </w:r>
          </w:p>
          <w:p w14:paraId="0B09CE55" w14:textId="096DE51C" w:rsidR="29CDF304" w:rsidRDefault="29CDF304" w:rsidP="29CDF304">
            <w:pPr>
              <w:rPr>
                <w:rFonts w:ascii="Corbel" w:eastAsia="Corbel" w:hAnsi="Corbel" w:cs="Corbel"/>
              </w:rPr>
            </w:pPr>
            <w:r w:rsidRPr="29CDF304">
              <w:rPr>
                <w:rFonts w:ascii="Corbel" w:eastAsia="Corbel" w:hAnsi="Corbel" w:cs="Corbel"/>
                <w:lang w:val="en-GB"/>
              </w:rPr>
              <w:t>Hospital</w:t>
            </w:r>
          </w:p>
        </w:tc>
      </w:tr>
      <w:tr w:rsidR="29CDF304" w14:paraId="05B628E2" w14:textId="77777777" w:rsidTr="0004570E">
        <w:trPr>
          <w:trHeight w:val="285"/>
        </w:trPr>
        <w:tc>
          <w:tcPr>
            <w:tcW w:w="4803" w:type="dxa"/>
            <w:shd w:val="clear" w:color="auto" w:fill="D9E2F3"/>
            <w:tcMar>
              <w:left w:w="105" w:type="dxa"/>
              <w:right w:w="105" w:type="dxa"/>
            </w:tcMar>
          </w:tcPr>
          <w:p w14:paraId="1E418D4F" w14:textId="36B384AA" w:rsidR="29CDF304" w:rsidRDefault="29CDF304" w:rsidP="29CDF304">
            <w:pPr>
              <w:rPr>
                <w:rFonts w:ascii="Corbel" w:eastAsia="Corbel" w:hAnsi="Corbel" w:cs="Corbel"/>
              </w:rPr>
            </w:pPr>
            <w:r w:rsidRPr="29CDF304">
              <w:rPr>
                <w:rFonts w:ascii="Corbel" w:eastAsia="Corbel" w:hAnsi="Corbel" w:cs="Corbel"/>
                <w:b/>
                <w:bCs/>
                <w:lang w:val="en-GB"/>
              </w:rPr>
              <w:t>Riddor Accidents/Incidents:</w:t>
            </w:r>
          </w:p>
        </w:tc>
        <w:tc>
          <w:tcPr>
            <w:tcW w:w="6246" w:type="dxa"/>
            <w:tcMar>
              <w:left w:w="105" w:type="dxa"/>
              <w:right w:w="105" w:type="dxa"/>
            </w:tcMar>
          </w:tcPr>
          <w:p w14:paraId="03C20926" w14:textId="31DBF1A7" w:rsidR="29CDF304" w:rsidRDefault="29CDF304" w:rsidP="29CDF304">
            <w:pPr>
              <w:rPr>
                <w:rFonts w:ascii="Corbel" w:eastAsia="Corbel" w:hAnsi="Corbel" w:cs="Corbel"/>
              </w:rPr>
            </w:pPr>
            <w:r w:rsidRPr="29CDF304">
              <w:rPr>
                <w:rFonts w:ascii="Corbel" w:eastAsia="Corbel" w:hAnsi="Corbel" w:cs="Corbel"/>
                <w:lang w:val="en-GB"/>
              </w:rPr>
              <w:t>7day:</w:t>
            </w:r>
          </w:p>
          <w:p w14:paraId="49897449" w14:textId="150627C8" w:rsidR="29CDF304" w:rsidRDefault="29CDF304" w:rsidP="29CDF304">
            <w:pPr>
              <w:rPr>
                <w:rFonts w:ascii="Corbel" w:eastAsia="Corbel" w:hAnsi="Corbel" w:cs="Corbel"/>
              </w:rPr>
            </w:pPr>
            <w:r w:rsidRPr="29CDF304">
              <w:rPr>
                <w:rFonts w:ascii="Corbel" w:eastAsia="Corbel" w:hAnsi="Corbel" w:cs="Corbel"/>
                <w:lang w:val="en-GB"/>
              </w:rPr>
              <w:t xml:space="preserve">Specified: </w:t>
            </w:r>
          </w:p>
          <w:p w14:paraId="592B07C8" w14:textId="5432D1C6" w:rsidR="29CDF304" w:rsidRDefault="29CDF304" w:rsidP="29CDF304">
            <w:pPr>
              <w:rPr>
                <w:rFonts w:ascii="Corbel" w:eastAsia="Corbel" w:hAnsi="Corbel" w:cs="Corbel"/>
              </w:rPr>
            </w:pPr>
            <w:r w:rsidRPr="29CDF304">
              <w:rPr>
                <w:rFonts w:ascii="Corbel" w:eastAsia="Corbel" w:hAnsi="Corbel" w:cs="Corbel"/>
                <w:lang w:val="en-GB"/>
              </w:rPr>
              <w:t>Fatality:</w:t>
            </w:r>
          </w:p>
          <w:p w14:paraId="4817E895" w14:textId="51586C80" w:rsidR="29CDF304" w:rsidRDefault="29CDF304" w:rsidP="29CDF304">
            <w:pPr>
              <w:rPr>
                <w:rFonts w:ascii="Corbel" w:eastAsia="Corbel" w:hAnsi="Corbel" w:cs="Corbel"/>
              </w:rPr>
            </w:pPr>
            <w:r w:rsidRPr="29CDF304">
              <w:rPr>
                <w:rFonts w:ascii="Corbel" w:eastAsia="Corbel" w:hAnsi="Corbel" w:cs="Corbel"/>
                <w:lang w:val="en-GB"/>
              </w:rPr>
              <w:t>Hospitalised:</w:t>
            </w:r>
          </w:p>
          <w:p w14:paraId="4484635B" w14:textId="2E45C2B5" w:rsidR="29CDF304" w:rsidRDefault="29CDF304" w:rsidP="29CDF304">
            <w:pPr>
              <w:rPr>
                <w:rFonts w:ascii="Corbel" w:eastAsia="Corbel" w:hAnsi="Corbel" w:cs="Corbel"/>
              </w:rPr>
            </w:pPr>
            <w:r w:rsidRPr="29CDF304">
              <w:rPr>
                <w:rFonts w:ascii="Corbel" w:eastAsia="Corbel" w:hAnsi="Corbel" w:cs="Corbel"/>
                <w:lang w:val="en-GB"/>
              </w:rPr>
              <w:t>Date HSE Notified:</w:t>
            </w:r>
          </w:p>
          <w:p w14:paraId="36D85F59" w14:textId="1BA0849F" w:rsidR="29CDF304" w:rsidRDefault="29CDF304" w:rsidP="29CDF304">
            <w:pPr>
              <w:rPr>
                <w:rFonts w:ascii="Corbel" w:eastAsia="Corbel" w:hAnsi="Corbel" w:cs="Corbel"/>
              </w:rPr>
            </w:pPr>
            <w:r w:rsidRPr="29CDF304">
              <w:rPr>
                <w:rFonts w:ascii="Corbel" w:eastAsia="Corbel" w:hAnsi="Corbel" w:cs="Corbel"/>
                <w:lang w:val="en-GB"/>
              </w:rPr>
              <w:t>Website/Phone</w:t>
            </w:r>
          </w:p>
          <w:p w14:paraId="7C25A8AD" w14:textId="627BE82C" w:rsidR="29CDF304" w:rsidRDefault="29CDF304" w:rsidP="29CDF304">
            <w:pPr>
              <w:rPr>
                <w:rFonts w:ascii="Corbel" w:eastAsia="Corbel" w:hAnsi="Corbel" w:cs="Corbel"/>
              </w:rPr>
            </w:pPr>
            <w:r w:rsidRPr="29CDF304">
              <w:rPr>
                <w:rFonts w:ascii="Corbel" w:eastAsia="Corbel" w:hAnsi="Corbel" w:cs="Corbel"/>
                <w:lang w:val="en-GB"/>
              </w:rPr>
              <w:t>By whom:</w:t>
            </w:r>
          </w:p>
          <w:p w14:paraId="5BDEA37B" w14:textId="52E25BC4" w:rsidR="29CDF304" w:rsidRDefault="29CDF304" w:rsidP="29CDF304">
            <w:pPr>
              <w:rPr>
                <w:rFonts w:ascii="Corbel" w:eastAsia="Corbel" w:hAnsi="Corbel" w:cs="Corbel"/>
              </w:rPr>
            </w:pPr>
            <w:r w:rsidRPr="29CDF304">
              <w:rPr>
                <w:rFonts w:ascii="Corbel" w:eastAsia="Corbel" w:hAnsi="Corbel" w:cs="Corbel"/>
                <w:lang w:val="en-GB"/>
              </w:rPr>
              <w:t>Incident Number:</w:t>
            </w:r>
          </w:p>
        </w:tc>
      </w:tr>
    </w:tbl>
    <w:p w14:paraId="519C9352" w14:textId="344F3A26" w:rsidR="009E403D" w:rsidRPr="009E403D" w:rsidRDefault="1D01382E" w:rsidP="29CDF304">
      <w:pPr>
        <w:jc w:val="center"/>
        <w:rPr>
          <w:rFonts w:ascii="Corbel" w:eastAsia="Corbel" w:hAnsi="Corbel" w:cs="Corbel"/>
          <w:color w:val="000000" w:themeColor="text1"/>
        </w:rPr>
      </w:pPr>
      <w:r w:rsidRPr="29CDF304">
        <w:rPr>
          <w:rFonts w:ascii="Corbel" w:eastAsia="Corbel" w:hAnsi="Corbel" w:cs="Corbel"/>
          <w:color w:val="000000" w:themeColor="text1"/>
          <w:lang w:val="en-GB"/>
        </w:rPr>
        <w:t>Please note: Accidents to the public are only RIDDOR if the injured person goes straight to the hospital for treatment (not just examinations or diagnostic tests) AND the accident was work-related, otherwise they are classed as Minor/Other</w:t>
      </w:r>
    </w:p>
    <w:tbl>
      <w:tblPr>
        <w:tblStyle w:val="TableGrid"/>
        <w:tblW w:w="11191"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325"/>
        <w:gridCol w:w="8866"/>
      </w:tblGrid>
      <w:tr w:rsidR="29CDF304" w14:paraId="5AEFB8F1" w14:textId="77777777" w:rsidTr="0004570E">
        <w:trPr>
          <w:trHeight w:val="285"/>
        </w:trPr>
        <w:tc>
          <w:tcPr>
            <w:tcW w:w="2325" w:type="dxa"/>
            <w:shd w:val="clear" w:color="auto" w:fill="D9E2F3"/>
            <w:tcMar>
              <w:left w:w="105" w:type="dxa"/>
              <w:right w:w="105" w:type="dxa"/>
            </w:tcMar>
          </w:tcPr>
          <w:p w14:paraId="004EB1E1" w14:textId="57A61D42" w:rsidR="29CDF304" w:rsidRDefault="29CDF304" w:rsidP="29CDF304">
            <w:pPr>
              <w:rPr>
                <w:rFonts w:ascii="Corbel" w:eastAsia="Corbel" w:hAnsi="Corbel" w:cs="Corbel"/>
              </w:rPr>
            </w:pPr>
            <w:r w:rsidRPr="29CDF304">
              <w:rPr>
                <w:rFonts w:ascii="Corbel" w:eastAsia="Corbel" w:hAnsi="Corbel" w:cs="Corbel"/>
                <w:b/>
                <w:bCs/>
                <w:lang w:val="en-GB"/>
              </w:rPr>
              <w:t>Witness:</w:t>
            </w:r>
          </w:p>
        </w:tc>
        <w:tc>
          <w:tcPr>
            <w:tcW w:w="8866" w:type="dxa"/>
            <w:tcMar>
              <w:left w:w="105" w:type="dxa"/>
              <w:right w:w="105" w:type="dxa"/>
            </w:tcMar>
          </w:tcPr>
          <w:p w14:paraId="72E5CD58" w14:textId="7122DF23" w:rsidR="29CDF304" w:rsidRDefault="29CDF304" w:rsidP="29CDF304">
            <w:pPr>
              <w:rPr>
                <w:rFonts w:ascii="Corbel" w:eastAsia="Corbel" w:hAnsi="Corbel" w:cs="Corbel"/>
              </w:rPr>
            </w:pPr>
            <w:r w:rsidRPr="29CDF304">
              <w:rPr>
                <w:rFonts w:ascii="Corbel" w:eastAsia="Corbel" w:hAnsi="Corbel" w:cs="Corbel"/>
                <w:lang w:val="en-GB"/>
              </w:rPr>
              <w:t>Name:</w:t>
            </w:r>
          </w:p>
          <w:p w14:paraId="341CD5BC" w14:textId="0C6464DA" w:rsidR="29CDF304" w:rsidRDefault="29CDF304" w:rsidP="29CDF304">
            <w:pPr>
              <w:rPr>
                <w:rFonts w:ascii="Corbel" w:eastAsia="Corbel" w:hAnsi="Corbel" w:cs="Corbel"/>
              </w:rPr>
            </w:pPr>
            <w:r w:rsidRPr="29CDF304">
              <w:rPr>
                <w:rFonts w:ascii="Corbel" w:eastAsia="Corbel" w:hAnsi="Corbel" w:cs="Corbel"/>
                <w:lang w:val="en-GB"/>
              </w:rPr>
              <w:t>Address:</w:t>
            </w:r>
          </w:p>
          <w:p w14:paraId="686BDABF" w14:textId="4CC6C775" w:rsidR="29CDF304" w:rsidRDefault="29CDF304" w:rsidP="29CDF304">
            <w:pPr>
              <w:rPr>
                <w:rFonts w:ascii="Corbel" w:eastAsia="Corbel" w:hAnsi="Corbel" w:cs="Corbel"/>
              </w:rPr>
            </w:pPr>
            <w:r w:rsidRPr="29CDF304">
              <w:rPr>
                <w:rFonts w:ascii="Corbel" w:eastAsia="Corbel" w:hAnsi="Corbel" w:cs="Corbel"/>
                <w:lang w:val="en-GB"/>
              </w:rPr>
              <w:t>Telephone Number:</w:t>
            </w:r>
          </w:p>
          <w:p w14:paraId="063A6D24" w14:textId="0DEAA998" w:rsidR="29CDF304" w:rsidRDefault="29CDF304" w:rsidP="29CDF304">
            <w:pPr>
              <w:rPr>
                <w:rFonts w:ascii="Corbel" w:eastAsia="Corbel" w:hAnsi="Corbel" w:cs="Corbel"/>
              </w:rPr>
            </w:pPr>
          </w:p>
        </w:tc>
      </w:tr>
      <w:tr w:rsidR="29CDF304" w14:paraId="1829416C" w14:textId="77777777" w:rsidTr="0004570E">
        <w:trPr>
          <w:trHeight w:val="285"/>
        </w:trPr>
        <w:tc>
          <w:tcPr>
            <w:tcW w:w="11191" w:type="dxa"/>
            <w:gridSpan w:val="2"/>
            <w:shd w:val="clear" w:color="auto" w:fill="D9E2F3"/>
            <w:tcMar>
              <w:left w:w="105" w:type="dxa"/>
              <w:right w:w="105" w:type="dxa"/>
            </w:tcMar>
          </w:tcPr>
          <w:p w14:paraId="5CCDBC5A" w14:textId="10960750" w:rsidR="29CDF304" w:rsidRDefault="29CDF304" w:rsidP="29CDF304">
            <w:pPr>
              <w:rPr>
                <w:rFonts w:ascii="Corbel" w:eastAsia="Corbel" w:hAnsi="Corbel" w:cs="Corbel"/>
              </w:rPr>
            </w:pPr>
            <w:r w:rsidRPr="29CDF304">
              <w:rPr>
                <w:rFonts w:ascii="Corbel" w:eastAsia="Corbel" w:hAnsi="Corbel" w:cs="Corbel"/>
                <w:b/>
                <w:bCs/>
                <w:lang w:val="en-GB"/>
              </w:rPr>
              <w:t>Describe what happened, including any treatment/advice received and any connected absences</w:t>
            </w:r>
          </w:p>
        </w:tc>
      </w:tr>
      <w:tr w:rsidR="29CDF304" w14:paraId="5ED69384" w14:textId="77777777" w:rsidTr="0004570E">
        <w:trPr>
          <w:trHeight w:val="285"/>
        </w:trPr>
        <w:tc>
          <w:tcPr>
            <w:tcW w:w="11191" w:type="dxa"/>
            <w:gridSpan w:val="2"/>
            <w:tcMar>
              <w:left w:w="105" w:type="dxa"/>
              <w:right w:w="105" w:type="dxa"/>
            </w:tcMar>
          </w:tcPr>
          <w:p w14:paraId="08CD9D2B" w14:textId="622E21E0" w:rsidR="29CDF304" w:rsidRDefault="29CDF304" w:rsidP="29CDF304">
            <w:pPr>
              <w:rPr>
                <w:rFonts w:ascii="Corbel" w:eastAsia="Corbel" w:hAnsi="Corbel" w:cs="Corbel"/>
              </w:rPr>
            </w:pPr>
          </w:p>
          <w:p w14:paraId="67D924F4" w14:textId="08D86986" w:rsidR="29CDF304" w:rsidRDefault="29CDF304" w:rsidP="29CDF304">
            <w:pPr>
              <w:rPr>
                <w:rFonts w:ascii="Corbel" w:eastAsia="Corbel" w:hAnsi="Corbel" w:cs="Corbel"/>
              </w:rPr>
            </w:pPr>
          </w:p>
          <w:p w14:paraId="5C60DAEA" w14:textId="51E42B1C" w:rsidR="29CDF304" w:rsidRDefault="29CDF304" w:rsidP="29CDF304">
            <w:pPr>
              <w:rPr>
                <w:rFonts w:ascii="Corbel" w:eastAsia="Corbel" w:hAnsi="Corbel" w:cs="Corbel"/>
              </w:rPr>
            </w:pPr>
          </w:p>
          <w:p w14:paraId="6F7BE4B3" w14:textId="678DDAAD" w:rsidR="29CDF304" w:rsidRDefault="29CDF304" w:rsidP="29CDF304">
            <w:pPr>
              <w:rPr>
                <w:rFonts w:ascii="Corbel" w:eastAsia="Corbel" w:hAnsi="Corbel" w:cs="Corbel"/>
              </w:rPr>
            </w:pPr>
          </w:p>
          <w:p w14:paraId="2E29B86C" w14:textId="72DACD60" w:rsidR="29CDF304" w:rsidRDefault="29CDF304" w:rsidP="29CDF304">
            <w:pPr>
              <w:rPr>
                <w:rFonts w:ascii="Corbel" w:eastAsia="Corbel" w:hAnsi="Corbel" w:cs="Corbel"/>
              </w:rPr>
            </w:pPr>
          </w:p>
          <w:p w14:paraId="1FEAEA97" w14:textId="1E0D4727" w:rsidR="29CDF304" w:rsidRDefault="29CDF304" w:rsidP="29CDF304">
            <w:pPr>
              <w:rPr>
                <w:rFonts w:ascii="Corbel" w:eastAsia="Corbel" w:hAnsi="Corbel" w:cs="Corbel"/>
              </w:rPr>
            </w:pPr>
          </w:p>
          <w:p w14:paraId="7EE0D67B" w14:textId="5063F414" w:rsidR="29CDF304" w:rsidRDefault="29CDF304" w:rsidP="29CDF304">
            <w:pPr>
              <w:rPr>
                <w:rFonts w:ascii="Corbel" w:eastAsia="Corbel" w:hAnsi="Corbel" w:cs="Corbel"/>
              </w:rPr>
            </w:pPr>
          </w:p>
          <w:p w14:paraId="200E07E5" w14:textId="20CBF649" w:rsidR="29CDF304" w:rsidRDefault="29CDF304" w:rsidP="29CDF304">
            <w:pPr>
              <w:rPr>
                <w:rFonts w:ascii="Corbel" w:eastAsia="Corbel" w:hAnsi="Corbel" w:cs="Corbel"/>
              </w:rPr>
            </w:pPr>
          </w:p>
          <w:p w14:paraId="5F1044C5" w14:textId="3FC5F42F" w:rsidR="29CDF304" w:rsidRDefault="29CDF304" w:rsidP="29CDF304">
            <w:pPr>
              <w:rPr>
                <w:rFonts w:ascii="Corbel" w:eastAsia="Corbel" w:hAnsi="Corbel" w:cs="Corbel"/>
              </w:rPr>
            </w:pPr>
          </w:p>
          <w:p w14:paraId="03710F35" w14:textId="3C7B6729" w:rsidR="29CDF304" w:rsidRDefault="29CDF304" w:rsidP="29CDF304">
            <w:pPr>
              <w:rPr>
                <w:rFonts w:ascii="Corbel" w:eastAsia="Corbel" w:hAnsi="Corbel" w:cs="Corbel"/>
              </w:rPr>
            </w:pPr>
          </w:p>
          <w:p w14:paraId="2879A827" w14:textId="33A1D836" w:rsidR="29CDF304" w:rsidRDefault="29CDF304" w:rsidP="29CDF304">
            <w:pPr>
              <w:rPr>
                <w:rFonts w:ascii="Corbel" w:eastAsia="Corbel" w:hAnsi="Corbel" w:cs="Corbel"/>
              </w:rPr>
            </w:pPr>
          </w:p>
          <w:p w14:paraId="3D2E833C" w14:textId="1A3E59B0" w:rsidR="29CDF304" w:rsidRDefault="29CDF304" w:rsidP="29CDF304">
            <w:pPr>
              <w:rPr>
                <w:rFonts w:ascii="Corbel" w:eastAsia="Corbel" w:hAnsi="Corbel" w:cs="Corbel"/>
              </w:rPr>
            </w:pPr>
          </w:p>
          <w:p w14:paraId="6B85FCF9" w14:textId="1E01FAE4" w:rsidR="29CDF304" w:rsidRDefault="29CDF304" w:rsidP="29CDF304">
            <w:pPr>
              <w:rPr>
                <w:rFonts w:ascii="Corbel" w:eastAsia="Corbel" w:hAnsi="Corbel" w:cs="Corbel"/>
              </w:rPr>
            </w:pPr>
          </w:p>
          <w:p w14:paraId="40B0B21C" w14:textId="4F55AE35" w:rsidR="29CDF304" w:rsidRDefault="29CDF304" w:rsidP="29CDF304">
            <w:pPr>
              <w:rPr>
                <w:rFonts w:ascii="Corbel" w:eastAsia="Corbel" w:hAnsi="Corbel" w:cs="Corbel"/>
              </w:rPr>
            </w:pPr>
          </w:p>
          <w:p w14:paraId="09B77319" w14:textId="63FDEEF4" w:rsidR="29CDF304" w:rsidRDefault="29CDF304" w:rsidP="29CDF304">
            <w:pPr>
              <w:rPr>
                <w:rFonts w:ascii="Corbel" w:eastAsia="Corbel" w:hAnsi="Corbel" w:cs="Corbel"/>
              </w:rPr>
            </w:pPr>
          </w:p>
        </w:tc>
      </w:tr>
      <w:tr w:rsidR="29CDF304" w14:paraId="1448E29F" w14:textId="77777777" w:rsidTr="0004570E">
        <w:trPr>
          <w:trHeight w:val="285"/>
        </w:trPr>
        <w:tc>
          <w:tcPr>
            <w:tcW w:w="11191" w:type="dxa"/>
            <w:gridSpan w:val="2"/>
            <w:shd w:val="clear" w:color="auto" w:fill="DAE8F8"/>
            <w:tcMar>
              <w:left w:w="105" w:type="dxa"/>
              <w:right w:w="105" w:type="dxa"/>
            </w:tcMar>
          </w:tcPr>
          <w:p w14:paraId="3EF5875F" w14:textId="18AC8368" w:rsidR="29CDF304" w:rsidRDefault="29CDF304" w:rsidP="29CDF304">
            <w:pPr>
              <w:rPr>
                <w:rFonts w:ascii="Corbel" w:eastAsia="Corbel" w:hAnsi="Corbel" w:cs="Corbel"/>
              </w:rPr>
            </w:pPr>
            <w:r w:rsidRPr="29CDF304">
              <w:rPr>
                <w:rFonts w:ascii="Corbel" w:eastAsia="Corbel" w:hAnsi="Corbel" w:cs="Corbel"/>
                <w:b/>
                <w:bCs/>
                <w:lang w:val="en-GB"/>
              </w:rPr>
              <w:lastRenderedPageBreak/>
              <w:t>Outcome/action taken to prevent recurrence:</w:t>
            </w:r>
          </w:p>
        </w:tc>
      </w:tr>
      <w:tr w:rsidR="29CDF304" w14:paraId="73BBB91C" w14:textId="77777777" w:rsidTr="0004570E">
        <w:trPr>
          <w:trHeight w:val="285"/>
        </w:trPr>
        <w:tc>
          <w:tcPr>
            <w:tcW w:w="11191" w:type="dxa"/>
            <w:gridSpan w:val="2"/>
            <w:tcMar>
              <w:left w:w="105" w:type="dxa"/>
              <w:right w:w="105" w:type="dxa"/>
            </w:tcMar>
          </w:tcPr>
          <w:p w14:paraId="5765295D" w14:textId="4E02872D" w:rsidR="29CDF304" w:rsidRDefault="29CDF304" w:rsidP="29CDF304">
            <w:pPr>
              <w:rPr>
                <w:rFonts w:ascii="Corbel" w:eastAsia="Corbel" w:hAnsi="Corbel" w:cs="Corbel"/>
              </w:rPr>
            </w:pPr>
          </w:p>
          <w:p w14:paraId="4A9685AD" w14:textId="684052EA" w:rsidR="29CDF304" w:rsidRDefault="29CDF304" w:rsidP="29CDF304">
            <w:pPr>
              <w:rPr>
                <w:rFonts w:ascii="Corbel" w:eastAsia="Corbel" w:hAnsi="Corbel" w:cs="Corbel"/>
              </w:rPr>
            </w:pPr>
          </w:p>
          <w:p w14:paraId="6025BBF8" w14:textId="7C75B035" w:rsidR="29CDF304" w:rsidRDefault="29CDF304" w:rsidP="29CDF304">
            <w:pPr>
              <w:rPr>
                <w:rFonts w:ascii="Corbel" w:eastAsia="Corbel" w:hAnsi="Corbel" w:cs="Corbel"/>
              </w:rPr>
            </w:pPr>
          </w:p>
          <w:p w14:paraId="06B92712" w14:textId="73A4D1BC" w:rsidR="29CDF304" w:rsidRDefault="29CDF304" w:rsidP="29CDF304">
            <w:pPr>
              <w:rPr>
                <w:rFonts w:ascii="Corbel" w:eastAsia="Corbel" w:hAnsi="Corbel" w:cs="Corbel"/>
              </w:rPr>
            </w:pPr>
          </w:p>
          <w:p w14:paraId="5908B1EA" w14:textId="26E13EF0" w:rsidR="29CDF304" w:rsidRDefault="29CDF304" w:rsidP="29CDF304">
            <w:pPr>
              <w:rPr>
                <w:rFonts w:ascii="Corbel" w:eastAsia="Corbel" w:hAnsi="Corbel" w:cs="Corbel"/>
              </w:rPr>
            </w:pPr>
          </w:p>
          <w:p w14:paraId="5BC49708" w14:textId="6C7D26A9" w:rsidR="29CDF304" w:rsidRDefault="29CDF304" w:rsidP="29CDF304">
            <w:pPr>
              <w:rPr>
                <w:rFonts w:ascii="Corbel" w:eastAsia="Corbel" w:hAnsi="Corbel" w:cs="Corbel"/>
              </w:rPr>
            </w:pPr>
          </w:p>
          <w:p w14:paraId="32181087" w14:textId="2765DD6E" w:rsidR="29CDF304" w:rsidRDefault="29CDF304" w:rsidP="29CDF304">
            <w:pPr>
              <w:rPr>
                <w:rFonts w:ascii="Corbel" w:eastAsia="Corbel" w:hAnsi="Corbel" w:cs="Corbel"/>
              </w:rPr>
            </w:pPr>
          </w:p>
          <w:p w14:paraId="749D5C4B" w14:textId="7D039C3D" w:rsidR="29CDF304" w:rsidRDefault="29CDF304" w:rsidP="29CDF304">
            <w:pPr>
              <w:rPr>
                <w:rFonts w:ascii="Corbel" w:eastAsia="Corbel" w:hAnsi="Corbel" w:cs="Corbel"/>
              </w:rPr>
            </w:pPr>
          </w:p>
          <w:p w14:paraId="4D585689" w14:textId="04F40EAF" w:rsidR="29CDF304" w:rsidRDefault="29CDF304" w:rsidP="29CDF304">
            <w:pPr>
              <w:rPr>
                <w:rFonts w:ascii="Corbel" w:eastAsia="Corbel" w:hAnsi="Corbel" w:cs="Corbel"/>
              </w:rPr>
            </w:pPr>
          </w:p>
          <w:p w14:paraId="02BB0E10" w14:textId="66AD37DD" w:rsidR="29CDF304" w:rsidRDefault="29CDF304" w:rsidP="29CDF304">
            <w:pPr>
              <w:rPr>
                <w:rFonts w:ascii="Corbel" w:eastAsia="Corbel" w:hAnsi="Corbel" w:cs="Corbel"/>
              </w:rPr>
            </w:pPr>
          </w:p>
        </w:tc>
      </w:tr>
    </w:tbl>
    <w:p w14:paraId="082A143A" w14:textId="5F69FFF8" w:rsidR="009E403D" w:rsidRPr="009E403D" w:rsidRDefault="009E403D" w:rsidP="29CDF304">
      <w:pPr>
        <w:jc w:val="center"/>
        <w:rPr>
          <w:rFonts w:ascii="Aptos" w:eastAsia="Aptos" w:hAnsi="Aptos" w:cs="Aptos"/>
          <w:color w:val="000000" w:themeColor="text1"/>
          <w:sz w:val="24"/>
          <w:szCs w:val="24"/>
        </w:rPr>
      </w:pPr>
    </w:p>
    <w:tbl>
      <w:tblPr>
        <w:tblStyle w:val="TableGrid"/>
        <w:tblW w:w="11248"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5624"/>
        <w:gridCol w:w="5624"/>
      </w:tblGrid>
      <w:tr w:rsidR="29CDF304" w14:paraId="55A0DE80" w14:textId="77777777" w:rsidTr="0004570E">
        <w:trPr>
          <w:trHeight w:val="259"/>
        </w:trPr>
        <w:tc>
          <w:tcPr>
            <w:tcW w:w="5624" w:type="dxa"/>
            <w:shd w:val="clear" w:color="auto" w:fill="D9E2F3"/>
            <w:tcMar>
              <w:left w:w="105" w:type="dxa"/>
              <w:right w:w="105" w:type="dxa"/>
            </w:tcMar>
          </w:tcPr>
          <w:p w14:paraId="7239142F" w14:textId="59D44958" w:rsidR="29CDF304" w:rsidRDefault="29CDF304" w:rsidP="29CDF304">
            <w:pPr>
              <w:rPr>
                <w:rFonts w:ascii="Corbel" w:eastAsia="Corbel" w:hAnsi="Corbel" w:cs="Corbel"/>
              </w:rPr>
            </w:pPr>
            <w:r w:rsidRPr="29CDF304">
              <w:rPr>
                <w:rFonts w:ascii="Corbel" w:eastAsia="Corbel" w:hAnsi="Corbel" w:cs="Corbel"/>
                <w:b/>
                <w:bCs/>
                <w:lang w:val="en-GB"/>
              </w:rPr>
              <w:t>Reported by (employee or their supervisor)</w:t>
            </w:r>
          </w:p>
        </w:tc>
        <w:tc>
          <w:tcPr>
            <w:tcW w:w="5624" w:type="dxa"/>
            <w:shd w:val="clear" w:color="auto" w:fill="D9E2F3"/>
            <w:tcMar>
              <w:left w:w="105" w:type="dxa"/>
              <w:right w:w="105" w:type="dxa"/>
            </w:tcMar>
          </w:tcPr>
          <w:p w14:paraId="55C8606A" w14:textId="7DF338D3" w:rsidR="29CDF304" w:rsidRDefault="29CDF304" w:rsidP="29CDF304">
            <w:pPr>
              <w:rPr>
                <w:rFonts w:ascii="Corbel" w:eastAsia="Corbel" w:hAnsi="Corbel" w:cs="Corbel"/>
              </w:rPr>
            </w:pPr>
            <w:r w:rsidRPr="29CDF304">
              <w:rPr>
                <w:rFonts w:ascii="Corbel" w:eastAsia="Corbel" w:hAnsi="Corbel" w:cs="Corbel"/>
                <w:b/>
                <w:bCs/>
                <w:lang w:val="en-GB"/>
              </w:rPr>
              <w:t>Countersigned (line manager)</w:t>
            </w:r>
          </w:p>
        </w:tc>
      </w:tr>
      <w:tr w:rsidR="29CDF304" w14:paraId="69EDEF5E" w14:textId="77777777" w:rsidTr="0004570E">
        <w:trPr>
          <w:trHeight w:val="259"/>
        </w:trPr>
        <w:tc>
          <w:tcPr>
            <w:tcW w:w="5624" w:type="dxa"/>
            <w:tcMar>
              <w:left w:w="105" w:type="dxa"/>
              <w:right w:w="105" w:type="dxa"/>
            </w:tcMar>
          </w:tcPr>
          <w:p w14:paraId="5428D065" w14:textId="18F9DCA2" w:rsidR="29CDF304" w:rsidRDefault="29CDF304" w:rsidP="29CDF304">
            <w:pPr>
              <w:rPr>
                <w:rFonts w:ascii="Corbel" w:eastAsia="Corbel" w:hAnsi="Corbel" w:cs="Corbel"/>
              </w:rPr>
            </w:pPr>
            <w:r w:rsidRPr="29CDF304">
              <w:rPr>
                <w:rFonts w:ascii="Corbel" w:eastAsia="Corbel" w:hAnsi="Corbel" w:cs="Corbel"/>
                <w:lang w:val="en-GB"/>
              </w:rPr>
              <w:t xml:space="preserve">Name: </w:t>
            </w:r>
          </w:p>
          <w:p w14:paraId="2D9CFBBF" w14:textId="05ACED1B" w:rsidR="29CDF304" w:rsidRDefault="29CDF304" w:rsidP="29CDF304">
            <w:pPr>
              <w:rPr>
                <w:rFonts w:ascii="Corbel" w:eastAsia="Corbel" w:hAnsi="Corbel" w:cs="Corbel"/>
              </w:rPr>
            </w:pPr>
            <w:r w:rsidRPr="29CDF304">
              <w:rPr>
                <w:rFonts w:ascii="Corbel" w:eastAsia="Corbel" w:hAnsi="Corbel" w:cs="Corbel"/>
                <w:lang w:val="en-GB"/>
              </w:rPr>
              <w:t xml:space="preserve">Position: </w:t>
            </w:r>
          </w:p>
          <w:p w14:paraId="0F4F2842" w14:textId="4FC92112" w:rsidR="29CDF304" w:rsidRDefault="29CDF304" w:rsidP="29CDF304">
            <w:pPr>
              <w:rPr>
                <w:rFonts w:ascii="Corbel" w:eastAsia="Corbel" w:hAnsi="Corbel" w:cs="Corbel"/>
              </w:rPr>
            </w:pPr>
            <w:r w:rsidRPr="29CDF304">
              <w:rPr>
                <w:rFonts w:ascii="Corbel" w:eastAsia="Corbel" w:hAnsi="Corbel" w:cs="Corbel"/>
                <w:lang w:val="en-GB"/>
              </w:rPr>
              <w:t xml:space="preserve">Signature: </w:t>
            </w:r>
          </w:p>
          <w:p w14:paraId="07BDCAB8" w14:textId="1F37A9A0" w:rsidR="29CDF304" w:rsidRDefault="29CDF304" w:rsidP="29CDF304">
            <w:pPr>
              <w:rPr>
                <w:rFonts w:ascii="Corbel" w:eastAsia="Corbel" w:hAnsi="Corbel" w:cs="Corbel"/>
              </w:rPr>
            </w:pPr>
            <w:r w:rsidRPr="29CDF304">
              <w:rPr>
                <w:rFonts w:ascii="Corbel" w:eastAsia="Corbel" w:hAnsi="Corbel" w:cs="Corbel"/>
                <w:lang w:val="en-GB"/>
              </w:rPr>
              <w:t xml:space="preserve">Tel: </w:t>
            </w:r>
          </w:p>
          <w:p w14:paraId="7F5A982D" w14:textId="23BF9FF2" w:rsidR="29CDF304" w:rsidRDefault="29CDF304" w:rsidP="29CDF304">
            <w:pPr>
              <w:rPr>
                <w:rFonts w:ascii="Corbel" w:eastAsia="Corbel" w:hAnsi="Corbel" w:cs="Corbel"/>
              </w:rPr>
            </w:pPr>
            <w:r w:rsidRPr="29CDF304">
              <w:rPr>
                <w:rFonts w:ascii="Corbel" w:eastAsia="Corbel" w:hAnsi="Corbel" w:cs="Corbel"/>
                <w:lang w:val="en-GB"/>
              </w:rPr>
              <w:t>Date:</w:t>
            </w:r>
          </w:p>
        </w:tc>
        <w:tc>
          <w:tcPr>
            <w:tcW w:w="5624" w:type="dxa"/>
            <w:tcMar>
              <w:left w:w="105" w:type="dxa"/>
              <w:right w:w="105" w:type="dxa"/>
            </w:tcMar>
          </w:tcPr>
          <w:p w14:paraId="6D9A82CD" w14:textId="38D5B92E" w:rsidR="29CDF304" w:rsidRDefault="29CDF304" w:rsidP="29CDF304">
            <w:pPr>
              <w:rPr>
                <w:rFonts w:ascii="Corbel" w:eastAsia="Corbel" w:hAnsi="Corbel" w:cs="Corbel"/>
              </w:rPr>
            </w:pPr>
            <w:r w:rsidRPr="29CDF304">
              <w:rPr>
                <w:rFonts w:ascii="Corbel" w:eastAsia="Corbel" w:hAnsi="Corbel" w:cs="Corbel"/>
                <w:lang w:val="en-GB"/>
              </w:rPr>
              <w:t xml:space="preserve">Name: </w:t>
            </w:r>
          </w:p>
          <w:p w14:paraId="7CE630AB" w14:textId="3D8AD9F5" w:rsidR="29CDF304" w:rsidRDefault="29CDF304" w:rsidP="29CDF304">
            <w:pPr>
              <w:rPr>
                <w:rFonts w:ascii="Corbel" w:eastAsia="Corbel" w:hAnsi="Corbel" w:cs="Corbel"/>
              </w:rPr>
            </w:pPr>
            <w:r w:rsidRPr="29CDF304">
              <w:rPr>
                <w:rFonts w:ascii="Corbel" w:eastAsia="Corbel" w:hAnsi="Corbel" w:cs="Corbel"/>
                <w:lang w:val="en-GB"/>
              </w:rPr>
              <w:t>Position:</w:t>
            </w:r>
          </w:p>
          <w:p w14:paraId="50345F13" w14:textId="52B80F15" w:rsidR="29CDF304" w:rsidRDefault="29CDF304" w:rsidP="29CDF304">
            <w:pPr>
              <w:rPr>
                <w:rFonts w:ascii="Corbel" w:eastAsia="Corbel" w:hAnsi="Corbel" w:cs="Corbel"/>
              </w:rPr>
            </w:pPr>
            <w:r w:rsidRPr="29CDF304">
              <w:rPr>
                <w:rFonts w:ascii="Corbel" w:eastAsia="Corbel" w:hAnsi="Corbel" w:cs="Corbel"/>
                <w:lang w:val="en-GB"/>
              </w:rPr>
              <w:t>Signature:</w:t>
            </w:r>
          </w:p>
          <w:p w14:paraId="6A8E0E72" w14:textId="78A63C3F" w:rsidR="29CDF304" w:rsidRDefault="29CDF304" w:rsidP="29CDF304">
            <w:pPr>
              <w:rPr>
                <w:rFonts w:ascii="Corbel" w:eastAsia="Corbel" w:hAnsi="Corbel" w:cs="Corbel"/>
              </w:rPr>
            </w:pPr>
            <w:r w:rsidRPr="29CDF304">
              <w:rPr>
                <w:rFonts w:ascii="Corbel" w:eastAsia="Corbel" w:hAnsi="Corbel" w:cs="Corbel"/>
                <w:lang w:val="en-GB"/>
              </w:rPr>
              <w:t xml:space="preserve">Tel: </w:t>
            </w:r>
          </w:p>
          <w:p w14:paraId="2E521747" w14:textId="0E29BFB3" w:rsidR="29CDF304" w:rsidRDefault="29CDF304" w:rsidP="29CDF304">
            <w:pPr>
              <w:rPr>
                <w:rFonts w:ascii="Corbel" w:eastAsia="Corbel" w:hAnsi="Corbel" w:cs="Corbel"/>
              </w:rPr>
            </w:pPr>
            <w:r w:rsidRPr="29CDF304">
              <w:rPr>
                <w:rFonts w:ascii="Corbel" w:eastAsia="Corbel" w:hAnsi="Corbel" w:cs="Corbel"/>
                <w:lang w:val="en-GB"/>
              </w:rPr>
              <w:t>Date:</w:t>
            </w:r>
          </w:p>
        </w:tc>
      </w:tr>
    </w:tbl>
    <w:p w14:paraId="686CB299" w14:textId="409CE393" w:rsidR="009E403D" w:rsidRPr="009E403D" w:rsidRDefault="009E403D" w:rsidP="29CDF304">
      <w:pPr>
        <w:jc w:val="center"/>
        <w:rPr>
          <w:rFonts w:ascii="Aptos" w:eastAsia="Aptos" w:hAnsi="Aptos" w:cs="Aptos"/>
          <w:color w:val="000000" w:themeColor="text1"/>
          <w:sz w:val="24"/>
          <w:szCs w:val="24"/>
        </w:rPr>
      </w:pPr>
    </w:p>
    <w:p w14:paraId="4EB7973B" w14:textId="48CEF190" w:rsidR="009E403D" w:rsidRPr="009E403D" w:rsidRDefault="1D01382E" w:rsidP="29CDF304">
      <w:pPr>
        <w:jc w:val="center"/>
        <w:rPr>
          <w:rFonts w:ascii="Corbel" w:eastAsia="Corbel" w:hAnsi="Corbel" w:cs="Corbel"/>
          <w:color w:val="000000" w:themeColor="text1"/>
        </w:rPr>
      </w:pPr>
      <w:r w:rsidRPr="29CDF304">
        <w:rPr>
          <w:rFonts w:ascii="Corbel" w:eastAsia="Corbel" w:hAnsi="Corbel" w:cs="Corbel"/>
          <w:color w:val="000000" w:themeColor="text1"/>
          <w:lang w:val="en-GB"/>
        </w:rPr>
        <w:t>Privacy statement: The data we collect using this form helps us fulfil our legal duty to report certain accidents, and a limited summary of this data will be shared with the Lighthouse MAT Central Team and appropriate Governors and Trustees.</w:t>
      </w:r>
    </w:p>
    <w:p w14:paraId="1CCBC209" w14:textId="75EA219B" w:rsidR="29CDF304" w:rsidRDefault="29CDF304" w:rsidP="29CDF304">
      <w:pPr>
        <w:pStyle w:val="BodyText"/>
        <w:jc w:val="center"/>
        <w:rPr>
          <w:rFonts w:ascii="Corbel" w:hAnsi="Corbel"/>
        </w:rPr>
      </w:pPr>
    </w:p>
    <w:sectPr w:rsidR="29CDF304" w:rsidSect="009E403D">
      <w:pgSz w:w="12240" w:h="15840"/>
      <w:pgMar w:top="284" w:right="616" w:bottom="709" w:left="567"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3C0F17" w14:textId="77777777" w:rsidR="001A7979" w:rsidRDefault="001A7979" w:rsidP="001A4A3C">
      <w:pPr>
        <w:spacing w:after="0" w:line="240" w:lineRule="auto"/>
      </w:pPr>
      <w:r>
        <w:separator/>
      </w:r>
    </w:p>
  </w:endnote>
  <w:endnote w:type="continuationSeparator" w:id="0">
    <w:p w14:paraId="4DAAC584" w14:textId="77777777" w:rsidR="001A7979" w:rsidRDefault="001A7979" w:rsidP="001A4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MT">
    <w:altName w:val="Arial"/>
    <w:panose1 w:val="00000000000000000000"/>
    <w:charset w:val="00"/>
    <w:family w:val="roman"/>
    <w:notTrueType/>
    <w:pitch w:val="default"/>
  </w:font>
  <w:font w:name="KG Primary Penmanship 2">
    <w:panose1 w:val="02000506000000020003"/>
    <w:charset w:val="00"/>
    <w:family w:val="auto"/>
    <w:pitch w:val="variable"/>
    <w:sig w:usb0="A000002F" w:usb1="0000005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PT Sans">
    <w:altName w:val="Arial"/>
    <w:charset w:val="00"/>
    <w:family w:val="swiss"/>
    <w:pitch w:val="variable"/>
    <w:sig w:usb0="00000001" w:usb1="5000204B" w:usb2="00000000" w:usb3="00000000" w:csb0="00000097"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7023069"/>
      <w:docPartObj>
        <w:docPartGallery w:val="Page Numbers (Bottom of Page)"/>
        <w:docPartUnique/>
      </w:docPartObj>
    </w:sdtPr>
    <w:sdtEndPr/>
    <w:sdtContent>
      <w:p w14:paraId="0A641190" w14:textId="0051840A" w:rsidR="009E403D" w:rsidRDefault="009E403D">
        <w:pPr>
          <w:pStyle w:val="Footer"/>
          <w:jc w:val="right"/>
        </w:pPr>
        <w:r>
          <w:fldChar w:fldCharType="begin"/>
        </w:r>
        <w:r>
          <w:instrText>PAGE   \* MERGEFORMAT</w:instrText>
        </w:r>
        <w:r>
          <w:fldChar w:fldCharType="separate"/>
        </w:r>
        <w:r w:rsidR="004845B0" w:rsidRPr="004845B0">
          <w:rPr>
            <w:noProof/>
            <w:lang w:val="en-GB"/>
          </w:rPr>
          <w:t>12</w:t>
        </w:r>
        <w:r>
          <w:fldChar w:fldCharType="end"/>
        </w:r>
      </w:p>
    </w:sdtContent>
  </w:sdt>
  <w:p w14:paraId="61248D0C" w14:textId="77777777" w:rsidR="009E403D" w:rsidRDefault="009E40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7DB587" w14:textId="77777777" w:rsidR="001A7979" w:rsidRDefault="001A7979" w:rsidP="001A4A3C">
      <w:pPr>
        <w:spacing w:after="0" w:line="240" w:lineRule="auto"/>
      </w:pPr>
      <w:r>
        <w:separator/>
      </w:r>
    </w:p>
  </w:footnote>
  <w:footnote w:type="continuationSeparator" w:id="0">
    <w:p w14:paraId="7CB7E038" w14:textId="77777777" w:rsidR="001A7979" w:rsidRDefault="001A7979" w:rsidP="001A4A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2CA3659"/>
    <w:multiLevelType w:val="multilevel"/>
    <w:tmpl w:val="4E0C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8414E04"/>
    <w:multiLevelType w:val="hybridMultilevel"/>
    <w:tmpl w:val="4672E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8B2441C"/>
    <w:multiLevelType w:val="hybridMultilevel"/>
    <w:tmpl w:val="3FE45BA2"/>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nsid w:val="09DA5A7B"/>
    <w:multiLevelType w:val="hybridMultilevel"/>
    <w:tmpl w:val="0CE27CD6"/>
    <w:lvl w:ilvl="0" w:tplc="AF98D2A2">
      <w:start w:val="1"/>
      <w:numFmt w:val="bullet"/>
      <w:lvlText w:val=""/>
      <w:lvlJc w:val="left"/>
      <w:pPr>
        <w:ind w:left="720" w:hanging="360"/>
      </w:pPr>
      <w:rPr>
        <w:rFonts w:ascii="Symbol" w:hAnsi="Symbol" w:hint="default"/>
      </w:rPr>
    </w:lvl>
    <w:lvl w:ilvl="1" w:tplc="0C8A7D8A">
      <w:start w:val="1"/>
      <w:numFmt w:val="bullet"/>
      <w:lvlText w:val="o"/>
      <w:lvlJc w:val="left"/>
      <w:pPr>
        <w:ind w:left="1440" w:hanging="360"/>
      </w:pPr>
      <w:rPr>
        <w:rFonts w:ascii="Courier New" w:hAnsi="Courier New" w:hint="default"/>
      </w:rPr>
    </w:lvl>
    <w:lvl w:ilvl="2" w:tplc="BA0CE374">
      <w:start w:val="1"/>
      <w:numFmt w:val="bullet"/>
      <w:lvlText w:val=""/>
      <w:lvlJc w:val="left"/>
      <w:pPr>
        <w:ind w:left="2160" w:hanging="360"/>
      </w:pPr>
      <w:rPr>
        <w:rFonts w:ascii="Wingdings" w:hAnsi="Wingdings" w:hint="default"/>
      </w:rPr>
    </w:lvl>
    <w:lvl w:ilvl="3" w:tplc="8600295A">
      <w:start w:val="1"/>
      <w:numFmt w:val="bullet"/>
      <w:lvlText w:val=""/>
      <w:lvlJc w:val="left"/>
      <w:pPr>
        <w:ind w:left="2880" w:hanging="360"/>
      </w:pPr>
      <w:rPr>
        <w:rFonts w:ascii="Symbol" w:hAnsi="Symbol" w:hint="default"/>
      </w:rPr>
    </w:lvl>
    <w:lvl w:ilvl="4" w:tplc="B0CAAB02">
      <w:start w:val="1"/>
      <w:numFmt w:val="bullet"/>
      <w:lvlText w:val="o"/>
      <w:lvlJc w:val="left"/>
      <w:pPr>
        <w:ind w:left="3600" w:hanging="360"/>
      </w:pPr>
      <w:rPr>
        <w:rFonts w:ascii="Courier New" w:hAnsi="Courier New" w:hint="default"/>
      </w:rPr>
    </w:lvl>
    <w:lvl w:ilvl="5" w:tplc="0960280C">
      <w:start w:val="1"/>
      <w:numFmt w:val="bullet"/>
      <w:lvlText w:val=""/>
      <w:lvlJc w:val="left"/>
      <w:pPr>
        <w:ind w:left="4320" w:hanging="360"/>
      </w:pPr>
      <w:rPr>
        <w:rFonts w:ascii="Wingdings" w:hAnsi="Wingdings" w:hint="default"/>
      </w:rPr>
    </w:lvl>
    <w:lvl w:ilvl="6" w:tplc="D59C587C">
      <w:start w:val="1"/>
      <w:numFmt w:val="bullet"/>
      <w:lvlText w:val=""/>
      <w:lvlJc w:val="left"/>
      <w:pPr>
        <w:ind w:left="5040" w:hanging="360"/>
      </w:pPr>
      <w:rPr>
        <w:rFonts w:ascii="Symbol" w:hAnsi="Symbol" w:hint="default"/>
      </w:rPr>
    </w:lvl>
    <w:lvl w:ilvl="7" w:tplc="203ABAD0">
      <w:start w:val="1"/>
      <w:numFmt w:val="bullet"/>
      <w:lvlText w:val="o"/>
      <w:lvlJc w:val="left"/>
      <w:pPr>
        <w:ind w:left="5760" w:hanging="360"/>
      </w:pPr>
      <w:rPr>
        <w:rFonts w:ascii="Courier New" w:hAnsi="Courier New" w:hint="default"/>
      </w:rPr>
    </w:lvl>
    <w:lvl w:ilvl="8" w:tplc="7588776E">
      <w:start w:val="1"/>
      <w:numFmt w:val="bullet"/>
      <w:lvlText w:val=""/>
      <w:lvlJc w:val="left"/>
      <w:pPr>
        <w:ind w:left="6480" w:hanging="360"/>
      </w:pPr>
      <w:rPr>
        <w:rFonts w:ascii="Wingdings" w:hAnsi="Wingdings" w:hint="default"/>
      </w:rPr>
    </w:lvl>
  </w:abstractNum>
  <w:abstractNum w:abstractNumId="13">
    <w:nsid w:val="110B018A"/>
    <w:multiLevelType w:val="hybridMultilevel"/>
    <w:tmpl w:val="7C5EC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ABD6908"/>
    <w:multiLevelType w:val="multilevel"/>
    <w:tmpl w:val="4E78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19069B"/>
    <w:multiLevelType w:val="hybridMultilevel"/>
    <w:tmpl w:val="CCC2D312"/>
    <w:lvl w:ilvl="0" w:tplc="08090001">
      <w:start w:val="1"/>
      <w:numFmt w:val="bullet"/>
      <w:lvlText w:val=""/>
      <w:lvlJc w:val="left"/>
      <w:pPr>
        <w:ind w:left="620" w:hanging="360"/>
      </w:pPr>
      <w:rPr>
        <w:rFonts w:ascii="Symbol" w:hAnsi="Symbol" w:hint="default"/>
      </w:rPr>
    </w:lvl>
    <w:lvl w:ilvl="1" w:tplc="08090003" w:tentative="1">
      <w:start w:val="1"/>
      <w:numFmt w:val="bullet"/>
      <w:lvlText w:val="o"/>
      <w:lvlJc w:val="left"/>
      <w:pPr>
        <w:ind w:left="1340" w:hanging="360"/>
      </w:pPr>
      <w:rPr>
        <w:rFonts w:ascii="Courier New" w:hAnsi="Courier New" w:cs="Courier New" w:hint="default"/>
      </w:rPr>
    </w:lvl>
    <w:lvl w:ilvl="2" w:tplc="08090005" w:tentative="1">
      <w:start w:val="1"/>
      <w:numFmt w:val="bullet"/>
      <w:lvlText w:val=""/>
      <w:lvlJc w:val="left"/>
      <w:pPr>
        <w:ind w:left="2060" w:hanging="360"/>
      </w:pPr>
      <w:rPr>
        <w:rFonts w:ascii="Wingdings" w:hAnsi="Wingdings" w:hint="default"/>
      </w:rPr>
    </w:lvl>
    <w:lvl w:ilvl="3" w:tplc="08090001" w:tentative="1">
      <w:start w:val="1"/>
      <w:numFmt w:val="bullet"/>
      <w:lvlText w:val=""/>
      <w:lvlJc w:val="left"/>
      <w:pPr>
        <w:ind w:left="2780" w:hanging="360"/>
      </w:pPr>
      <w:rPr>
        <w:rFonts w:ascii="Symbol" w:hAnsi="Symbol" w:hint="default"/>
      </w:rPr>
    </w:lvl>
    <w:lvl w:ilvl="4" w:tplc="08090003" w:tentative="1">
      <w:start w:val="1"/>
      <w:numFmt w:val="bullet"/>
      <w:lvlText w:val="o"/>
      <w:lvlJc w:val="left"/>
      <w:pPr>
        <w:ind w:left="3500" w:hanging="360"/>
      </w:pPr>
      <w:rPr>
        <w:rFonts w:ascii="Courier New" w:hAnsi="Courier New" w:cs="Courier New" w:hint="default"/>
      </w:rPr>
    </w:lvl>
    <w:lvl w:ilvl="5" w:tplc="08090005" w:tentative="1">
      <w:start w:val="1"/>
      <w:numFmt w:val="bullet"/>
      <w:lvlText w:val=""/>
      <w:lvlJc w:val="left"/>
      <w:pPr>
        <w:ind w:left="4220" w:hanging="360"/>
      </w:pPr>
      <w:rPr>
        <w:rFonts w:ascii="Wingdings" w:hAnsi="Wingdings" w:hint="default"/>
      </w:rPr>
    </w:lvl>
    <w:lvl w:ilvl="6" w:tplc="08090001" w:tentative="1">
      <w:start w:val="1"/>
      <w:numFmt w:val="bullet"/>
      <w:lvlText w:val=""/>
      <w:lvlJc w:val="left"/>
      <w:pPr>
        <w:ind w:left="4940" w:hanging="360"/>
      </w:pPr>
      <w:rPr>
        <w:rFonts w:ascii="Symbol" w:hAnsi="Symbol" w:hint="default"/>
      </w:rPr>
    </w:lvl>
    <w:lvl w:ilvl="7" w:tplc="08090003" w:tentative="1">
      <w:start w:val="1"/>
      <w:numFmt w:val="bullet"/>
      <w:lvlText w:val="o"/>
      <w:lvlJc w:val="left"/>
      <w:pPr>
        <w:ind w:left="5660" w:hanging="360"/>
      </w:pPr>
      <w:rPr>
        <w:rFonts w:ascii="Courier New" w:hAnsi="Courier New" w:cs="Courier New" w:hint="default"/>
      </w:rPr>
    </w:lvl>
    <w:lvl w:ilvl="8" w:tplc="08090005" w:tentative="1">
      <w:start w:val="1"/>
      <w:numFmt w:val="bullet"/>
      <w:lvlText w:val=""/>
      <w:lvlJc w:val="left"/>
      <w:pPr>
        <w:ind w:left="6380" w:hanging="360"/>
      </w:pPr>
      <w:rPr>
        <w:rFonts w:ascii="Wingdings" w:hAnsi="Wingdings" w:hint="default"/>
      </w:rPr>
    </w:lvl>
  </w:abstractNum>
  <w:abstractNum w:abstractNumId="16">
    <w:nsid w:val="293A4EF7"/>
    <w:multiLevelType w:val="hybridMultilevel"/>
    <w:tmpl w:val="6DC232C2"/>
    <w:lvl w:ilvl="0" w:tplc="0809000B">
      <w:start w:val="1"/>
      <w:numFmt w:val="bullet"/>
      <w:lvlText w:val=""/>
      <w:lvlJc w:val="left"/>
      <w:pPr>
        <w:ind w:left="819" w:hanging="360"/>
      </w:pPr>
      <w:rPr>
        <w:rFonts w:ascii="Wingdings" w:hAnsi="Wingdings" w:hint="default"/>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17">
    <w:nsid w:val="2A2A501D"/>
    <w:multiLevelType w:val="multilevel"/>
    <w:tmpl w:val="57AE0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FFF1202"/>
    <w:multiLevelType w:val="hybridMultilevel"/>
    <w:tmpl w:val="BEDA24C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nsid w:val="30241B2E"/>
    <w:multiLevelType w:val="multilevel"/>
    <w:tmpl w:val="BA26F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819463B"/>
    <w:multiLevelType w:val="hybridMultilevel"/>
    <w:tmpl w:val="FC26FCE2"/>
    <w:lvl w:ilvl="0" w:tplc="12A81FF6">
      <w:numFmt w:val="bullet"/>
      <w:lvlText w:val=""/>
      <w:lvlJc w:val="left"/>
      <w:pPr>
        <w:ind w:left="827" w:hanging="361"/>
      </w:pPr>
      <w:rPr>
        <w:rFonts w:ascii="Symbol" w:eastAsia="Symbol" w:hAnsi="Symbol" w:cs="Symbol" w:hint="default"/>
        <w:b w:val="0"/>
        <w:bCs w:val="0"/>
        <w:i w:val="0"/>
        <w:iCs w:val="0"/>
        <w:spacing w:val="0"/>
        <w:w w:val="60"/>
        <w:sz w:val="22"/>
        <w:szCs w:val="22"/>
        <w:lang w:val="en-US" w:eastAsia="en-US" w:bidi="ar-SA"/>
      </w:rPr>
    </w:lvl>
    <w:lvl w:ilvl="1" w:tplc="87703E64">
      <w:numFmt w:val="bullet"/>
      <w:lvlText w:val="•"/>
      <w:lvlJc w:val="left"/>
      <w:pPr>
        <w:ind w:left="1195" w:hanging="361"/>
      </w:pPr>
      <w:rPr>
        <w:rFonts w:hint="default"/>
        <w:lang w:val="en-US" w:eastAsia="en-US" w:bidi="ar-SA"/>
      </w:rPr>
    </w:lvl>
    <w:lvl w:ilvl="2" w:tplc="065C78F4">
      <w:numFmt w:val="bullet"/>
      <w:lvlText w:val="•"/>
      <w:lvlJc w:val="left"/>
      <w:pPr>
        <w:ind w:left="1571" w:hanging="361"/>
      </w:pPr>
      <w:rPr>
        <w:rFonts w:hint="default"/>
        <w:lang w:val="en-US" w:eastAsia="en-US" w:bidi="ar-SA"/>
      </w:rPr>
    </w:lvl>
    <w:lvl w:ilvl="3" w:tplc="AA82E08A">
      <w:numFmt w:val="bullet"/>
      <w:lvlText w:val="•"/>
      <w:lvlJc w:val="left"/>
      <w:pPr>
        <w:ind w:left="1946" w:hanging="361"/>
      </w:pPr>
      <w:rPr>
        <w:rFonts w:hint="default"/>
        <w:lang w:val="en-US" w:eastAsia="en-US" w:bidi="ar-SA"/>
      </w:rPr>
    </w:lvl>
    <w:lvl w:ilvl="4" w:tplc="9DDC9974">
      <w:numFmt w:val="bullet"/>
      <w:lvlText w:val="•"/>
      <w:lvlJc w:val="left"/>
      <w:pPr>
        <w:ind w:left="2322" w:hanging="361"/>
      </w:pPr>
      <w:rPr>
        <w:rFonts w:hint="default"/>
        <w:lang w:val="en-US" w:eastAsia="en-US" w:bidi="ar-SA"/>
      </w:rPr>
    </w:lvl>
    <w:lvl w:ilvl="5" w:tplc="8F7CEB3C">
      <w:numFmt w:val="bullet"/>
      <w:lvlText w:val="•"/>
      <w:lvlJc w:val="left"/>
      <w:pPr>
        <w:ind w:left="2698" w:hanging="361"/>
      </w:pPr>
      <w:rPr>
        <w:rFonts w:hint="default"/>
        <w:lang w:val="en-US" w:eastAsia="en-US" w:bidi="ar-SA"/>
      </w:rPr>
    </w:lvl>
    <w:lvl w:ilvl="6" w:tplc="1F7AE65A">
      <w:numFmt w:val="bullet"/>
      <w:lvlText w:val="•"/>
      <w:lvlJc w:val="left"/>
      <w:pPr>
        <w:ind w:left="3073" w:hanging="361"/>
      </w:pPr>
      <w:rPr>
        <w:rFonts w:hint="default"/>
        <w:lang w:val="en-US" w:eastAsia="en-US" w:bidi="ar-SA"/>
      </w:rPr>
    </w:lvl>
    <w:lvl w:ilvl="7" w:tplc="BB543490">
      <w:numFmt w:val="bullet"/>
      <w:lvlText w:val="•"/>
      <w:lvlJc w:val="left"/>
      <w:pPr>
        <w:ind w:left="3449" w:hanging="361"/>
      </w:pPr>
      <w:rPr>
        <w:rFonts w:hint="default"/>
        <w:lang w:val="en-US" w:eastAsia="en-US" w:bidi="ar-SA"/>
      </w:rPr>
    </w:lvl>
    <w:lvl w:ilvl="8" w:tplc="D5500F3C">
      <w:numFmt w:val="bullet"/>
      <w:lvlText w:val="•"/>
      <w:lvlJc w:val="left"/>
      <w:pPr>
        <w:ind w:left="3824" w:hanging="361"/>
      </w:pPr>
      <w:rPr>
        <w:rFonts w:hint="default"/>
        <w:lang w:val="en-US" w:eastAsia="en-US" w:bidi="ar-SA"/>
      </w:rPr>
    </w:lvl>
  </w:abstractNum>
  <w:abstractNum w:abstractNumId="21">
    <w:nsid w:val="38A95FF3"/>
    <w:multiLevelType w:val="hybridMultilevel"/>
    <w:tmpl w:val="65F61E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nsid w:val="3BEB4AF3"/>
    <w:multiLevelType w:val="hybridMultilevel"/>
    <w:tmpl w:val="B3DCABB8"/>
    <w:lvl w:ilvl="0" w:tplc="311EBEFA">
      <w:start w:val="1"/>
      <w:numFmt w:val="bullet"/>
      <w:lvlText w:val=""/>
      <w:lvlJc w:val="left"/>
      <w:pPr>
        <w:ind w:left="720" w:hanging="360"/>
      </w:pPr>
      <w:rPr>
        <w:rFonts w:ascii="Wingdings" w:hAnsi="Wingdings" w:hint="default"/>
      </w:rPr>
    </w:lvl>
    <w:lvl w:ilvl="1" w:tplc="2B48F676">
      <w:start w:val="1"/>
      <w:numFmt w:val="bullet"/>
      <w:lvlText w:val="o"/>
      <w:lvlJc w:val="left"/>
      <w:pPr>
        <w:ind w:left="1440" w:hanging="360"/>
      </w:pPr>
      <w:rPr>
        <w:rFonts w:ascii="Courier New" w:hAnsi="Courier New" w:hint="default"/>
      </w:rPr>
    </w:lvl>
    <w:lvl w:ilvl="2" w:tplc="C6B48DDA">
      <w:start w:val="1"/>
      <w:numFmt w:val="bullet"/>
      <w:lvlText w:val=""/>
      <w:lvlJc w:val="left"/>
      <w:pPr>
        <w:ind w:left="2160" w:hanging="360"/>
      </w:pPr>
      <w:rPr>
        <w:rFonts w:ascii="Wingdings" w:hAnsi="Wingdings" w:hint="default"/>
      </w:rPr>
    </w:lvl>
    <w:lvl w:ilvl="3" w:tplc="5BB2350C">
      <w:start w:val="1"/>
      <w:numFmt w:val="bullet"/>
      <w:lvlText w:val=""/>
      <w:lvlJc w:val="left"/>
      <w:pPr>
        <w:ind w:left="2880" w:hanging="360"/>
      </w:pPr>
      <w:rPr>
        <w:rFonts w:ascii="Symbol" w:hAnsi="Symbol" w:hint="default"/>
      </w:rPr>
    </w:lvl>
    <w:lvl w:ilvl="4" w:tplc="637C2B4E">
      <w:start w:val="1"/>
      <w:numFmt w:val="bullet"/>
      <w:lvlText w:val="o"/>
      <w:lvlJc w:val="left"/>
      <w:pPr>
        <w:ind w:left="3600" w:hanging="360"/>
      </w:pPr>
      <w:rPr>
        <w:rFonts w:ascii="Courier New" w:hAnsi="Courier New" w:hint="default"/>
      </w:rPr>
    </w:lvl>
    <w:lvl w:ilvl="5" w:tplc="C050378C">
      <w:start w:val="1"/>
      <w:numFmt w:val="bullet"/>
      <w:lvlText w:val=""/>
      <w:lvlJc w:val="left"/>
      <w:pPr>
        <w:ind w:left="4320" w:hanging="360"/>
      </w:pPr>
      <w:rPr>
        <w:rFonts w:ascii="Wingdings" w:hAnsi="Wingdings" w:hint="default"/>
      </w:rPr>
    </w:lvl>
    <w:lvl w:ilvl="6" w:tplc="8040B35A">
      <w:start w:val="1"/>
      <w:numFmt w:val="bullet"/>
      <w:lvlText w:val=""/>
      <w:lvlJc w:val="left"/>
      <w:pPr>
        <w:ind w:left="5040" w:hanging="360"/>
      </w:pPr>
      <w:rPr>
        <w:rFonts w:ascii="Symbol" w:hAnsi="Symbol" w:hint="default"/>
      </w:rPr>
    </w:lvl>
    <w:lvl w:ilvl="7" w:tplc="277C2062">
      <w:start w:val="1"/>
      <w:numFmt w:val="bullet"/>
      <w:lvlText w:val="o"/>
      <w:lvlJc w:val="left"/>
      <w:pPr>
        <w:ind w:left="5760" w:hanging="360"/>
      </w:pPr>
      <w:rPr>
        <w:rFonts w:ascii="Courier New" w:hAnsi="Courier New" w:hint="default"/>
      </w:rPr>
    </w:lvl>
    <w:lvl w:ilvl="8" w:tplc="9DC05890">
      <w:start w:val="1"/>
      <w:numFmt w:val="bullet"/>
      <w:lvlText w:val=""/>
      <w:lvlJc w:val="left"/>
      <w:pPr>
        <w:ind w:left="6480" w:hanging="360"/>
      </w:pPr>
      <w:rPr>
        <w:rFonts w:ascii="Wingdings" w:hAnsi="Wingdings" w:hint="default"/>
      </w:rPr>
    </w:lvl>
  </w:abstractNum>
  <w:abstractNum w:abstractNumId="23">
    <w:nsid w:val="3EF90E70"/>
    <w:multiLevelType w:val="hybridMultilevel"/>
    <w:tmpl w:val="43DA9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53C98AC"/>
    <w:multiLevelType w:val="hybridMultilevel"/>
    <w:tmpl w:val="110E94A0"/>
    <w:lvl w:ilvl="0" w:tplc="4F920530">
      <w:start w:val="1"/>
      <w:numFmt w:val="bullet"/>
      <w:lvlText w:val=""/>
      <w:lvlJc w:val="left"/>
      <w:pPr>
        <w:ind w:left="1069" w:hanging="360"/>
      </w:pPr>
      <w:rPr>
        <w:rFonts w:ascii="Symbol" w:hAnsi="Symbol" w:hint="default"/>
      </w:rPr>
    </w:lvl>
    <w:lvl w:ilvl="1" w:tplc="47AC1A0A">
      <w:start w:val="1"/>
      <w:numFmt w:val="bullet"/>
      <w:lvlText w:val="o"/>
      <w:lvlJc w:val="left"/>
      <w:pPr>
        <w:ind w:left="1789" w:hanging="360"/>
      </w:pPr>
      <w:rPr>
        <w:rFonts w:ascii="Courier New" w:hAnsi="Courier New" w:hint="default"/>
      </w:rPr>
    </w:lvl>
    <w:lvl w:ilvl="2" w:tplc="4E7A3846">
      <w:start w:val="1"/>
      <w:numFmt w:val="bullet"/>
      <w:lvlText w:val=""/>
      <w:lvlJc w:val="left"/>
      <w:pPr>
        <w:ind w:left="2509" w:hanging="360"/>
      </w:pPr>
      <w:rPr>
        <w:rFonts w:ascii="Wingdings" w:hAnsi="Wingdings" w:hint="default"/>
      </w:rPr>
    </w:lvl>
    <w:lvl w:ilvl="3" w:tplc="3442114C">
      <w:start w:val="1"/>
      <w:numFmt w:val="bullet"/>
      <w:lvlText w:val=""/>
      <w:lvlJc w:val="left"/>
      <w:pPr>
        <w:ind w:left="3229" w:hanging="360"/>
      </w:pPr>
      <w:rPr>
        <w:rFonts w:ascii="Symbol" w:hAnsi="Symbol" w:hint="default"/>
      </w:rPr>
    </w:lvl>
    <w:lvl w:ilvl="4" w:tplc="FBC8E1BC">
      <w:start w:val="1"/>
      <w:numFmt w:val="bullet"/>
      <w:lvlText w:val="o"/>
      <w:lvlJc w:val="left"/>
      <w:pPr>
        <w:ind w:left="3949" w:hanging="360"/>
      </w:pPr>
      <w:rPr>
        <w:rFonts w:ascii="Courier New" w:hAnsi="Courier New" w:hint="default"/>
      </w:rPr>
    </w:lvl>
    <w:lvl w:ilvl="5" w:tplc="ABFEC250">
      <w:start w:val="1"/>
      <w:numFmt w:val="bullet"/>
      <w:lvlText w:val=""/>
      <w:lvlJc w:val="left"/>
      <w:pPr>
        <w:ind w:left="4669" w:hanging="360"/>
      </w:pPr>
      <w:rPr>
        <w:rFonts w:ascii="Wingdings" w:hAnsi="Wingdings" w:hint="default"/>
      </w:rPr>
    </w:lvl>
    <w:lvl w:ilvl="6" w:tplc="FAB22258">
      <w:start w:val="1"/>
      <w:numFmt w:val="bullet"/>
      <w:lvlText w:val=""/>
      <w:lvlJc w:val="left"/>
      <w:pPr>
        <w:ind w:left="5389" w:hanging="360"/>
      </w:pPr>
      <w:rPr>
        <w:rFonts w:ascii="Symbol" w:hAnsi="Symbol" w:hint="default"/>
      </w:rPr>
    </w:lvl>
    <w:lvl w:ilvl="7" w:tplc="0C6C016A">
      <w:start w:val="1"/>
      <w:numFmt w:val="bullet"/>
      <w:lvlText w:val="o"/>
      <w:lvlJc w:val="left"/>
      <w:pPr>
        <w:ind w:left="6109" w:hanging="360"/>
      </w:pPr>
      <w:rPr>
        <w:rFonts w:ascii="Courier New" w:hAnsi="Courier New" w:hint="default"/>
      </w:rPr>
    </w:lvl>
    <w:lvl w:ilvl="8" w:tplc="8A405B82">
      <w:start w:val="1"/>
      <w:numFmt w:val="bullet"/>
      <w:lvlText w:val=""/>
      <w:lvlJc w:val="left"/>
      <w:pPr>
        <w:ind w:left="6829" w:hanging="360"/>
      </w:pPr>
      <w:rPr>
        <w:rFonts w:ascii="Wingdings" w:hAnsi="Wingdings" w:hint="default"/>
      </w:rPr>
    </w:lvl>
  </w:abstractNum>
  <w:abstractNum w:abstractNumId="25">
    <w:nsid w:val="46F27069"/>
    <w:multiLevelType w:val="hybridMultilevel"/>
    <w:tmpl w:val="6DE66F88"/>
    <w:lvl w:ilvl="0" w:tplc="26026CF8">
      <w:numFmt w:val="bullet"/>
      <w:lvlText w:val=""/>
      <w:lvlJc w:val="left"/>
      <w:pPr>
        <w:ind w:left="825" w:hanging="361"/>
      </w:pPr>
      <w:rPr>
        <w:rFonts w:ascii="Symbol" w:eastAsia="Symbol" w:hAnsi="Symbol" w:cs="Symbol" w:hint="default"/>
        <w:b w:val="0"/>
        <w:bCs w:val="0"/>
        <w:i w:val="0"/>
        <w:iCs w:val="0"/>
        <w:spacing w:val="0"/>
        <w:w w:val="60"/>
        <w:sz w:val="22"/>
        <w:szCs w:val="22"/>
        <w:lang w:val="en-US" w:eastAsia="en-US" w:bidi="ar-SA"/>
      </w:rPr>
    </w:lvl>
    <w:lvl w:ilvl="1" w:tplc="E31C3DD2">
      <w:numFmt w:val="bullet"/>
      <w:lvlText w:val="•"/>
      <w:lvlJc w:val="left"/>
      <w:pPr>
        <w:ind w:left="1213" w:hanging="361"/>
      </w:pPr>
      <w:rPr>
        <w:rFonts w:hint="default"/>
        <w:lang w:val="en-US" w:eastAsia="en-US" w:bidi="ar-SA"/>
      </w:rPr>
    </w:lvl>
    <w:lvl w:ilvl="2" w:tplc="FDDA50BE">
      <w:numFmt w:val="bullet"/>
      <w:lvlText w:val="•"/>
      <w:lvlJc w:val="left"/>
      <w:pPr>
        <w:ind w:left="1606" w:hanging="361"/>
      </w:pPr>
      <w:rPr>
        <w:rFonts w:hint="default"/>
        <w:lang w:val="en-US" w:eastAsia="en-US" w:bidi="ar-SA"/>
      </w:rPr>
    </w:lvl>
    <w:lvl w:ilvl="3" w:tplc="0CE03D40">
      <w:numFmt w:val="bullet"/>
      <w:lvlText w:val="•"/>
      <w:lvlJc w:val="left"/>
      <w:pPr>
        <w:ind w:left="2000" w:hanging="361"/>
      </w:pPr>
      <w:rPr>
        <w:rFonts w:hint="default"/>
        <w:lang w:val="en-US" w:eastAsia="en-US" w:bidi="ar-SA"/>
      </w:rPr>
    </w:lvl>
    <w:lvl w:ilvl="4" w:tplc="3D84536C">
      <w:numFmt w:val="bullet"/>
      <w:lvlText w:val="•"/>
      <w:lvlJc w:val="left"/>
      <w:pPr>
        <w:ind w:left="2393" w:hanging="361"/>
      </w:pPr>
      <w:rPr>
        <w:rFonts w:hint="default"/>
        <w:lang w:val="en-US" w:eastAsia="en-US" w:bidi="ar-SA"/>
      </w:rPr>
    </w:lvl>
    <w:lvl w:ilvl="5" w:tplc="EE04D478">
      <w:numFmt w:val="bullet"/>
      <w:lvlText w:val="•"/>
      <w:lvlJc w:val="left"/>
      <w:pPr>
        <w:ind w:left="2787" w:hanging="361"/>
      </w:pPr>
      <w:rPr>
        <w:rFonts w:hint="default"/>
        <w:lang w:val="en-US" w:eastAsia="en-US" w:bidi="ar-SA"/>
      </w:rPr>
    </w:lvl>
    <w:lvl w:ilvl="6" w:tplc="BE205748">
      <w:numFmt w:val="bullet"/>
      <w:lvlText w:val="•"/>
      <w:lvlJc w:val="left"/>
      <w:pPr>
        <w:ind w:left="3180" w:hanging="361"/>
      </w:pPr>
      <w:rPr>
        <w:rFonts w:hint="default"/>
        <w:lang w:val="en-US" w:eastAsia="en-US" w:bidi="ar-SA"/>
      </w:rPr>
    </w:lvl>
    <w:lvl w:ilvl="7" w:tplc="D618E182">
      <w:numFmt w:val="bullet"/>
      <w:lvlText w:val="•"/>
      <w:lvlJc w:val="left"/>
      <w:pPr>
        <w:ind w:left="3573" w:hanging="361"/>
      </w:pPr>
      <w:rPr>
        <w:rFonts w:hint="default"/>
        <w:lang w:val="en-US" w:eastAsia="en-US" w:bidi="ar-SA"/>
      </w:rPr>
    </w:lvl>
    <w:lvl w:ilvl="8" w:tplc="BA0ABA74">
      <w:numFmt w:val="bullet"/>
      <w:lvlText w:val="•"/>
      <w:lvlJc w:val="left"/>
      <w:pPr>
        <w:ind w:left="3967" w:hanging="361"/>
      </w:pPr>
      <w:rPr>
        <w:rFonts w:hint="default"/>
        <w:lang w:val="en-US" w:eastAsia="en-US" w:bidi="ar-SA"/>
      </w:rPr>
    </w:lvl>
  </w:abstractNum>
  <w:abstractNum w:abstractNumId="26">
    <w:nsid w:val="4809FD75"/>
    <w:multiLevelType w:val="hybridMultilevel"/>
    <w:tmpl w:val="F60CEF40"/>
    <w:lvl w:ilvl="0" w:tplc="F7587882">
      <w:start w:val="1"/>
      <w:numFmt w:val="bullet"/>
      <w:lvlText w:val=""/>
      <w:lvlJc w:val="left"/>
      <w:pPr>
        <w:ind w:left="786" w:hanging="360"/>
      </w:pPr>
      <w:rPr>
        <w:rFonts w:ascii="Symbol" w:hAnsi="Symbol" w:hint="default"/>
      </w:rPr>
    </w:lvl>
    <w:lvl w:ilvl="1" w:tplc="7E224162">
      <w:start w:val="1"/>
      <w:numFmt w:val="bullet"/>
      <w:lvlText w:val="o"/>
      <w:lvlJc w:val="left"/>
      <w:pPr>
        <w:ind w:left="1506" w:hanging="360"/>
      </w:pPr>
      <w:rPr>
        <w:rFonts w:ascii="Courier New" w:hAnsi="Courier New" w:hint="default"/>
      </w:rPr>
    </w:lvl>
    <w:lvl w:ilvl="2" w:tplc="B0B6B938">
      <w:start w:val="1"/>
      <w:numFmt w:val="bullet"/>
      <w:lvlText w:val=""/>
      <w:lvlJc w:val="left"/>
      <w:pPr>
        <w:ind w:left="2226" w:hanging="360"/>
      </w:pPr>
      <w:rPr>
        <w:rFonts w:ascii="Wingdings" w:hAnsi="Wingdings" w:hint="default"/>
      </w:rPr>
    </w:lvl>
    <w:lvl w:ilvl="3" w:tplc="2EE684B2">
      <w:start w:val="1"/>
      <w:numFmt w:val="bullet"/>
      <w:lvlText w:val=""/>
      <w:lvlJc w:val="left"/>
      <w:pPr>
        <w:ind w:left="2946" w:hanging="360"/>
      </w:pPr>
      <w:rPr>
        <w:rFonts w:ascii="Symbol" w:hAnsi="Symbol" w:hint="default"/>
      </w:rPr>
    </w:lvl>
    <w:lvl w:ilvl="4" w:tplc="2FAAE980">
      <w:start w:val="1"/>
      <w:numFmt w:val="bullet"/>
      <w:lvlText w:val="o"/>
      <w:lvlJc w:val="left"/>
      <w:pPr>
        <w:ind w:left="3666" w:hanging="360"/>
      </w:pPr>
      <w:rPr>
        <w:rFonts w:ascii="Courier New" w:hAnsi="Courier New" w:hint="default"/>
      </w:rPr>
    </w:lvl>
    <w:lvl w:ilvl="5" w:tplc="9ACE7610">
      <w:start w:val="1"/>
      <w:numFmt w:val="bullet"/>
      <w:lvlText w:val=""/>
      <w:lvlJc w:val="left"/>
      <w:pPr>
        <w:ind w:left="4386" w:hanging="360"/>
      </w:pPr>
      <w:rPr>
        <w:rFonts w:ascii="Wingdings" w:hAnsi="Wingdings" w:hint="default"/>
      </w:rPr>
    </w:lvl>
    <w:lvl w:ilvl="6" w:tplc="B48CF3D0">
      <w:start w:val="1"/>
      <w:numFmt w:val="bullet"/>
      <w:lvlText w:val=""/>
      <w:lvlJc w:val="left"/>
      <w:pPr>
        <w:ind w:left="5106" w:hanging="360"/>
      </w:pPr>
      <w:rPr>
        <w:rFonts w:ascii="Symbol" w:hAnsi="Symbol" w:hint="default"/>
      </w:rPr>
    </w:lvl>
    <w:lvl w:ilvl="7" w:tplc="F6141E64">
      <w:start w:val="1"/>
      <w:numFmt w:val="bullet"/>
      <w:lvlText w:val="o"/>
      <w:lvlJc w:val="left"/>
      <w:pPr>
        <w:ind w:left="5826" w:hanging="360"/>
      </w:pPr>
      <w:rPr>
        <w:rFonts w:ascii="Courier New" w:hAnsi="Courier New" w:hint="default"/>
      </w:rPr>
    </w:lvl>
    <w:lvl w:ilvl="8" w:tplc="3CB431FE">
      <w:start w:val="1"/>
      <w:numFmt w:val="bullet"/>
      <w:lvlText w:val=""/>
      <w:lvlJc w:val="left"/>
      <w:pPr>
        <w:ind w:left="6546" w:hanging="360"/>
      </w:pPr>
      <w:rPr>
        <w:rFonts w:ascii="Wingdings" w:hAnsi="Wingdings" w:hint="default"/>
      </w:rPr>
    </w:lvl>
  </w:abstractNum>
  <w:abstractNum w:abstractNumId="27">
    <w:nsid w:val="49272760"/>
    <w:multiLevelType w:val="hybridMultilevel"/>
    <w:tmpl w:val="EA80D084"/>
    <w:lvl w:ilvl="0" w:tplc="48D44406">
      <w:numFmt w:val="bullet"/>
      <w:lvlText w:val="•"/>
      <w:lvlJc w:val="left"/>
      <w:pPr>
        <w:ind w:left="1080" w:hanging="720"/>
      </w:pPr>
      <w:rPr>
        <w:rFonts w:ascii="Corbel" w:eastAsiaTheme="minorEastAsia" w:hAnsi="Corbe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C7A2DB8"/>
    <w:multiLevelType w:val="hybridMultilevel"/>
    <w:tmpl w:val="5958D634"/>
    <w:lvl w:ilvl="0" w:tplc="0809000D">
      <w:start w:val="1"/>
      <w:numFmt w:val="bullet"/>
      <w:lvlText w:val=""/>
      <w:lvlJc w:val="left"/>
      <w:pPr>
        <w:ind w:left="578" w:hanging="360"/>
      </w:pPr>
      <w:rPr>
        <w:rFonts w:ascii="Wingdings" w:hAnsi="Wingding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9">
    <w:nsid w:val="4CF84497"/>
    <w:multiLevelType w:val="hybridMultilevel"/>
    <w:tmpl w:val="6D6C5914"/>
    <w:lvl w:ilvl="0" w:tplc="CDD4FD04">
      <w:start w:val="1"/>
      <w:numFmt w:val="bullet"/>
      <w:lvlText w:val=""/>
      <w:lvlJc w:val="left"/>
      <w:pPr>
        <w:ind w:left="786" w:hanging="360"/>
      </w:pPr>
      <w:rPr>
        <w:rFonts w:ascii="Symbol" w:hAnsi="Symbol" w:hint="default"/>
      </w:rPr>
    </w:lvl>
    <w:lvl w:ilvl="1" w:tplc="43B025F6">
      <w:start w:val="1"/>
      <w:numFmt w:val="bullet"/>
      <w:lvlText w:val="o"/>
      <w:lvlJc w:val="left"/>
      <w:pPr>
        <w:ind w:left="1506" w:hanging="360"/>
      </w:pPr>
      <w:rPr>
        <w:rFonts w:ascii="Courier New" w:hAnsi="Courier New" w:hint="default"/>
      </w:rPr>
    </w:lvl>
    <w:lvl w:ilvl="2" w:tplc="D778CACC">
      <w:start w:val="1"/>
      <w:numFmt w:val="bullet"/>
      <w:lvlText w:val=""/>
      <w:lvlJc w:val="left"/>
      <w:pPr>
        <w:ind w:left="2226" w:hanging="360"/>
      </w:pPr>
      <w:rPr>
        <w:rFonts w:ascii="Wingdings" w:hAnsi="Wingdings" w:hint="default"/>
      </w:rPr>
    </w:lvl>
    <w:lvl w:ilvl="3" w:tplc="71508AD2">
      <w:start w:val="1"/>
      <w:numFmt w:val="bullet"/>
      <w:lvlText w:val=""/>
      <w:lvlJc w:val="left"/>
      <w:pPr>
        <w:ind w:left="2946" w:hanging="360"/>
      </w:pPr>
      <w:rPr>
        <w:rFonts w:ascii="Symbol" w:hAnsi="Symbol" w:hint="default"/>
      </w:rPr>
    </w:lvl>
    <w:lvl w:ilvl="4" w:tplc="3BCA342C">
      <w:start w:val="1"/>
      <w:numFmt w:val="bullet"/>
      <w:lvlText w:val="o"/>
      <w:lvlJc w:val="left"/>
      <w:pPr>
        <w:ind w:left="3666" w:hanging="360"/>
      </w:pPr>
      <w:rPr>
        <w:rFonts w:ascii="Courier New" w:hAnsi="Courier New" w:hint="default"/>
      </w:rPr>
    </w:lvl>
    <w:lvl w:ilvl="5" w:tplc="0DF6D2DA">
      <w:start w:val="1"/>
      <w:numFmt w:val="bullet"/>
      <w:lvlText w:val=""/>
      <w:lvlJc w:val="left"/>
      <w:pPr>
        <w:ind w:left="4386" w:hanging="360"/>
      </w:pPr>
      <w:rPr>
        <w:rFonts w:ascii="Wingdings" w:hAnsi="Wingdings" w:hint="default"/>
      </w:rPr>
    </w:lvl>
    <w:lvl w:ilvl="6" w:tplc="791C8B3E">
      <w:start w:val="1"/>
      <w:numFmt w:val="bullet"/>
      <w:lvlText w:val=""/>
      <w:lvlJc w:val="left"/>
      <w:pPr>
        <w:ind w:left="5106" w:hanging="360"/>
      </w:pPr>
      <w:rPr>
        <w:rFonts w:ascii="Symbol" w:hAnsi="Symbol" w:hint="default"/>
      </w:rPr>
    </w:lvl>
    <w:lvl w:ilvl="7" w:tplc="32AC4022">
      <w:start w:val="1"/>
      <w:numFmt w:val="bullet"/>
      <w:lvlText w:val="o"/>
      <w:lvlJc w:val="left"/>
      <w:pPr>
        <w:ind w:left="5826" w:hanging="360"/>
      </w:pPr>
      <w:rPr>
        <w:rFonts w:ascii="Courier New" w:hAnsi="Courier New" w:hint="default"/>
      </w:rPr>
    </w:lvl>
    <w:lvl w:ilvl="8" w:tplc="E580E43A">
      <w:start w:val="1"/>
      <w:numFmt w:val="bullet"/>
      <w:lvlText w:val=""/>
      <w:lvlJc w:val="left"/>
      <w:pPr>
        <w:ind w:left="6546" w:hanging="360"/>
      </w:pPr>
      <w:rPr>
        <w:rFonts w:ascii="Wingdings" w:hAnsi="Wingdings" w:hint="default"/>
      </w:rPr>
    </w:lvl>
  </w:abstractNum>
  <w:abstractNum w:abstractNumId="30">
    <w:nsid w:val="4DE6EA17"/>
    <w:multiLevelType w:val="hybridMultilevel"/>
    <w:tmpl w:val="EF02DEC0"/>
    <w:lvl w:ilvl="0" w:tplc="13CCB93C">
      <w:start w:val="1"/>
      <w:numFmt w:val="bullet"/>
      <w:lvlText w:val=""/>
      <w:lvlJc w:val="left"/>
      <w:pPr>
        <w:ind w:left="720" w:hanging="360"/>
      </w:pPr>
      <w:rPr>
        <w:rFonts w:ascii="Symbol" w:hAnsi="Symbol" w:hint="default"/>
      </w:rPr>
    </w:lvl>
    <w:lvl w:ilvl="1" w:tplc="A21EF860">
      <w:start w:val="1"/>
      <w:numFmt w:val="bullet"/>
      <w:lvlText w:val="o"/>
      <w:lvlJc w:val="left"/>
      <w:pPr>
        <w:ind w:left="1440" w:hanging="360"/>
      </w:pPr>
      <w:rPr>
        <w:rFonts w:ascii="Courier New" w:hAnsi="Courier New" w:hint="default"/>
      </w:rPr>
    </w:lvl>
    <w:lvl w:ilvl="2" w:tplc="0B52AD5A">
      <w:start w:val="1"/>
      <w:numFmt w:val="bullet"/>
      <w:lvlText w:val=""/>
      <w:lvlJc w:val="left"/>
      <w:pPr>
        <w:ind w:left="2160" w:hanging="360"/>
      </w:pPr>
      <w:rPr>
        <w:rFonts w:ascii="Wingdings" w:hAnsi="Wingdings" w:hint="default"/>
      </w:rPr>
    </w:lvl>
    <w:lvl w:ilvl="3" w:tplc="DB0611CE">
      <w:start w:val="1"/>
      <w:numFmt w:val="bullet"/>
      <w:lvlText w:val=""/>
      <w:lvlJc w:val="left"/>
      <w:pPr>
        <w:ind w:left="2880" w:hanging="360"/>
      </w:pPr>
      <w:rPr>
        <w:rFonts w:ascii="Symbol" w:hAnsi="Symbol" w:hint="default"/>
      </w:rPr>
    </w:lvl>
    <w:lvl w:ilvl="4" w:tplc="70F61576">
      <w:start w:val="1"/>
      <w:numFmt w:val="bullet"/>
      <w:lvlText w:val="o"/>
      <w:lvlJc w:val="left"/>
      <w:pPr>
        <w:ind w:left="3600" w:hanging="360"/>
      </w:pPr>
      <w:rPr>
        <w:rFonts w:ascii="Courier New" w:hAnsi="Courier New" w:hint="default"/>
      </w:rPr>
    </w:lvl>
    <w:lvl w:ilvl="5" w:tplc="99583328">
      <w:start w:val="1"/>
      <w:numFmt w:val="bullet"/>
      <w:lvlText w:val=""/>
      <w:lvlJc w:val="left"/>
      <w:pPr>
        <w:ind w:left="4320" w:hanging="360"/>
      </w:pPr>
      <w:rPr>
        <w:rFonts w:ascii="Wingdings" w:hAnsi="Wingdings" w:hint="default"/>
      </w:rPr>
    </w:lvl>
    <w:lvl w:ilvl="6" w:tplc="FF5892B6">
      <w:start w:val="1"/>
      <w:numFmt w:val="bullet"/>
      <w:lvlText w:val=""/>
      <w:lvlJc w:val="left"/>
      <w:pPr>
        <w:ind w:left="5040" w:hanging="360"/>
      </w:pPr>
      <w:rPr>
        <w:rFonts w:ascii="Symbol" w:hAnsi="Symbol" w:hint="default"/>
      </w:rPr>
    </w:lvl>
    <w:lvl w:ilvl="7" w:tplc="D7EC26D8">
      <w:start w:val="1"/>
      <w:numFmt w:val="bullet"/>
      <w:lvlText w:val="o"/>
      <w:lvlJc w:val="left"/>
      <w:pPr>
        <w:ind w:left="5760" w:hanging="360"/>
      </w:pPr>
      <w:rPr>
        <w:rFonts w:ascii="Courier New" w:hAnsi="Courier New" w:hint="default"/>
      </w:rPr>
    </w:lvl>
    <w:lvl w:ilvl="8" w:tplc="ABC406FC">
      <w:start w:val="1"/>
      <w:numFmt w:val="bullet"/>
      <w:lvlText w:val=""/>
      <w:lvlJc w:val="left"/>
      <w:pPr>
        <w:ind w:left="6480" w:hanging="360"/>
      </w:pPr>
      <w:rPr>
        <w:rFonts w:ascii="Wingdings" w:hAnsi="Wingdings" w:hint="default"/>
      </w:rPr>
    </w:lvl>
  </w:abstractNum>
  <w:abstractNum w:abstractNumId="31">
    <w:nsid w:val="522F1EEF"/>
    <w:multiLevelType w:val="hybridMultilevel"/>
    <w:tmpl w:val="8D34A65C"/>
    <w:lvl w:ilvl="0" w:tplc="0150AF1E">
      <w:start w:val="2"/>
      <w:numFmt w:val="bullet"/>
      <w:lvlText w:val="•"/>
      <w:lvlJc w:val="left"/>
      <w:pPr>
        <w:ind w:left="861" w:hanging="435"/>
      </w:pPr>
      <w:rPr>
        <w:rFonts w:ascii="Corbel" w:eastAsiaTheme="minorEastAsia" w:hAnsi="Corbel" w:cstheme="minorBid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2">
    <w:nsid w:val="53F3F1E2"/>
    <w:multiLevelType w:val="hybridMultilevel"/>
    <w:tmpl w:val="3348BF1C"/>
    <w:lvl w:ilvl="0" w:tplc="2AC07384">
      <w:start w:val="1"/>
      <w:numFmt w:val="bullet"/>
      <w:lvlText w:val=""/>
      <w:lvlJc w:val="left"/>
      <w:pPr>
        <w:ind w:left="720" w:hanging="360"/>
      </w:pPr>
      <w:rPr>
        <w:rFonts w:ascii="Symbol" w:hAnsi="Symbol" w:hint="default"/>
      </w:rPr>
    </w:lvl>
    <w:lvl w:ilvl="1" w:tplc="ECB436FC">
      <w:start w:val="1"/>
      <w:numFmt w:val="bullet"/>
      <w:lvlText w:val="o"/>
      <w:lvlJc w:val="left"/>
      <w:pPr>
        <w:ind w:left="1440" w:hanging="360"/>
      </w:pPr>
      <w:rPr>
        <w:rFonts w:ascii="Courier New" w:hAnsi="Courier New" w:hint="default"/>
      </w:rPr>
    </w:lvl>
    <w:lvl w:ilvl="2" w:tplc="D04A23A2">
      <w:start w:val="1"/>
      <w:numFmt w:val="bullet"/>
      <w:lvlText w:val=""/>
      <w:lvlJc w:val="left"/>
      <w:pPr>
        <w:ind w:left="2160" w:hanging="360"/>
      </w:pPr>
      <w:rPr>
        <w:rFonts w:ascii="Wingdings" w:hAnsi="Wingdings" w:hint="default"/>
      </w:rPr>
    </w:lvl>
    <w:lvl w:ilvl="3" w:tplc="5EB84358">
      <w:start w:val="1"/>
      <w:numFmt w:val="bullet"/>
      <w:lvlText w:val=""/>
      <w:lvlJc w:val="left"/>
      <w:pPr>
        <w:ind w:left="2880" w:hanging="360"/>
      </w:pPr>
      <w:rPr>
        <w:rFonts w:ascii="Symbol" w:hAnsi="Symbol" w:hint="default"/>
      </w:rPr>
    </w:lvl>
    <w:lvl w:ilvl="4" w:tplc="D9229116">
      <w:start w:val="1"/>
      <w:numFmt w:val="bullet"/>
      <w:lvlText w:val="o"/>
      <w:lvlJc w:val="left"/>
      <w:pPr>
        <w:ind w:left="3600" w:hanging="360"/>
      </w:pPr>
      <w:rPr>
        <w:rFonts w:ascii="Courier New" w:hAnsi="Courier New" w:hint="default"/>
      </w:rPr>
    </w:lvl>
    <w:lvl w:ilvl="5" w:tplc="71F0A146">
      <w:start w:val="1"/>
      <w:numFmt w:val="bullet"/>
      <w:lvlText w:val=""/>
      <w:lvlJc w:val="left"/>
      <w:pPr>
        <w:ind w:left="4320" w:hanging="360"/>
      </w:pPr>
      <w:rPr>
        <w:rFonts w:ascii="Wingdings" w:hAnsi="Wingdings" w:hint="default"/>
      </w:rPr>
    </w:lvl>
    <w:lvl w:ilvl="6" w:tplc="64B61C74">
      <w:start w:val="1"/>
      <w:numFmt w:val="bullet"/>
      <w:lvlText w:val=""/>
      <w:lvlJc w:val="left"/>
      <w:pPr>
        <w:ind w:left="5040" w:hanging="360"/>
      </w:pPr>
      <w:rPr>
        <w:rFonts w:ascii="Symbol" w:hAnsi="Symbol" w:hint="default"/>
      </w:rPr>
    </w:lvl>
    <w:lvl w:ilvl="7" w:tplc="FBDE1AD8">
      <w:start w:val="1"/>
      <w:numFmt w:val="bullet"/>
      <w:lvlText w:val="o"/>
      <w:lvlJc w:val="left"/>
      <w:pPr>
        <w:ind w:left="5760" w:hanging="360"/>
      </w:pPr>
      <w:rPr>
        <w:rFonts w:ascii="Courier New" w:hAnsi="Courier New" w:hint="default"/>
      </w:rPr>
    </w:lvl>
    <w:lvl w:ilvl="8" w:tplc="2B8E3B3C">
      <w:start w:val="1"/>
      <w:numFmt w:val="bullet"/>
      <w:lvlText w:val=""/>
      <w:lvlJc w:val="left"/>
      <w:pPr>
        <w:ind w:left="6480" w:hanging="360"/>
      </w:pPr>
      <w:rPr>
        <w:rFonts w:ascii="Wingdings" w:hAnsi="Wingdings" w:hint="default"/>
      </w:rPr>
    </w:lvl>
  </w:abstractNum>
  <w:abstractNum w:abstractNumId="33">
    <w:nsid w:val="594F972D"/>
    <w:multiLevelType w:val="hybridMultilevel"/>
    <w:tmpl w:val="8786BEE6"/>
    <w:lvl w:ilvl="0" w:tplc="10109394">
      <w:start w:val="1"/>
      <w:numFmt w:val="bullet"/>
      <w:lvlText w:val=""/>
      <w:lvlJc w:val="left"/>
      <w:pPr>
        <w:ind w:left="720" w:hanging="360"/>
      </w:pPr>
      <w:rPr>
        <w:rFonts w:ascii="Symbol" w:hAnsi="Symbol" w:hint="default"/>
      </w:rPr>
    </w:lvl>
    <w:lvl w:ilvl="1" w:tplc="3FB21AA6">
      <w:start w:val="1"/>
      <w:numFmt w:val="bullet"/>
      <w:lvlText w:val="o"/>
      <w:lvlJc w:val="left"/>
      <w:pPr>
        <w:ind w:left="1440" w:hanging="360"/>
      </w:pPr>
      <w:rPr>
        <w:rFonts w:ascii="Courier New" w:hAnsi="Courier New" w:hint="default"/>
      </w:rPr>
    </w:lvl>
    <w:lvl w:ilvl="2" w:tplc="C55847D8">
      <w:start w:val="1"/>
      <w:numFmt w:val="bullet"/>
      <w:lvlText w:val=""/>
      <w:lvlJc w:val="left"/>
      <w:pPr>
        <w:ind w:left="2160" w:hanging="360"/>
      </w:pPr>
      <w:rPr>
        <w:rFonts w:ascii="Wingdings" w:hAnsi="Wingdings" w:hint="default"/>
      </w:rPr>
    </w:lvl>
    <w:lvl w:ilvl="3" w:tplc="7ED08ECC">
      <w:start w:val="1"/>
      <w:numFmt w:val="bullet"/>
      <w:lvlText w:val=""/>
      <w:lvlJc w:val="left"/>
      <w:pPr>
        <w:ind w:left="2880" w:hanging="360"/>
      </w:pPr>
      <w:rPr>
        <w:rFonts w:ascii="Symbol" w:hAnsi="Symbol" w:hint="default"/>
      </w:rPr>
    </w:lvl>
    <w:lvl w:ilvl="4" w:tplc="B764F990">
      <w:start w:val="1"/>
      <w:numFmt w:val="bullet"/>
      <w:lvlText w:val="o"/>
      <w:lvlJc w:val="left"/>
      <w:pPr>
        <w:ind w:left="3600" w:hanging="360"/>
      </w:pPr>
      <w:rPr>
        <w:rFonts w:ascii="Courier New" w:hAnsi="Courier New" w:hint="default"/>
      </w:rPr>
    </w:lvl>
    <w:lvl w:ilvl="5" w:tplc="B5726374">
      <w:start w:val="1"/>
      <w:numFmt w:val="bullet"/>
      <w:lvlText w:val=""/>
      <w:lvlJc w:val="left"/>
      <w:pPr>
        <w:ind w:left="4320" w:hanging="360"/>
      </w:pPr>
      <w:rPr>
        <w:rFonts w:ascii="Wingdings" w:hAnsi="Wingdings" w:hint="default"/>
      </w:rPr>
    </w:lvl>
    <w:lvl w:ilvl="6" w:tplc="D7C42B78">
      <w:start w:val="1"/>
      <w:numFmt w:val="bullet"/>
      <w:lvlText w:val=""/>
      <w:lvlJc w:val="left"/>
      <w:pPr>
        <w:ind w:left="5040" w:hanging="360"/>
      </w:pPr>
      <w:rPr>
        <w:rFonts w:ascii="Symbol" w:hAnsi="Symbol" w:hint="default"/>
      </w:rPr>
    </w:lvl>
    <w:lvl w:ilvl="7" w:tplc="FB162B54">
      <w:start w:val="1"/>
      <w:numFmt w:val="bullet"/>
      <w:lvlText w:val="o"/>
      <w:lvlJc w:val="left"/>
      <w:pPr>
        <w:ind w:left="5760" w:hanging="360"/>
      </w:pPr>
      <w:rPr>
        <w:rFonts w:ascii="Courier New" w:hAnsi="Courier New" w:hint="default"/>
      </w:rPr>
    </w:lvl>
    <w:lvl w:ilvl="8" w:tplc="876CDEC4">
      <w:start w:val="1"/>
      <w:numFmt w:val="bullet"/>
      <w:lvlText w:val=""/>
      <w:lvlJc w:val="left"/>
      <w:pPr>
        <w:ind w:left="6480" w:hanging="360"/>
      </w:pPr>
      <w:rPr>
        <w:rFonts w:ascii="Wingdings" w:hAnsi="Wingdings" w:hint="default"/>
      </w:rPr>
    </w:lvl>
  </w:abstractNum>
  <w:abstractNum w:abstractNumId="34">
    <w:nsid w:val="64CA69B9"/>
    <w:multiLevelType w:val="hybridMultilevel"/>
    <w:tmpl w:val="4B9C1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5B231BE"/>
    <w:multiLevelType w:val="hybridMultilevel"/>
    <w:tmpl w:val="F1643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6C73256"/>
    <w:multiLevelType w:val="multilevel"/>
    <w:tmpl w:val="AA78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CA29DC"/>
    <w:multiLevelType w:val="hybridMultilevel"/>
    <w:tmpl w:val="24D8BB4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8">
    <w:nsid w:val="770378D2"/>
    <w:multiLevelType w:val="hybridMultilevel"/>
    <w:tmpl w:val="E18A0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B0D070A"/>
    <w:multiLevelType w:val="hybridMultilevel"/>
    <w:tmpl w:val="9C3AC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B468513"/>
    <w:multiLevelType w:val="hybridMultilevel"/>
    <w:tmpl w:val="E12013E8"/>
    <w:lvl w:ilvl="0" w:tplc="236C70C4">
      <w:start w:val="1"/>
      <w:numFmt w:val="bullet"/>
      <w:lvlText w:val=""/>
      <w:lvlJc w:val="left"/>
      <w:pPr>
        <w:ind w:left="720" w:hanging="360"/>
      </w:pPr>
      <w:rPr>
        <w:rFonts w:ascii="Symbol" w:hAnsi="Symbol" w:hint="default"/>
      </w:rPr>
    </w:lvl>
    <w:lvl w:ilvl="1" w:tplc="8870AB8A">
      <w:start w:val="1"/>
      <w:numFmt w:val="bullet"/>
      <w:lvlText w:val="o"/>
      <w:lvlJc w:val="left"/>
      <w:pPr>
        <w:ind w:left="1440" w:hanging="360"/>
      </w:pPr>
      <w:rPr>
        <w:rFonts w:ascii="Courier New" w:hAnsi="Courier New" w:hint="default"/>
      </w:rPr>
    </w:lvl>
    <w:lvl w:ilvl="2" w:tplc="69EAB2A0">
      <w:start w:val="1"/>
      <w:numFmt w:val="bullet"/>
      <w:lvlText w:val=""/>
      <w:lvlJc w:val="left"/>
      <w:pPr>
        <w:ind w:left="2160" w:hanging="360"/>
      </w:pPr>
      <w:rPr>
        <w:rFonts w:ascii="Wingdings" w:hAnsi="Wingdings" w:hint="default"/>
      </w:rPr>
    </w:lvl>
    <w:lvl w:ilvl="3" w:tplc="154EB38E">
      <w:start w:val="1"/>
      <w:numFmt w:val="bullet"/>
      <w:lvlText w:val=""/>
      <w:lvlJc w:val="left"/>
      <w:pPr>
        <w:ind w:left="2880" w:hanging="360"/>
      </w:pPr>
      <w:rPr>
        <w:rFonts w:ascii="Symbol" w:hAnsi="Symbol" w:hint="default"/>
      </w:rPr>
    </w:lvl>
    <w:lvl w:ilvl="4" w:tplc="C940323C">
      <w:start w:val="1"/>
      <w:numFmt w:val="bullet"/>
      <w:lvlText w:val="o"/>
      <w:lvlJc w:val="left"/>
      <w:pPr>
        <w:ind w:left="3600" w:hanging="360"/>
      </w:pPr>
      <w:rPr>
        <w:rFonts w:ascii="Courier New" w:hAnsi="Courier New" w:hint="default"/>
      </w:rPr>
    </w:lvl>
    <w:lvl w:ilvl="5" w:tplc="B3E4C122">
      <w:start w:val="1"/>
      <w:numFmt w:val="bullet"/>
      <w:lvlText w:val=""/>
      <w:lvlJc w:val="left"/>
      <w:pPr>
        <w:ind w:left="4320" w:hanging="360"/>
      </w:pPr>
      <w:rPr>
        <w:rFonts w:ascii="Wingdings" w:hAnsi="Wingdings" w:hint="default"/>
      </w:rPr>
    </w:lvl>
    <w:lvl w:ilvl="6" w:tplc="D1263788">
      <w:start w:val="1"/>
      <w:numFmt w:val="bullet"/>
      <w:lvlText w:val=""/>
      <w:lvlJc w:val="left"/>
      <w:pPr>
        <w:ind w:left="5040" w:hanging="360"/>
      </w:pPr>
      <w:rPr>
        <w:rFonts w:ascii="Symbol" w:hAnsi="Symbol" w:hint="default"/>
      </w:rPr>
    </w:lvl>
    <w:lvl w:ilvl="7" w:tplc="C18A84CA">
      <w:start w:val="1"/>
      <w:numFmt w:val="bullet"/>
      <w:lvlText w:val="o"/>
      <w:lvlJc w:val="left"/>
      <w:pPr>
        <w:ind w:left="5760" w:hanging="360"/>
      </w:pPr>
      <w:rPr>
        <w:rFonts w:ascii="Courier New" w:hAnsi="Courier New" w:hint="default"/>
      </w:rPr>
    </w:lvl>
    <w:lvl w:ilvl="8" w:tplc="DBC6BF06">
      <w:start w:val="1"/>
      <w:numFmt w:val="bullet"/>
      <w:lvlText w:val=""/>
      <w:lvlJc w:val="left"/>
      <w:pPr>
        <w:ind w:left="6480" w:hanging="360"/>
      </w:pPr>
      <w:rPr>
        <w:rFonts w:ascii="Wingdings" w:hAnsi="Wingdings" w:hint="default"/>
      </w:rPr>
    </w:lvl>
  </w:abstractNum>
  <w:num w:numId="1">
    <w:abstractNumId w:val="22"/>
  </w:num>
  <w:num w:numId="2">
    <w:abstractNumId w:val="32"/>
  </w:num>
  <w:num w:numId="3">
    <w:abstractNumId w:val="29"/>
  </w:num>
  <w:num w:numId="4">
    <w:abstractNumId w:val="33"/>
  </w:num>
  <w:num w:numId="5">
    <w:abstractNumId w:val="40"/>
  </w:num>
  <w:num w:numId="6">
    <w:abstractNumId w:val="30"/>
  </w:num>
  <w:num w:numId="7">
    <w:abstractNumId w:val="24"/>
  </w:num>
  <w:num w:numId="8">
    <w:abstractNumId w:val="26"/>
  </w:num>
  <w:num w:numId="9">
    <w:abstractNumId w:val="8"/>
  </w:num>
  <w:num w:numId="10">
    <w:abstractNumId w:val="6"/>
  </w:num>
  <w:num w:numId="11">
    <w:abstractNumId w:val="5"/>
  </w:num>
  <w:num w:numId="12">
    <w:abstractNumId w:val="4"/>
  </w:num>
  <w:num w:numId="13">
    <w:abstractNumId w:val="7"/>
  </w:num>
  <w:num w:numId="14">
    <w:abstractNumId w:val="3"/>
  </w:num>
  <w:num w:numId="15">
    <w:abstractNumId w:val="2"/>
  </w:num>
  <w:num w:numId="16">
    <w:abstractNumId w:val="1"/>
  </w:num>
  <w:num w:numId="17">
    <w:abstractNumId w:val="0"/>
  </w:num>
  <w:num w:numId="18">
    <w:abstractNumId w:val="39"/>
  </w:num>
  <w:num w:numId="19">
    <w:abstractNumId w:val="10"/>
  </w:num>
  <w:num w:numId="20">
    <w:abstractNumId w:val="27"/>
  </w:num>
  <w:num w:numId="21">
    <w:abstractNumId w:val="23"/>
  </w:num>
  <w:num w:numId="22">
    <w:abstractNumId w:val="21"/>
  </w:num>
  <w:num w:numId="23">
    <w:abstractNumId w:val="13"/>
  </w:num>
  <w:num w:numId="24">
    <w:abstractNumId w:val="12"/>
  </w:num>
  <w:num w:numId="25">
    <w:abstractNumId w:val="35"/>
  </w:num>
  <w:num w:numId="26">
    <w:abstractNumId w:val="37"/>
  </w:num>
  <w:num w:numId="27">
    <w:abstractNumId w:val="16"/>
  </w:num>
  <w:num w:numId="28">
    <w:abstractNumId w:val="15"/>
  </w:num>
  <w:num w:numId="29">
    <w:abstractNumId w:val="38"/>
  </w:num>
  <w:num w:numId="30">
    <w:abstractNumId w:val="11"/>
  </w:num>
  <w:num w:numId="31">
    <w:abstractNumId w:val="28"/>
  </w:num>
  <w:num w:numId="32">
    <w:abstractNumId w:val="17"/>
  </w:num>
  <w:num w:numId="33">
    <w:abstractNumId w:val="18"/>
  </w:num>
  <w:num w:numId="34">
    <w:abstractNumId w:val="34"/>
  </w:num>
  <w:num w:numId="35">
    <w:abstractNumId w:val="31"/>
  </w:num>
  <w:num w:numId="36">
    <w:abstractNumId w:val="9"/>
  </w:num>
  <w:num w:numId="37">
    <w:abstractNumId w:val="19"/>
  </w:num>
  <w:num w:numId="38">
    <w:abstractNumId w:val="36"/>
  </w:num>
  <w:num w:numId="39">
    <w:abstractNumId w:val="25"/>
  </w:num>
  <w:num w:numId="40">
    <w:abstractNumId w:val="20"/>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2741"/>
    <w:rsid w:val="0001375A"/>
    <w:rsid w:val="00034616"/>
    <w:rsid w:val="0004570E"/>
    <w:rsid w:val="0006063C"/>
    <w:rsid w:val="0015074B"/>
    <w:rsid w:val="001A24CB"/>
    <w:rsid w:val="001A4A3C"/>
    <w:rsid w:val="001A7979"/>
    <w:rsid w:val="00217A98"/>
    <w:rsid w:val="0024242C"/>
    <w:rsid w:val="0026054B"/>
    <w:rsid w:val="002638E2"/>
    <w:rsid w:val="0029639D"/>
    <w:rsid w:val="002D0DC4"/>
    <w:rsid w:val="002D4495"/>
    <w:rsid w:val="00326F90"/>
    <w:rsid w:val="003933E5"/>
    <w:rsid w:val="003B1B5F"/>
    <w:rsid w:val="004845B0"/>
    <w:rsid w:val="004D62ED"/>
    <w:rsid w:val="00502440"/>
    <w:rsid w:val="0056158D"/>
    <w:rsid w:val="005D30D8"/>
    <w:rsid w:val="005E4E6F"/>
    <w:rsid w:val="006D46E5"/>
    <w:rsid w:val="006F5B01"/>
    <w:rsid w:val="0071162A"/>
    <w:rsid w:val="00717223"/>
    <w:rsid w:val="007B343D"/>
    <w:rsid w:val="007F617B"/>
    <w:rsid w:val="00977112"/>
    <w:rsid w:val="009C69B1"/>
    <w:rsid w:val="009D1137"/>
    <w:rsid w:val="009E403D"/>
    <w:rsid w:val="00A345A3"/>
    <w:rsid w:val="00AA1D8D"/>
    <w:rsid w:val="00AE04FE"/>
    <w:rsid w:val="00B02D01"/>
    <w:rsid w:val="00B376F3"/>
    <w:rsid w:val="00B47730"/>
    <w:rsid w:val="00B970E6"/>
    <w:rsid w:val="00BA248E"/>
    <w:rsid w:val="00CB0664"/>
    <w:rsid w:val="00D76BBB"/>
    <w:rsid w:val="00E07EC1"/>
    <w:rsid w:val="00E214B5"/>
    <w:rsid w:val="00E3445C"/>
    <w:rsid w:val="00E34D63"/>
    <w:rsid w:val="00E45328"/>
    <w:rsid w:val="00E74118"/>
    <w:rsid w:val="00FC693F"/>
    <w:rsid w:val="00FE5839"/>
    <w:rsid w:val="01F0842A"/>
    <w:rsid w:val="063B02DD"/>
    <w:rsid w:val="09951AD2"/>
    <w:rsid w:val="0CCD37E5"/>
    <w:rsid w:val="0CE36233"/>
    <w:rsid w:val="0D73E928"/>
    <w:rsid w:val="0DA812F9"/>
    <w:rsid w:val="0DB1E2EE"/>
    <w:rsid w:val="0DBB425A"/>
    <w:rsid w:val="10C6A26D"/>
    <w:rsid w:val="11F64ED5"/>
    <w:rsid w:val="127D2BE9"/>
    <w:rsid w:val="13537CBA"/>
    <w:rsid w:val="13FCEB55"/>
    <w:rsid w:val="14CD0810"/>
    <w:rsid w:val="1545CC71"/>
    <w:rsid w:val="17A6362F"/>
    <w:rsid w:val="18060944"/>
    <w:rsid w:val="186BA6BD"/>
    <w:rsid w:val="18E220B5"/>
    <w:rsid w:val="199D804C"/>
    <w:rsid w:val="19C2A6C3"/>
    <w:rsid w:val="1BCD5D1E"/>
    <w:rsid w:val="1C467693"/>
    <w:rsid w:val="1CB6114F"/>
    <w:rsid w:val="1D01382E"/>
    <w:rsid w:val="1E25EB1C"/>
    <w:rsid w:val="207F2D31"/>
    <w:rsid w:val="2208803C"/>
    <w:rsid w:val="22F61C57"/>
    <w:rsid w:val="233281D9"/>
    <w:rsid w:val="23955FA1"/>
    <w:rsid w:val="250C5B06"/>
    <w:rsid w:val="261725D6"/>
    <w:rsid w:val="2735B90A"/>
    <w:rsid w:val="27690D0E"/>
    <w:rsid w:val="27B198F1"/>
    <w:rsid w:val="27FAB7A6"/>
    <w:rsid w:val="29CDF304"/>
    <w:rsid w:val="29D2F63E"/>
    <w:rsid w:val="2C642D1B"/>
    <w:rsid w:val="2C875F83"/>
    <w:rsid w:val="2CF569C7"/>
    <w:rsid w:val="2D0E390E"/>
    <w:rsid w:val="2E029DD6"/>
    <w:rsid w:val="2E4EF169"/>
    <w:rsid w:val="2F75D7E6"/>
    <w:rsid w:val="30A07DCA"/>
    <w:rsid w:val="328F2E99"/>
    <w:rsid w:val="33477962"/>
    <w:rsid w:val="336AF134"/>
    <w:rsid w:val="3433FC21"/>
    <w:rsid w:val="3666A394"/>
    <w:rsid w:val="366D8951"/>
    <w:rsid w:val="3738768F"/>
    <w:rsid w:val="382C9DBB"/>
    <w:rsid w:val="3992213F"/>
    <w:rsid w:val="3A117E84"/>
    <w:rsid w:val="3A90C29C"/>
    <w:rsid w:val="3ADAAAC7"/>
    <w:rsid w:val="3C923742"/>
    <w:rsid w:val="3CB1E3DA"/>
    <w:rsid w:val="3E9D8993"/>
    <w:rsid w:val="3F9959E0"/>
    <w:rsid w:val="3FAB22C2"/>
    <w:rsid w:val="42005D1E"/>
    <w:rsid w:val="431B3546"/>
    <w:rsid w:val="44EC8F05"/>
    <w:rsid w:val="458FD7B0"/>
    <w:rsid w:val="47EDB03B"/>
    <w:rsid w:val="47EDDEEE"/>
    <w:rsid w:val="496926CE"/>
    <w:rsid w:val="49B84012"/>
    <w:rsid w:val="4A05CADF"/>
    <w:rsid w:val="4AF3A6E0"/>
    <w:rsid w:val="4B4EFC3B"/>
    <w:rsid w:val="4B5FD073"/>
    <w:rsid w:val="4C84FB1D"/>
    <w:rsid w:val="4DB950BC"/>
    <w:rsid w:val="4EB340AC"/>
    <w:rsid w:val="5115DB5F"/>
    <w:rsid w:val="517CAD24"/>
    <w:rsid w:val="51971AC3"/>
    <w:rsid w:val="523B237A"/>
    <w:rsid w:val="54019576"/>
    <w:rsid w:val="54727C29"/>
    <w:rsid w:val="54A0A965"/>
    <w:rsid w:val="555BB334"/>
    <w:rsid w:val="55C098A1"/>
    <w:rsid w:val="56190259"/>
    <w:rsid w:val="5650301C"/>
    <w:rsid w:val="571AE27D"/>
    <w:rsid w:val="5E3AF517"/>
    <w:rsid w:val="5ECC74B3"/>
    <w:rsid w:val="5F6541B8"/>
    <w:rsid w:val="6093EC04"/>
    <w:rsid w:val="633E2250"/>
    <w:rsid w:val="63E72DEC"/>
    <w:rsid w:val="65A24727"/>
    <w:rsid w:val="666F8212"/>
    <w:rsid w:val="674ED2D1"/>
    <w:rsid w:val="67D0FD83"/>
    <w:rsid w:val="67D43423"/>
    <w:rsid w:val="67DCDFDC"/>
    <w:rsid w:val="682F0324"/>
    <w:rsid w:val="69312FB6"/>
    <w:rsid w:val="6A4834E2"/>
    <w:rsid w:val="6B3DD9CD"/>
    <w:rsid w:val="6B55A587"/>
    <w:rsid w:val="6B8C6A93"/>
    <w:rsid w:val="6C3E67F8"/>
    <w:rsid w:val="6C52EA59"/>
    <w:rsid w:val="6CEFBD3C"/>
    <w:rsid w:val="6D1B9BC0"/>
    <w:rsid w:val="6D7F8DE2"/>
    <w:rsid w:val="6D7FE2C0"/>
    <w:rsid w:val="70CE684F"/>
    <w:rsid w:val="71E7DC2A"/>
    <w:rsid w:val="7259CC13"/>
    <w:rsid w:val="7291C7DE"/>
    <w:rsid w:val="7381D8B0"/>
    <w:rsid w:val="74A4FD8C"/>
    <w:rsid w:val="75A899AE"/>
    <w:rsid w:val="762E12CC"/>
    <w:rsid w:val="76553801"/>
    <w:rsid w:val="77172C35"/>
    <w:rsid w:val="78546676"/>
    <w:rsid w:val="7997A4AA"/>
    <w:rsid w:val="79ADE90C"/>
    <w:rsid w:val="7A4CA6E1"/>
    <w:rsid w:val="7A939C58"/>
    <w:rsid w:val="7B329B08"/>
    <w:rsid w:val="7B3665E2"/>
    <w:rsid w:val="7C18A197"/>
    <w:rsid w:val="7C88C54A"/>
    <w:rsid w:val="7D4732ED"/>
    <w:rsid w:val="7EB95707"/>
    <w:rsid w:val="7EFECDBE"/>
    <w:rsid w:val="7FCFEE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EBC7E63"/>
  <w14:defaultImageDpi w14:val="300"/>
  <w15:docId w15:val="{9E4DE08D-1937-4DAA-AC66-80CB0CEAB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10"/>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3"/>
      </w:numPr>
      <w:contextualSpacing/>
    </w:pPr>
  </w:style>
  <w:style w:type="paragraph" w:styleId="ListNumber2">
    <w:name w:val="List Number 2"/>
    <w:basedOn w:val="Normal"/>
    <w:uiPriority w:val="99"/>
    <w:unhideWhenUsed/>
    <w:rsid w:val="0029639D"/>
    <w:pPr>
      <w:numPr>
        <w:numId w:val="14"/>
      </w:numPr>
      <w:contextualSpacing/>
    </w:pPr>
  </w:style>
  <w:style w:type="paragraph" w:styleId="ListNumber3">
    <w:name w:val="List Number 3"/>
    <w:basedOn w:val="Normal"/>
    <w:uiPriority w:val="99"/>
    <w:unhideWhenUsed/>
    <w:rsid w:val="0029639D"/>
    <w:pPr>
      <w:numPr>
        <w:numId w:val="1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SpacingChar">
    <w:name w:val="No Spacing Char"/>
    <w:basedOn w:val="DefaultParagraphFont"/>
    <w:link w:val="NoSpacing"/>
    <w:uiPriority w:val="1"/>
    <w:rsid w:val="00A345A3"/>
  </w:style>
  <w:style w:type="paragraph" w:customStyle="1" w:styleId="pdq2pgselectionanchorcontainer">
    <w:name w:val="pdq2pg_selectionanchorcontainer"/>
    <w:basedOn w:val="Normal"/>
    <w:rsid w:val="007172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717223"/>
  </w:style>
  <w:style w:type="character" w:customStyle="1" w:styleId="eop">
    <w:name w:val="eop"/>
    <w:basedOn w:val="DefaultParagraphFont"/>
    <w:rsid w:val="00717223"/>
  </w:style>
  <w:style w:type="paragraph" w:styleId="NormalWeb">
    <w:name w:val="Normal (Web)"/>
    <w:basedOn w:val="Normal"/>
    <w:uiPriority w:val="99"/>
    <w:semiHidden/>
    <w:unhideWhenUsed/>
    <w:rsid w:val="002638E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ableParagraph">
    <w:name w:val="Table Paragraph"/>
    <w:basedOn w:val="Normal"/>
    <w:uiPriority w:val="1"/>
    <w:qFormat/>
    <w:rsid w:val="009E403D"/>
    <w:pPr>
      <w:widowControl w:val="0"/>
      <w:autoSpaceDE w:val="0"/>
      <w:autoSpaceDN w:val="0"/>
      <w:spacing w:after="0" w:line="260" w:lineRule="exact"/>
      <w:ind w:left="105"/>
    </w:pPr>
    <w:rPr>
      <w:rFonts w:ascii="Arial MT" w:eastAsia="Arial MT" w:hAnsi="Arial MT" w:cs="Arial MT"/>
    </w:rPr>
  </w:style>
  <w:style w:type="character" w:styleId="Hyperlink">
    <w:name w:val="Hyperlink"/>
    <w:basedOn w:val="DefaultParagraphFont"/>
    <w:uiPriority w:val="99"/>
    <w:unhideWhenUsed/>
    <w:rsid w:val="29CDF3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354191">
      <w:bodyDiv w:val="1"/>
      <w:marLeft w:val="0"/>
      <w:marRight w:val="0"/>
      <w:marTop w:val="0"/>
      <w:marBottom w:val="0"/>
      <w:divBdr>
        <w:top w:val="none" w:sz="0" w:space="0" w:color="auto"/>
        <w:left w:val="none" w:sz="0" w:space="0" w:color="auto"/>
        <w:bottom w:val="none" w:sz="0" w:space="0" w:color="auto"/>
        <w:right w:val="none" w:sz="0" w:space="0" w:color="auto"/>
      </w:divBdr>
    </w:div>
    <w:div w:id="691423004">
      <w:bodyDiv w:val="1"/>
      <w:marLeft w:val="0"/>
      <w:marRight w:val="0"/>
      <w:marTop w:val="0"/>
      <w:marBottom w:val="0"/>
      <w:divBdr>
        <w:top w:val="none" w:sz="0" w:space="0" w:color="auto"/>
        <w:left w:val="none" w:sz="0" w:space="0" w:color="auto"/>
        <w:bottom w:val="none" w:sz="0" w:space="0" w:color="auto"/>
        <w:right w:val="none" w:sz="0" w:space="0" w:color="auto"/>
      </w:divBdr>
    </w:div>
    <w:div w:id="792670897">
      <w:bodyDiv w:val="1"/>
      <w:marLeft w:val="0"/>
      <w:marRight w:val="0"/>
      <w:marTop w:val="0"/>
      <w:marBottom w:val="0"/>
      <w:divBdr>
        <w:top w:val="none" w:sz="0" w:space="0" w:color="auto"/>
        <w:left w:val="none" w:sz="0" w:space="0" w:color="auto"/>
        <w:bottom w:val="none" w:sz="0" w:space="0" w:color="auto"/>
        <w:right w:val="none" w:sz="0" w:space="0" w:color="auto"/>
      </w:divBdr>
    </w:div>
    <w:div w:id="1285380642">
      <w:bodyDiv w:val="1"/>
      <w:marLeft w:val="0"/>
      <w:marRight w:val="0"/>
      <w:marTop w:val="0"/>
      <w:marBottom w:val="0"/>
      <w:divBdr>
        <w:top w:val="none" w:sz="0" w:space="0" w:color="auto"/>
        <w:left w:val="none" w:sz="0" w:space="0" w:color="auto"/>
        <w:bottom w:val="none" w:sz="0" w:space="0" w:color="auto"/>
        <w:right w:val="none" w:sz="0" w:space="0" w:color="auto"/>
      </w:divBdr>
    </w:div>
    <w:div w:id="1297758472">
      <w:bodyDiv w:val="1"/>
      <w:marLeft w:val="0"/>
      <w:marRight w:val="0"/>
      <w:marTop w:val="0"/>
      <w:marBottom w:val="0"/>
      <w:divBdr>
        <w:top w:val="none" w:sz="0" w:space="0" w:color="auto"/>
        <w:left w:val="none" w:sz="0" w:space="0" w:color="auto"/>
        <w:bottom w:val="none" w:sz="0" w:space="0" w:color="auto"/>
        <w:right w:val="none" w:sz="0" w:space="0" w:color="auto"/>
      </w:divBdr>
    </w:div>
    <w:div w:id="1317612384">
      <w:bodyDiv w:val="1"/>
      <w:marLeft w:val="0"/>
      <w:marRight w:val="0"/>
      <w:marTop w:val="0"/>
      <w:marBottom w:val="0"/>
      <w:divBdr>
        <w:top w:val="none" w:sz="0" w:space="0" w:color="auto"/>
        <w:left w:val="none" w:sz="0" w:space="0" w:color="auto"/>
        <w:bottom w:val="none" w:sz="0" w:space="0" w:color="auto"/>
        <w:right w:val="none" w:sz="0" w:space="0" w:color="auto"/>
      </w:divBdr>
      <w:divsChild>
        <w:div w:id="1318461752">
          <w:marLeft w:val="0"/>
          <w:marRight w:val="0"/>
          <w:marTop w:val="0"/>
          <w:marBottom w:val="0"/>
          <w:divBdr>
            <w:top w:val="none" w:sz="0" w:space="0" w:color="auto"/>
            <w:left w:val="none" w:sz="0" w:space="0" w:color="auto"/>
            <w:bottom w:val="none" w:sz="0" w:space="0" w:color="auto"/>
            <w:right w:val="none" w:sz="0" w:space="0" w:color="auto"/>
          </w:divBdr>
          <w:divsChild>
            <w:div w:id="99302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88783">
      <w:bodyDiv w:val="1"/>
      <w:marLeft w:val="0"/>
      <w:marRight w:val="0"/>
      <w:marTop w:val="0"/>
      <w:marBottom w:val="0"/>
      <w:divBdr>
        <w:top w:val="none" w:sz="0" w:space="0" w:color="auto"/>
        <w:left w:val="none" w:sz="0" w:space="0" w:color="auto"/>
        <w:bottom w:val="none" w:sz="0" w:space="0" w:color="auto"/>
        <w:right w:val="none" w:sz="0" w:space="0" w:color="auto"/>
      </w:divBdr>
    </w:div>
    <w:div w:id="1692414270">
      <w:bodyDiv w:val="1"/>
      <w:marLeft w:val="0"/>
      <w:marRight w:val="0"/>
      <w:marTop w:val="0"/>
      <w:marBottom w:val="0"/>
      <w:divBdr>
        <w:top w:val="none" w:sz="0" w:space="0" w:color="auto"/>
        <w:left w:val="none" w:sz="0" w:space="0" w:color="auto"/>
        <w:bottom w:val="none" w:sz="0" w:space="0" w:color="auto"/>
        <w:right w:val="none" w:sz="0" w:space="0" w:color="auto"/>
      </w:divBdr>
    </w:div>
    <w:div w:id="1754736097">
      <w:bodyDiv w:val="1"/>
      <w:marLeft w:val="0"/>
      <w:marRight w:val="0"/>
      <w:marTop w:val="0"/>
      <w:marBottom w:val="0"/>
      <w:divBdr>
        <w:top w:val="none" w:sz="0" w:space="0" w:color="auto"/>
        <w:left w:val="none" w:sz="0" w:space="0" w:color="auto"/>
        <w:bottom w:val="none" w:sz="0" w:space="0" w:color="auto"/>
        <w:right w:val="none" w:sz="0" w:space="0" w:color="auto"/>
      </w:divBdr>
    </w:div>
    <w:div w:id="20461289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safeguarding@lighthousefedera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26c2eba-2571-4ebe-9363-bfdd8d37bd8d">
      <Terms xmlns="http://schemas.microsoft.com/office/infopath/2007/PartnerControls"/>
    </lcf76f155ced4ddcb4097134ff3c332f>
    <TaxCatchAll xmlns="af9e79de-1967-4016-abf5-20ddbf0ee4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E1F9D64B2C07458BB52A726369060B" ma:contentTypeVersion="10" ma:contentTypeDescription="Create a new document." ma:contentTypeScope="" ma:versionID="b54d5a13aaef034a467f28269e50ff7c">
  <xsd:schema xmlns:xsd="http://www.w3.org/2001/XMLSchema" xmlns:xs="http://www.w3.org/2001/XMLSchema" xmlns:p="http://schemas.microsoft.com/office/2006/metadata/properties" xmlns:ns2="426c2eba-2571-4ebe-9363-bfdd8d37bd8d" xmlns:ns3="af9e79de-1967-4016-abf5-20ddbf0ee43b" targetNamespace="http://schemas.microsoft.com/office/2006/metadata/properties" ma:root="true" ma:fieldsID="99ce879c9e91871b234d560ecf18abf5" ns2:_="" ns3:_="">
    <xsd:import namespace="426c2eba-2571-4ebe-9363-bfdd8d37bd8d"/>
    <xsd:import namespace="af9e79de-1967-4016-abf5-20ddbf0ee4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c2eba-2571-4ebe-9363-bfdd8d37b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f3eb70f-2189-458d-88f0-42e23d8d1d4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9e79de-1967-4016-abf5-20ddbf0ee4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78c4d66-48f4-4ed8-9f93-89d450ec7183}" ma:internalName="TaxCatchAll" ma:showField="CatchAllData" ma:web="af9e79de-1967-4016-abf5-20ddbf0ee4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BEACA-85F6-489B-9C69-EE3C2DD1F2C7}">
  <ds:schemaRefs>
    <ds:schemaRef ds:uri="http://schemas.microsoft.com/office/2006/metadata/properties"/>
    <ds:schemaRef ds:uri="http://schemas.microsoft.com/office/infopath/2007/PartnerControls"/>
    <ds:schemaRef ds:uri="426c2eba-2571-4ebe-9363-bfdd8d37bd8d"/>
    <ds:schemaRef ds:uri="af9e79de-1967-4016-abf5-20ddbf0ee43b"/>
  </ds:schemaRefs>
</ds:datastoreItem>
</file>

<file path=customXml/itemProps2.xml><?xml version="1.0" encoding="utf-8"?>
<ds:datastoreItem xmlns:ds="http://schemas.openxmlformats.org/officeDocument/2006/customXml" ds:itemID="{8A74CD22-4B96-4014-B45C-53076FB5AE4C}">
  <ds:schemaRefs>
    <ds:schemaRef ds:uri="http://schemas.microsoft.com/sharepoint/v3/contenttype/forms"/>
  </ds:schemaRefs>
</ds:datastoreItem>
</file>

<file path=customXml/itemProps3.xml><?xml version="1.0" encoding="utf-8"?>
<ds:datastoreItem xmlns:ds="http://schemas.openxmlformats.org/officeDocument/2006/customXml" ds:itemID="{BAA97EAD-F28B-4061-AA0D-0FF45E4EE5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c2eba-2571-4ebe-9363-bfdd8d37bd8d"/>
    <ds:schemaRef ds:uri="af9e79de-1967-4016-abf5-20ddbf0ee4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6B2CE9-68E7-4DB6-A1EF-197FAADD4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4631</Words>
  <Characters>26398</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30968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 Macinnes</cp:lastModifiedBy>
  <cp:revision>7</cp:revision>
  <dcterms:created xsi:type="dcterms:W3CDTF">2026-09-25T14:24:00Z</dcterms:created>
  <dcterms:modified xsi:type="dcterms:W3CDTF">2026-10-07T16:05:00Z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0x01010094E1F9D64B2C07458BB52A726369060B</vt:lpwstr>
  </property>
  <property fmtid="{D5CDD505-2E9C-101B-9397-08002B2CF9AE}" pid="3" name="MediaServiceImageTags">
    <vt:lpwstr/>
  </property>
</Properties>
</file>